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cs="Calibri"/>
          <w:sz w:val="28"/>
          <w:szCs w:val="28"/>
          <w:rtl w:val="0"/>
        </w:rPr>
        <w:t>शहीद उस्ताद मुर्तज़ा मुतह्हरी motahari.ir विषय-सूची प्रस्तावना हमारे युग का धार्मिक दृष्टि से एक अवलोकन पुस्तक की विषय-वस्तु: नियतिवाद और स्वतंत्र इच्छा, धर्मशास्त्रियों के बीच न्याय के प्रश्न की चर्चा, अंतर्निहित अच्छाई और बुराई, स्वतंत्र बुद्धि से ज्ञात होने वाले विषय, प्रश्न ईश्वर के कार्यों में उद्देश्य और लक्ष्य, धर्मशास्त्रियों के गुटों की पहचान, न्याय या एकेश्वरवाद? अशअरी और मोतज़िली मतावलंबियों का संघर्ष, इस्लामी धर्मशास्त्र का इस्लामी दर्शन पर प्रभाव, शिया तर्कवादी मत, न्याय के सिद्धांत की फ़िक़्ह के क्षेत्र में चर्चा, अहले-हदीस और अहले-क़ियास का विवाद शिया फ़िक़्ह की पद्धति, ईश्वरीय न्याय, सामाजिक और राजनीतिक क्षेत्रों में न्याय का सिद्धांत ۱۳ ۱۳ ۱۶ ۱۷ ۱۸ 11 ۲۰ ۲۱ ۲۳ ۲۴ YO TY ۲۷ ۲۹ ۳۱ ۳۲ ۳۳ ۳۴ सिर न्याय के विभिन्न प्रश्नों की चर्चा का मुख्य स्रोत क़ुरआन है। इस्लामी जगत में न्याय के बारे में विभिन्न आर्थिक विचार रखने वालों का सिद्धांत न्याय को आर्थिक दृष्टि से परखते हैं ۳۸ ईश्वरीय न्याय ro TY TA ۴۹ ۳۹ 0- ۵۱ or or or or Of ۵۶ OY ۵۸ 1 YO ۷۶ vf YY YY भाग एक: मानवीय न्याय और ईश्वरीय न्याय, ईश्वर के निरपेक्ष स्वामित्व के संबंध में न्याय का सिद्धांत, अबू फ़िरास और सैफ़ुद्दौला हमदानी की कहानी न्याय, पैग़ंबरी का लक्ष्य और परलोक का आधार; न्याय के प्रश्न पर पद्धतियाँ और मत 1. अहले-हदीस का मत। अशअरी धर्मशास्त्रियों का मत, शिया और मोतज़िली धर्मशास्त्रियों का मत, इस्लामी दार्शनिकों का मत, इंद्रियवादी मत, न्याय क्या है? चार न्याय की परिभाषाएँ: 1. संतुलन 2. समानता 3. व्यक्तियों के अधिकारों का ध्यान रखना 4. पात्रता का ध्यान रखना; सद्रुल-मुतअल्लिहीन का एक कथन न्याय के दार्शनिक अर्थ पर; आपत्तियाँ और प्रश्न: 1. भेदभाव क्यों मौजूद है?! 2. विनाश और अस्तित्वहीनता क्यों हैं?! कमियाँ और अभाव, आपदाएँ और विपत्तियाँ, ईश्वरीय अनुग्रह और सृष्टि के उद्देश्यपूर्ण होने के सिद्धांत पर आपत्ति ۶ अच्छाई और बुराई का प्रश्न अथवा अस्तित्व में द्वैत, न्याय धर्म के सिद्धांतों में से एक, न्याय का प्रश्न सर्वव्यापी क्यों हुआ, न्याय और बुद्धिमत्ता, द्वैतवाद, जगत की घटनाओं को अच्छा और बुरा बाँटना, ज़रदुश्त और अवेस्ता पर चर्चा, इस्लाम का निर्णायक प्रभाव ईरानी विचारों से द्वैतवाद को जड़ से मिटाने में, हाफ़िज़ की एक कविता और उनके विचार पर चर्चा, शैतान का प्रश्न इस्लाम में शैतान; क्या इस्लाम का शैतान ज़रदुश्ती दैत्य या अहिरमन के समान है? दार्शनिक निराशावाद, आस्था का प्रभाव मानसिक शांति पर, निराशावादी दार्शनिकों के बारे में विलियम जेम्स का कथन, नीत्शे, अबुल-अला और ख़य्याम की बातें, अनुकरणपरक शून्यवाद कुछ समकालीन ईरानियों में; विषय-सूची; आशावादी दार्शनिक, मौलाना की कविताएँ, अबू तल्हा के बेटे की मृत्यु की कहानी धर्म और शुद्ध नैतिकता के अंतर पर विलियम जेम्स का कथन, संतोष या आपत्ति? ख़य्याम के कुछ दोहे, कुछ दोहे नासिर ख़ुसरो के; भाग दो: समस्या का समाधान, इस्लामी दर्शन का अवलोकन, रास्ते और मत, अहले-तअब्द के रास्ते, अशअरी, मोतज़िली और ईश्वरीय दार्शनिक; भाग तीन: भेदभाव, भेदभाव संबंधी आपत्तियों का संक्षिप्त उत्तर, इस संक्षिप्त उत्तर पर की जा सकने वाली आपत्ति क्या ईश्वर के संबंध में हित और बुद्धिमत्ता का कोई अर्थ नहीं है?! भेदभाव संबंधी आपत्तियों का विस्तृत उत्तर क्या अस्तित्व की व्यवस्था अंतर्निहित है या रूढ़िगत? क़ुम के धार्मिक शिक्षण संस्थान में पढ़ाई के दिनों की एक सुखद और चिरस्थायी स्मृति अंतर, भेदभाव नहीं; अंतर और भेदभाव का फ़र्क़; अंतरों का रहस्य; अस्तित्व-जगत की ऊर्ध्वाधर व्यवस्था; भाषा अस्तित्व की व्यवस्था के बारे में क़ुरआन की विशिष्ट भाषा, ऊर्ध्वाधर व्यवस्था का तार्किक प्रमाण, क्षैतिज व्यवस्था, घटनाओं की निरंतरता का सिद्धांत अथवा जगत की जैविकता ईश्वरीय दर्शन में ‘अनिवार्यता-बिल-क़ियास’ और ‘संभाव्यता-बिल-क़ियास’ का सिद्धांत, ईश्वरीय सुन्नत; क़ानून क्या है? क्या सृष्टि के नियम अपवाद स्वीकार करते हैं? क्या चमत्कार सृष्टि के नियम का एक प्रकार का अपवाद है? दुआ और दान का क्या? क्या ईश्वरीय फ़ैसले से बचा जा सकता है? क़ज़ा और क़दर तथा नियतिवाद का प्रश्न, ख़य्याम से मनसूब रुबाई, सारांश इस भाग की चर्चा का सारांश Δ YY VA YA ۷۹ A A AT ΛΟ AY AA M 11 ۹۳ ۹۴ 10 10 ۹۷ ११ ۱۰۱ 1.1 ۱۰۲ .F ۱۰۴ ۱۰۶ ۱۰۷ ۱۰۸ 1.9 111 111 ۱۱۴ ۱۱۴ 110 110 118 ۱۱۷ ۱۱۷ 119</w:t>
      </w:r>
    </w:p>
    <w:p>
      <w:pPr>
        <w:jc w:val="left"/>
      </w:pPr>
      <w:r>
        <w:rPr>
          <w:rFonts w:ascii="Calibri" w:hAnsi="Calibri" w:cs="Calibri"/>
          <w:sz w:val="28"/>
          <w:szCs w:val="28"/>
          <w:rtl w:val="0"/>
        </w:rPr>
        <w:t>चौथा भाग: बुराइयाँ। तीन पहलुओं से चर्चा। हमारी शैली और पद्धति। अस्तित्व का द्वैतवाद? बुराई अभावात्मक है। अच्छाइयाँ और बुराइयाँ एक-दूसरे में मिली हुई हैं। बुराई सापेक्ष है। वस्तुओं का अपने-आप में अस्तित्व वास्तविक है और उनका अन्य के लिए अस्तित्व मान्यतागत है। बुराई परोक्ष रूप से सृजित है। न्याय के मूल सिद्धांत की दृष्टि से बुराइयाँ। पाँचवाँ भाग: बुराइयों के लाभ। आवश्यकता है कि दो पहलुओं से चर्चा की जाए। अच्छाइयों और बुराइयों को एक-दूसरे से अलग करना। संसार एक अविभाज्य इकाई है। समग्र व्यवस्था में अंगों का भिन्न होना आवश्यक है। कुरूपता सुंदरता को उजागर करती है। कच्ची कल्पनाएँ। समाज या व्यक्ति? क्षमताओं का अंतर। «अस्तित्व» के सृजित होने के बारे में बू अली का प्रसिद्ध कथन कि «अस्तित्व» सृजित है, «माहियत» नहीं। इस विषय में क़ुरआन का सूक्ष्म रूपक और उदाहरण। विपत्तियाँ सुखों की जननी हैं। विकास में बुराइयों की सकारात्मक भूमिका के बारे में हेगेल का कथन। क़ुरआन की दृष्टि में हर कठिनाई के साथ सहजता है। सूरह इंशिराह के विषयों पर एक संक्षिप्त दृष्टि। कठिनाइयों और विपत्तियों के प्रभावों के बारे में अली (अ.) का कथन। विपत्तियाँ और कठिनाइयाँ। औलिया के लिए परीक्षा। आपदाओं और कठिनाइयों का शैक्षिक प्रभाव। सादी, मौलाना और अली बिन अल-जहम की कविताएँ। ईश्वरीय फ़ैसले पर संतोष। विपत्ति या नेमत होना सापेक्ष है। पैग़ंबर शुऐब के समय के एक व्यक्ति की कहानी जो समझता था कि वह दंड से मुक्त है। बाल-पालन के बारे में रूसो का सिद्धांत, जिसमें दुख और कठिनाई का अनुभव भी होना चाहिए। सादिक हिदायत जैसे लोग अस्तित्व और जीवन के प्रति निराशावादी क्यों हैं? प्राकृतिक संसार, परस्पर विरोधों का समूह। विरोधों के बारे में इस्लामी दार्शनिकों का सिद्धांत। सुकरात और विरोध का प्रश्न। ईश्वरीय न्याय ۱۲۱ ۱۲۳ ۱۲۴ ۱۲۴ ۱۲۵ ۱۲۶ ۱۲۹ ۱۳۲ ۱۳۳ ۱۳۴ ۱۳۷ ۱۴۰ ۱۴۰ 1r ۱۴۲ ۱۴۲ ۱۴۳ ۱۳۴ ۱۴۵ ۱۴۶ ۱۴۷ ۱۴۸ ۱۴۹ ۱۵۰ 101 ۱۵۱ ۱۵۳ ۱۵۴ ۱۵۶ ۱۵۶ 10A 101 19. ۱۶۱ ۱۶۱ ۱۶۳ ۱۶۴ ۱۶۵ विषय-सूची - मौलाना और विरोध का प्रश्न। विरोध के बारे में इब्न ख़ल्दून का सिद्धांत। हेगेल के द्वंद्ववाद में विरोध की भूमिका। नहजुल बलाग़ा और वस्तुओं का विरोध। दार्शनिक अर्थ में विरोध का सिद्धांत। इस भाग का सारांश और समग्र निष्कर्ष। ईश्वर के हकीम होने और मनुष्य के हकीम होने के अर्थों में अंतर। छठा भाग: मृत्यु और मृत्युदर। मृत्यु की घटना। ख़य्याम और मृत्यु का प्रश्न। मृत्यु की चिंता। मनुष्य में मृत्यु को लेकर जो चिंता होती है, वह पशु के मृत्यु-भय से दो अलग-अलग श्रेणियों की है। मनुष्य की मृत्यु-चिंता, उसके भीतर अमरता और शाश्वतता की सहज इच्छा से उपजती है। सूफ़ियों की दृष्टि में इस संसार में मनुष्य के परदेशी होने की भावना। मृत्यु सापेक्ष है, न कि निरपेक्ष। संसार आत्मा के गर्भ के समान है। संसार मनुष्य का विद्यालय है। इसकी व्याख्या में अली (अ.) का कथन और अत्तार की कविता। नासिर ख़ुसरो की एक उत्कृष्ट कविता इस विषय पर। ईश्वर द्वारा बंदों की परीक्षा का अर्थ। मृत्यु पर आपत्ति की जड़। ख़य्याम को उत्तर देने के लिए अफ़ज़ल का प्रसंग। मूसा की कहानी और ईश्वर से प्रश्न कि तुम आकृतियाँ क्यों बनाते हो और स्वयं उन्हें नष्ट करते हो? मृत्यु जीवन का विस्तार है। मृत्यु के बारे में सुहरवर्दी और मीर दामाद का मत। फ़ैज़िया मदरसे के सरलमना पुस्तक-विक्रेता की कहानी। सातवाँ भाग: परलोक के दंड। कर्म का प्रतिफल। अपराध और दंड में अनुपात का प्रश्न। संसार और परलोक के बीच अंतर। ۱. स्थिरता और परिवर्तन। शुद्ध और अशुद्ध जीवन। बोना और काटना। विशिष्ट और साझा नियति। दो लोकों का संबंध। तीन प्रकार के दंड। १. चेतावनी और सीख (अपराध और दंड का परंपरागत संबंध) ۱۶۵ ۱۶۶ ۱۶۷ ۱۶۷ ۱۶۸ ۱۶۹ ۱۶۹ vr ۱۷۵ ۱۷۵ ۱۷۶ ۱۷۶ ۱۷۶ YY YA IVA ۱۸۰ ۱۸۰ ۱۸۱ AT AY ۱۸۳ AT ۱۸۵ AY AA ۱۸۹ ۱۹۱ ۱۹۲ ۱۹۳ ۱۹۴ ۱۹۴ 110 ۱۹۷ 199 ۲۰۱ ۲۰۱ सांसारिक प्रतिफल (अपराध और दंड का कारण-कार्य संबंध) परलोक का दंड (अपराध और दंड का एकत्व-संबंध)। क़ैस बिन आसिम बदवी की रिवायत। उस्ताद का संक्षिप्त कथन और मौलाना तथा सादी की कविताएँ। आठवाँ भाग: शफ़ाअत। शफ़ाअत पर सात आपत्तियाँ। जहाँ क़ानून कमज़ोर है वहाँ क़ुरआन ईश्वरीय व्यवस्था में धन, पहुँच और बल—इन तीन कारकों को नकारता है। अली (अ.) और इब्न अब्बास की कहानी। उमर और अम्र के बेटे की कहानी। शफ़ाअत के प्रकार। इस्लामी क़ानूनों को मज़बूत करने के लिए इमाम हुसैन शहीद हुए, उन्हें कमज़ोर करने के लिए नहीं। क़ानून की रक्षा। शफ़ाअत के दो प्रकार: १. नेतृत्व की शफ़ाअत। क्षमा की शफ़ाअत। दया का आकर्षण अथवा दया का क्रोध पर प्राथमिक होना। सृष्टि-प्रक्रिया में शुद्धिकरण का सिद्धांत। स्वास्थ्य और संतुलन का सिद्धांत तथा रोग और असंतुलन पर उसकी प्राथमिकता। ईश्वर की व्यापक दया। क्षमा और शफ़ाअत का संबंध। ईश्वर की क्षमा, उसके अन्य प्रत्येक कार्य की तरह, एक विशेष व्यवस्था रखती है। मनुष्य और ईश्वरीय व्यापक विलायत, शफ़ाअत की शर्त (एकेश्वरवाद)। शफ़ाअत ईश्वर के ही अधिकार में है। सही शफ़ाअत और ग़लत शफ़ाअत का मूलभूत अंतर। शफ़ाअत के विषय में सदरुल-मुतअल्लिहीन के कथन का उल्लेख। एकेश्वरवाद और तवस्सुल। आपत्तियों के उत्तरों का सारांश। नौवाँ भाग: गैर-मुस्लिम का नेक कर्म। चर्चा की रूपरेखा। एक मित्र की कहानी, जो मशहद के कोढ़ियों के अस्पताल में संसार-त्यागी लड़कियों को देखकर भाव-विभोर हो गया था। हमारी चर्चा का सामान्य पहलू—हमें व्यक्तियों के कर्मों का हिसाब नहीं करना। ईश्वरीय न्याय ۲۰۳ ۲۰۶ ۲۱۰ ۲۱۱ ۲۱۳ ۲۱۴ ۲۱۷ ۲۱۹ ۲۲۱ ۲۲۱ ٢٢٢ ٢٢٢ ۲۲۳ ۲۲۴ ۲۲۵ ۲۲۶ ۲۲۶ ۲۲۶ ۲۳۰ ۲۳۱ ۲۳۱ ۲۳۲ ۲۳۳ ۲۳۴ ۲۳۵ ۲۳۵ ۲۳۵ ۲۳۷ ۲۳۷ ۲۳۸ ۲۳۹ ۲۴۰ ۲۴۳ ۲۴۵ ۲۴۷ ۲۴۸ ۲۴۸ विषय-सूची। उस्मान बिन मज़ऊन की मृत्यु पर उम्मे-अला की कहानी। इस्लाम के अलावा कोई धर्म स्वीकार्य नहीं। जिब्रान ख़लील जिब्रान और जॉर्ज जर्दाक जैसे लोगों की विशिष्ट सोच धर्मों की स्वतंत्रता और समानता के बारे में। ईमान के बिना नेक कर्म। दो अतिवादी और अतिशय में कमी करने वाले विचार। तीसरा तर्क। तथाकथित बुद्धिजीवियों का मत। तथाकथित बुद्धिजीवियों का तर्कसंगत प्रमाण। तथाकथित बुद्धिजीवियों का धर्मग्रंथ-आधारित प्रमाण। कठोर पवित्रतावादियों का मत। तर्कसंगत प्रमाण। पवित्रतावादियों का धर्मग्रंथ-आधारित प्रमाण। ईमान के मूल्य पर चर्चा। क्या कुफ़्र पर जवाबदेही है? समर्पण के स्तरों पर चर्चा। १. शरीर का समर्पण। २. विचार का समर्पण। ३. आत्मा का समर्पण। शैतान में कौन-सा समर्पण नहीं था? वास्तविक इस्लाम और क्षेत्रीय इस्लाम। क्या देकार्त जैसे लोगों को काफ़िर कहा जा सकता है? कर्मों की स्वीकृति के लिए निष्कपटता शर्त है। सामाजिक और दूसरा आध्यात्मिक तथा मलाकूती पहलू—हर कर्म के दो पहलू होते हैं: ऐतिहासिक पहलू और नीयत का मूल्य इस्लाम की दृष्टि में। उन लोगों के सिद्धांत की आलोचना जो विचार और नीयत को केवल प्रारंभिक मूल्य देते हैं। «हुस्ने फ़ेअली» और «हुस्ने फ़ाएली»। नीयत की भूमिका के बारे में पैग़म्बरे अकरम के कथन। गुणवत्ता या मात्रा? क्या अली (अ.) की उदारता का गुणात्मक मूल्य था या मात्रात्मक?</w:t>
      </w:r>
    </w:p>
    <w:p>
      <w:pPr>
        <w:jc w:val="left"/>
      </w:pPr>
      <w:r>
        <w:rPr>
          <w:rFonts w:ascii="Calibri" w:hAnsi="Calibri" w:cs="Calibri"/>
          <w:sz w:val="28"/>
          <w:szCs w:val="28"/>
          <w:rtl w:val="0"/>
        </w:rPr>
        <w:t>अली (अ.) और उनके परिवार द्वारा गरीब, अनाथ और बंदी को स्वयं पर प्राथमिकता देना और सूरह «हल अता» का अवतरण हारून की पत्नी जुबैदा का ताइफ़ से मक्का तक नहर बनवाने में योगदान ۲۴۹ ۲۵۰ ۲۵۱ TOF YOF ۲۵۵ ۲۵۶ ۲۵۶ YOA ۲۶۱ ۲۶۲ ۲۶۲ ۲۶۵ ۲۶۵ 351 ۲۶۶ ۲۶۶ ۲۶۷ ۲۶۷ ۲۶۹ ۲۷۰ ۲۷۱ ۲۷۱ ۲۷۱ ۲۷۱ ۲۷۱ ۲۷۵ ۲۷۷ YyV ۲۷۷ ۲۷۹ ۲۷۹ ۲۷۹ बहलूल की कहानी। ईश्वर में विश्वास और परलोक में विश्वास की भूमिका कर्मों के ईश्वरीय और मलाकूती आयाम में। प्रकृति का संसार खेती-बाड़ी के लिए उपजाऊ भूमि है और जो भी जो बीज बोता है, संसार उसे उगाकर उसी के हवाले कर देता है। क्या दया की प्रेरणा कर्मों को मलाकूती आयाम देने के लिए पर्याप्त है? वे रिवायतें जो बताती हैं कि मुशरिकों के नेक कर्म भी उनके भाग्य को प्रभावित करते हैं। क्या वे लोग, जिनके कामों में केवल भलाई और परोपकार की प्रेरणा होती है, किसी प्रकार का फ़ितरी तौहीद रखते हैं? TAY YAM ۲۸۳ ۲۸۵ कर्मों के मलाकूती आयाम में नुबुव्वत और इमामत पर ईमान की भूमिका। कर्मों का दूषित हो जाना कर्मों का दूषित होना केवल काफ़िरों के कर्मों तक सीमित नहीं है। एहसान जताने का दोष, ईर्ष्या का दोष, सत्य को नकारने और झगड़ालूपन का दोष। कहानी मरहूम सैयद हुसैन कूह-कमरी और शेख़ मुर्तज़ा अंसारी की। सत्य की रक्षा में उदासीनता का दोष। आत्ममुग्धता का दोष और कर्म के बाद दिखावे का दोष। शून्य से नीचे। क़ासिर और मुस्तज़अफ़। इमाम सादिक़ लोगों को छह समूहों में बाँटते हैं हाशिम बिन बरीद, मुहम्मद बिन मुस्लिम और अबुल-ख़त्ताब की इमाम सादिक़ के साथ कहानी। इस्लामी हकीमों का दृष्टिकोण इब्न सीना का सिद्धांत। सदरुल-मुतअल्लिहीन का सिद्धांत। मरहूम आका मुहम्मदरेज़ा हकीम क़ुमशेई की कविताएँ। मुसलमानों के पाप। क्या पाप शियों के माफ़ कर दिए गए हैं?! «अली से प्रेम एक नेकी है, जिसके साथ कोई बुराई हानि नहीं पहुँचाती» वाली हदीस। इस विचार का अइम्मा-ए-अतहार का कड़ा विरोध कि शियों को मनमानी की छूट है। रसूले अकरम और अइम्मा-ए-अतहार हमेशा कर्म करने की ओर बुलाते थे। इस विषय में आई रिवायतें ईमान वालों की सज़ा की स्वाभाविक और परंपरागत शर्तें, उनके पापों के कारण। नेक काम करने वाले बेईमान लोगों की सज़ा में कमी। इस भाग का सारांश और निष्कर्ष। ईश्वरीय न्याय YAO YAA ۲۸۹ ۲۸۹ ۲۸۹ ۲۸۹ ۲۹۲ ۲۹۴ ۲۹۴ ۲۹۵ ۲۹۶ ۲۹۸ ٣٠١ ٣٠٣ ۳۰۳ ۳۰۴ ۳۰۵ ۳۰۵ ۳۰۶ ۳۰۶ ۳۰۷ ۳۰۷ ۳۰۹ ۳۱۲ ۳۱۴ ۳۱۴ ۳۱۴</w:t>
      </w:r>
    </w:p>
    <w:p>
      <w:pPr>
        <w:jc w:val="left"/>
      </w:pPr>
      <w:r>
        <w:rPr>
          <w:rFonts w:ascii="Calibri" w:hAnsi="Calibri" w:cs="Calibri"/>
          <w:sz w:val="28"/>
          <w:szCs w:val="28"/>
          <w:rtl w:val="0"/>
        </w:rPr>
        <w:t>अल्लाह ने गवाही दी कि उसके सिवा कोई पूज्य नहीं, और फ़रिश्तों तथा ज्ञानवानों ने भी, न्याय पर क़ायम रहते हुए। और आकाश को उसने ऊँचा उठाया और तराज़ू स्थापित किया। आले-इमरान / १८; रहमान / ७। और हमने आकाशों और धरती तथा उनके बीच की चीज़ों को सत्य के साथ ही पैदा किया। अल-हिज्र / ८५। कौन है जो उसकी अनुमति के बिना उसके यहाँ सिफ़ारिश कर सके? अल-बक़रा / २५५। और उन्होंने जो कुछ किया था, उसे उपस्थित पाया। अल-कहफ़ / ४९। निस्संदेह जो लोग ईमान लाए और नेक कर्म किए, हम अच्छे कर्म करने वालों का प्रतिफल नष्ट नहीं करते। अल-कहफ़ / ३०। motahari.ir उनके नाम से, जो अत्यंत महान और उच्च है हमारा युग धार्मिक और मज़हबी दृष्टि से—विशेषकर युवा वर्ग के लिए—बेचैनी और दो मन की स्थिति तथा संकट का युग है। युग और समय की माँगों ने अनेक संदेह और प्रश्न पैदा किए हैं, और पुराने तथा भुला दिए गए प्रश्नों को भी फिर से सामने ला दिया है। क्या इन शंकाओं और संदेहों से, और पूछताछ से—जो कभी-कभी हद से बढ़ जाती है—दुखी और परेशान होना चाहिए? motahari.ir मेरी राय में इसमें परेशान होने की कोई बात नहीं है; संदेह, विश्वास तक पहुँचने की भूमिका है; प्रश्न, मंज़िल तक पहुँचने की भूमिका है; और बेचैनी, शांति की भूमिका है। संदेह एक अच्छा और आवश्यक मार्ग है, हालाँकि वह ठहरने की अनुपयुक्त जगह है। इस्लाम, जो इतनी बार चिंतन और दृढ़ विश्वास का आह्वान करता है, परोक्ष रूप से यह समझाता है कि मनुष्य की प्रारंभिक अवस्था अज्ञान, संदेह और असमंजस है, और सही चिंतन-विचार के सहारे उसे दृढ़ विश्वास और इत्मीनान की मंज़िल तक पहुँचना चाहिए। एक दार्शनिक कहता है: हमारी बात का इतना ही लाभ काफ़ी है कि वह तुम्हें संदेह और असमंजस में डाल दे, ताकि तुम जाँच-पड़ताल और दृढ़ विश्वास की तलाश में निकल पड़ो। संदेह बेचैनी है, लेकिन हर शांति इस बेचैनी से बेहतर नहीं होती। पशु संदेह नहीं करता, लेकिन क्या वह ईमान और दृढ़ विश्वास के चरण तक पहुँचा है?! उस तरह की शांति संदेह से नीचे की शांति है। १४ ईश्वरीय न्याय इसके विपरीत, दृढ़ विश्वास वालों की शांति संदेह से ऊपर है। ईश्वर की ओर से समर्थित कुछ गिने-चुने लोगों को छोड़ दें, तो बाकी दृढ़ विश्वास वाले संदेह और असमंजस की मंज़िल से गुज़रकर ईमान और दृढ़ विश्वास की मंज़िल तक पहुँचे हैं। इसलिए केवल यह बात कि हमारा युग संदेह का युग है, हमारे समय के पतन और भटकाव का प्रमाण नहीं मानी जानी चाहिए। निस्संदेह इस प्रकार का संदेह उन भोली-भाली शांति की अवस्थाओं से कमतर नहीं है, जो बहुत देखने में आती हैं। अफ़सोस की बात यह हो सकती है कि किसी व्यक्ति का संदेह उसे जाँच-पड़ताल की ओर न ले जाए; या सामाजिक संदेह उन लोगों को प्रेरित न करें जो इस मामले में समाज की आवश्यकताओं का उत्तर दे सकते हों। यह सेवक लगभग बीस साल पहले से, जब मैंने लिखना शुरू किया और लेख या किताब लिखी, अपनी सारी रचनाओं में केवल एक ही उद्देश्य सामने रखा है: हमारे युग में इस्लामी विषयों के संबंध में उठने वाली समस्याओं का समाधान करना और प्रश्नों के उत्तर देना। मेरी कुछ रचनाएँ दार्शनिक, कुछ सामाजिक, कुछ नैतिक, कुछ न्यायशास्त्रीय और कुछ ऐतिहासिक हैं। हालाँकि इन रचनाओं के विषय एक-दूसरे से पूरी तरह भिन्न हैं, फिर भी इन सबका समग्र उद्देश्य एक ही रहा है—और बस। इस्लाम का पवित्र धर्म एक अपरिचित धर्म है। इस धर्म की सच्चाइयाँ धीरे-धीरे लोगों की नज़रों में उलट-पुलट गई हैं, और लोगों के एक समूह के इससे दूर होने का मूल कारण वे ग़लत शिक्षाएँ हैं जो इस धर्म के नाम पर दी जाती हैं। वर्तमान समय में इस पवित्र धर्म को सबसे अधिक नुकसान उन लोगों में से कुछ पहुँचा रहे हैं, जो इसके समर्थन का दावा करते हैं। पश्चिमी उपनिवेशवाद का हमला, अपने प्रत्यक्ष और अप्रत्यक्ष साधनों के साथ, एक ओर; और इस युग में इस्लाम के समर्थन का दावा करने वालों में से बहुतों की कोताही या दोष, दूसरी ओर—इन सबने विभिन्न क्षेत्रों में इस्लामी विचारों को, मूल सिद्धांतों से लेकर शाखागत सिद्धांतों तक, हमले और आलोचना का निशाना बना दिया है। इस कारण इस सेवक ने अपना कर्तव्य समझा है कि अपनी क्षमता के अनुसार इस क्षेत्र में अपना दायित्व निभाए। जैसा कि मैंने अपनी कुछ रचनाओं में याद दिलाया है, हमारे धार्मिक प्रकाशनों की व्यवस्था संतोषजनक नहीं है। उन रचनाओं और लेखों को छोड़ भी दें जो मूलतः हानिकारक और बदनामी का कारण हैं, तो हमारी उपयोगी रचनाएँ भी किसी पूर्व आकलन के आधार पर नहीं हैं; अर्थात वे आवश्यकताओं के हिसाब और प्राथमिकताओं के निर्धारण के आधार पर तैयार नहीं की गई हैं। हर कोई अपनी रुचि के अनुसार जो उपयोगी समझता है, उसे लिखता और प्रकाशित करता है। बहुत-से ज़रूरी और आवश्यक विषय हैं जिन पर एक भी किताब नहीं लिखी गई, और बहुत-से ऐसे विषय हैं जिन पर आवश्यकता से कहीं अधिक किताबें लिखी गई हैं। प्रस्तावना १५ और फिर लगातार लिखी जा रही हैं। इस दृष्टि से हम ऐसे देश की तरह हैं जिसकी अर्थव्यवस्था का कोई सामाजिक आधार नहीं है। हर कोई अपनी रुचि से जो चाहे पैदा करता है या विदेश से मँगाता है, बिना किसी विवेकपूर्ण शक्ति के मार्गदर्शन के, जो देश की आवश्यक ज़रूरतों के अनुसार वस्तुओं के उत्पादन या आयात की मात्रा को नियंत्रित करे। दूसरे शब्दों में, सब कुछ संयोग के भरोसे छोड़ दिया गया है। स्पष्ट है कि ऐसी स्थिति में कुछ वस्तुएँ आवश्यकता और माँग से कहीं अधिक बाज़ार में आती हैं और बेकार पड़ी रहती हैं, जबकि कुछ वस्तुएँ बाज़ार में बिल्कुल नहीं मिलतीं। इसका उपाय क्या है? यह सरल है। इस सुधार के काम की शुरुआती नींव लेखन और अध्ययन से जुड़े लोगों का सहयोग और विचार-विमर्श स्थापित कर सकता है। लेकिन दुर्भाग्य से हममें से अधिकांश अपनी-अपनी रुचि के इतने दीवाने और प्रशंसक हैं कि हर कोई सोचता है कि सही रास्ता वही है जिसे उसने स्वयं खोजा है। मैंने कभी-कभी लेखकों के सामने यह प्रस्ताव रखा है, लेकिन उसका स्वागत करने के बजाय वे नाराज़ हुए और इसे अपनी रुचि की आलोचना समझा। यह सेवक कभी यह दावा नहीं करता कि जिन विषयों को उसने चुना और जिन पर लेखनी चलाई, वे सबसे अधिक आवश्यक विषय थे। उसका केवल इतना दावा है कि अपनी समझ के अनुसार उसने इस सिद्धांत का उल्लंघन नहीं किया: जहाँ तक उसके लिए संभव है, वह इस्लामी विषयों की गुत्थियाँ सुलझाए और यथासंभव इस्लामी सच्चाइयों को वैसा ही प्रस्तुत करे जैसी वे हैं। भले ही वह व्यावहारिक विचलनों को रोक न सके, फिर भी जहाँ तक संभव हो, वैचारिक विचलनों का विरोध करे और विशेष रूप से उन विषयों को स्पष्ट करे जिन्हें इस्लाम के विरोधी बहाने के तौर पर इस्तेमाल करते हैं; और इस काम में उसने—कम-से-कम अपनी समझ के अनुसार—‘सबसे महत्वपूर्ण को पहले’ के सिद्धांत का पालन किया है।</w:t>
      </w:r>
    </w:p>
    <w:p>
      <w:pPr>
        <w:jc w:val="left"/>
      </w:pPr>
      <w:r>
        <w:rPr>
          <w:rFonts w:ascii="Calibri" w:hAnsi="Calibri" w:cs="Calibri"/>
          <w:sz w:val="28"/>
          <w:szCs w:val="28"/>
          <w:rtl w:val="0"/>
        </w:rPr>
        <w:t>पिछले तीन-चार वर्षों में मैंने अपना बहुत-सा समय स्त्री और स्त्री के अधिकारों से संबंधित इस्लामी मुद्दों पर लगाया। उनमें से कई कुछ समाचारपत्रों और पत्रिकाओं में लेखमाला के रूप में या पुस्तक के रूप में प्रकाशित हुए। इसलिए मैंने अपना समय इस काम में लगाया, क्योंकि मुझे लगा कि मामला केवल इतना नहीं है कि इस क्षेत्र में व्यवहार में कुछ विकृतियाँ पैदा हुई हैं; मामला यह है कि एक समूह व्याख्यानों में, स्कूलों की कक्षाओं में और अपनी पुस्तकों तथा लेखों में स्त्री के अधिकारों, सीमाओं और कर्तव्यों के बारे में इस्लाम के दृष्टिकोण को गलत ढंग से प्रस्तुत करता है और, ‘खुद ही मारते हो और खुद ही मातम मनाते हो’ की तर्ज़ पर, उन्हीं बातों को इस्लाम के विरुद्ध प्रचार का साधन बनाता है; और दुर्भाग्य से आम लोग</w:t>
      </w:r>
    </w:p>
    <w:p>
      <w:pPr>
        <w:jc w:val="left"/>
      </w:pPr>
      <w:r>
        <w:rPr>
          <w:rFonts w:ascii="Calibri" w:hAnsi="Calibri" w:cs="Calibri"/>
          <w:sz w:val="28"/>
          <w:szCs w:val="28"/>
          <w:rtl w:val="0"/>
        </w:rPr>
        <w:t>हमारा मुस्लिम समाज इन और अनेक अन्य विषयों में इस्लाम की तर्क-पद्धति से बिल्कुल भी परिचित नहीं है। इसलिए बड़े अफ़सोस की बात है कि बहुत-से स्त्री-पुरुषों को इस्लाम के प्रति बदगुमान कर दिया गया है। इसी कारण मैंने आवश्यक समझा कि इस क्षेत्र में इस्लाम की तर्क-पद्धति स्पष्ट करूँ, ताकि वे जान सकें कि इस्लाम की तर्क-पद्धति पर आपत्ति करना तो दूर, स्त्री, स्त्री के अधिकारों, उसकी सीमाओं और कर्तव्यों के बारे में इस्लाम की तर्कपूर्ण और मज़बूत दृष्टि ही उसकी मौलिकता, सत्यता और अलौकिक स्वरूप का सर्वोत्तम प्रमाण है। जैसा कि मैंने प्रथम संस्करण की भूमिका में बताया था, इस पुस्तक की सामग्री उन कई भाषणों का संकलन और विस्तार है, जो इस्लामी संस्था हुसैनिया-ए-इरशाद में दिए गए थे। बेशक, भाषण के रूप में कही गई बातों को — कम-से-कम मेरे भाषणों को — बिना नए सिरे से संशोधित किए छापा नहीं जा सकता। इसके अतिरिक्त, जब छापना ही हो, तो भाषण के रूप में कही गई बातों पर संतोष नहीं किया जा सकता। इसलिए प्रथम और द्वितीय, दोनों संस्करणों में मैंने चर्चा का फिर से अध्ययन किया और मूल सामग्री में बहुत-सी बातें जोड़ीं। दूसरे संस्करण में पहले संस्करण की सामग्री में लगभग एक-पाँचवाँ हिस्सा और जोड़ा गया; इसके अलावा, शब्दों में सुधार और सामग्री के क्रम तथा व्यवस्था में परिवर्तन भी किए गए। इसलिए इस पुस्तक का पाठ इस संस्करण में कुछ बदले हुए रूप में प्रकाशित हो रहा है। इस पुस्तक की चर्चाओं के बारे में मैं इतना कह सकता हूँ कि सभी विषय सोच-समझकर चुने गए हैं; उनमें से कोई भी संयोगवश या आकस्मिक कारणों से नहीं उठाया गया है। ये ऐसे मुद्दे हैं जिन्हें विभिन्न समूहों, विशेषकर युवा वर्ग, अक्सर मेरे सामने रखते हैं। इस पुस्तक में मैंने जो कुछ प्रस्तुत किया है, वह वास्तव में उन सभी लोगों को दिया गया एक सामान्य उत्तर है, जिन्होंने इस विषय में मुझसे बार-बार प्रश्न किए हैं और करते रहते हैं। प्रश्नों की संख्या इतनी अधिक है कि एक सामान्य उत्तर तैयार करना आवश्यक हो गया। प्रस्तुत चर्चाओं में विवेचनात्मक और तर्कपरक, दोनों पक्ष हैं। स्पष्ट है कि विवेचनात्मक पक्ष में पवित्र क़ुरआन की आयतों और उन रिवायतों का हवाला दिया गया है जो पैग़म्बरे अकरम और पाक इमामों (उन पर और उन सभी पर ईश्वर की कृपा हो) से प्राप्त हुई हैं। तर्कपरक पक्ष से चर्चा दो तरीक़ों से की जा सकती थी: धर्मशास्त्रीय और दार्शनिक। लेकिन चूँकि मैं ऐसे मुद्दों में मुतकल्लिमों की तर्क-पद्धति को सही नहीं मानता, और इसके विपरीत इस्लामी दार्शनिकों की पद्धति को सही और सुदृढ़ मानता हूँ, इसलिए मैंने आम तौर पर मुतकल्लिमों की शैली से परहेज़ किया और दार्शनिकों की शैली अपनाई। बेशक, जहाँ आवश्यक हुआ, वहाँ अहले कलाम की पद्धति और कभी-कभी अन्य पद्धतियों, जैसे अहले हदीस और इंद्रिय-ज्ञान के पक्षधरों की पद्धति का भी उल्लेख किया है। विषय के जानकार जानते हैं कि इस्लामी दार्शनिकों ने — मुतकल्लिमों के विपरीत — ईश-विद्या में ‘न्याय’ शीर्षक से कोई अध्याय नहीं रखा है। इस मुद्दे के बारे में दार्शनिकों के विचारों को उनकी अन्य चर्चाओं के बीच से प्राप्त करना पड़ता है। इस कारण यह चर्चा मेरे लिए कठिनाई से खाली नहीं थी। अब तक दार्शनिकों की रचनाओं में मुझे कोई ऐसा निबंध, लेख या अध्याय नहीं मिला जिसमें सीधे ईश्वरीय न्याय का मुद्दा उठाया गया हो और इस विषय पर दार्शनिक शैली में चर्चा की गई हो। इब्न-अल-नदीम ‘अल-फ़िहरिस्त’ में लिखते हैं: याक़ूब बिन इसहाक़ अल-किंदी ने ईश्वरीय न्याय पर एक निबंध लिखा था। मुझे नहीं मालूम कि वह निबंध आज मौजूद है या नहीं; यह भी नहीं जानता कि उन्होंने उसे दार्शनिक शैली में लिखा था या धर्मशास्त्रीय शैली में। कुछ दार्शनिक, जैसे ख़्वाजा नसीरुद्दीन तूसी, अपनी रचनाओं में मुतकल्लिमों की शैली अपनाते और छोड़ते रहे हैं, लेकिन यदि हम उनके दार्शनिक विचारों को आधार बनाएँ, तो कहना होगा कि उनका उद्देश्य तर्कसिद्ध प्रमाण देना नहीं, बल्कि मनवाना और वक्तृता करना था। याक़ूब बिन इसहाक़ अल-किंदी, जिनकी पुस्तक का इब्न-अल-नदीम उल्लेख करते हैं, इस्लामी दार्शनिकों में सबसे प्राचीन हैं और अरब वंश के होने के कारण ‘अरबों के दार्शनिक’ के नाम से प्रसिद्ध हैं। यह संभव नहीं लगता कि अल-किंदी ने मुतकल्लिमों की शैली में चर्चा की हो; नियम के अनुसार उन्होंने दार्शनिकों की शैली ही अपनाई होगी। हाल ही में मैंने एक अत्यंत विद्वान व्यक्ति से सुना कि इस्लाम के दार्शनिकों के सरताज, अबू अली इब्न सीना ने इस विषय पर एक छोटा-सा निबंध लिखा था। यह निबंध उस प्रश्न के उत्तर में लिखा गया था जो उस दार्शनिक से इस मुद्दे पर पूछा गया था, लेकिन अफ़सोस कि यह सेवक अब तक उस निबंध या लेख को प्राप्त नहीं कर सका है। दार्शनिकों द्वारा इस मुद्दे को उठाने में कमी के बावजूद, मुतकल्लिमों ने विशेष धार्मिक और ऐतिहासिक कारणों से ईश्वरीय न्याय की चर्चा को अपने विमर्शों में सबसे प्रमुख स्थान दिया। कलाम में न्याय की चर्चा इतनी मौलिक बन गई कि इसी सिद्धांत के आधार पर समूहों की पहचान होने लगी। नियतिवाद और स्वतंत्र इच्छा की चर्चाएँ, जैसा कि इतिहास से पता चलता है, हिजरी पहली सदी के मध्य से शुरू हुईं। कलामी चर्चाओं में देखने में सबसे पुरानी चर्चा नियतिवाद और स्वतंत्र इच्छा की ही है। नियतिवाद और स्वतंत्र इच्छा का मुद्दा पहले दर्जे में मानवीय और दूसरे दर्जे में ईश्वरीय या प्राकृतिक मुद्दा है। चूँकि चर्चा का विषय हर हाल में मनुष्य है—कि वह स्वतंत्र है या विवश— इसलिए यह मानवीय मुद्दा है। और चूँकि मुद्दे का दूसरा पक्ष ईश्वर या प्रकृति है, यानी यह कि ईश्वर की इच्छा, उसकी मर्ज़ी और उसका फ़ैसला व तक़दीर, या प्रकृति के बाध्यकारी कारकों और कारण-कार्य व्यवस्था ने मनुष्य को स्वतंत्र छोड़ा है या विवश किया है, इसलिए यह ईश्वरीय या प्राकृतिक मुद्दा है। और चूँकि यह हर हाल में एक मानवीय मुद्दा है और मनुष्य के भाग्य से जुड़ा है, इसलिए शायद कोई ऐसा मनुष्य न मिले जिसमें थोड़ा-बहुत भी वैज्ञानिक और दार्शनिक चिंतन हो और उसके सामने यह प्रश्न न उठा हो। इसी तरह, ऐसा कोई समाज नहीं मिलता जिसने चिंतन के किसी चरण में प्रवेश किया हो और अपने सामने यह मुद्दा न उठाया हो। इस्लामी समाज, जो अनेक कारणों से वैज्ञानिक चिंतन के चरण में जल्दी और तेज़ी से प्रवेश कर गया, उसके सामने उठे शुरुआती मुद्दों में नियतिवाद और स्वतंत्र इच्छा का मुद्दा भी अनिवार्य रूप से था। इस मुद्दे के पहली हिजरी सदी में इतनी जल्दी उठने का कारण खोजने के लिए हमें अन्य कारकों की तलाश में जाने की आवश्यकता नहीं है।</w:t>
      </w:r>
    </w:p>
    <w:p>
      <w:pPr>
        <w:jc w:val="left"/>
      </w:pPr>
      <w:r>
        <w:rPr>
          <w:rFonts w:ascii="Calibri" w:hAnsi="Calibri" w:cs="Calibri"/>
          <w:sz w:val="28"/>
          <w:szCs w:val="28"/>
          <w:rtl w:val="0"/>
        </w:rPr>
        <w:t>इस्लामी जगत में इस मुद्दे का उठना बहुत स्वाभाविक था; अगर यह मुद्दा न उठता, तो यह प्रश्न उठता कि ऐसे समाज में इस मुद्दे पर ध्यान कैसे नहीं दिया गया। इस्लामी समाज एक धार्मिक समाज था और मुसलमानों की धार्मिक पुस्तक क़ुरआन में नियतिवाद और स्वतंत्र इच्छा तथा ईश्वरीय फ़ैसले और तक़दीर से जुड़े मुद्दे और पुरस्कारों तथा दंडों का बार-बार उल्लेख मिलता है। क़ुरआनी आयतों पर गहराई से चिंतन करने की मुसलमानों की प्रवृत्ति —जिसका आह्वान स्वयं क़ुरआन ने किया है—अनिवार्य रूप से नियतिवाद और स्वतंत्र इच्छा पर चर्चा का कारण बनी। नियतिवाद और स्वतंत्र इच्छा की चर्चा ने स्वयं ही ईश्वरीय न्याय का मुद्दा उठा दिया। क्योंकि एक ओर स्वतंत्र इच्छा और न्याय के बीच तथा दूसरी ओर नियतिवाद और न्याय के निषेध के बीच सीधा संबंध है; अर्थात केवल स्वतंत्र इच्छा की स्थिति में ही कर्तव्य, पुरस्कार और दंड न्यायसंगत अर्थ और महत्व प्राप्त करते हैं। यदि मनुष्य को स्वतंत्रता और इच्छा-शक्ति प्राप्त न हो और वह ईश्वरीय इच्छा या प्राकृतिक कारकों के सामने विवश और बेबस हो, तो कर्तव्य, पुरस्कार और दंड अपना अर्थ खो देते हैं। इस्लामी धर्मशास्त्री दो समूहों में बँट गए। एक समूह, जिसे शुरू से ही मुतज़िला कहा गया, न्याय और स्वतंत्र इच्छा का समर्थक था; और दूसरा समूह, अर्थात अहले-हदीस, जो बाद में अशआरिया कहलाया, नियतिवाद और विवशता का समर्थक बन गया। बेशक न्याय के इनकार करने वालों ने स्पष्ट रूप से यह नहीं कहा कि हम ईश्वरीय न्याय को नहीं मानते, क्योंकि पवित्र क़ुरआन, जिसे दोनों समूह अपना समर्थक मानते थे, ईश्वर को अन्याय से सख़्ती से मुक्त घोषित करता है और न्याय को सिद्ध करता है। उन्होंने ईश्वरीय न्याय की एक ख़ास ढंग से व्याख्या की। उन्होंने कहा: न्याय ऐसी वास्तविकता नहीं है जिसका पहले से वर्णन किया जा सके और जिसे ईश्वर के कर्मों के लिए कसौटी और मानदंड बनाया जा सके। मूलतः ईश्वरीय कर्मों के लिए कोई कसौटी और मानदंड तय करना परम सत्य के लिए कर्तव्य और दायित्व निर्धारित करने तथा उसकी इच्छा और संकल्प को सीमित करने और बाँधने जैसा माना जाएगा। क्या यह संभव है कि परम सत्य के कर्मों के लिए कोई क़ानून मान लिया जाए और उस क़ानून को उस पर और उसके कर्मों पर शासन करने वाला बना दिया जाए? सभी क़ानून उसकी रचना हैं और उसके अधीन हैं, जबकि वह सर्वथा प्रभु है। किसी भी प्रकार की अधीनता और परवशता परम पवित्र ईश्वर के परम गौरव और प्रभुत्व के विरुद्ध है। परम सत्य के न्यायप्रिय होने का अर्थ यह नहीं कि वह न्याय के नाम पर पहले से मौजूद क़ानूनों का पालन करता है; बल्कि इसका अर्थ यह है कि वही न्याय का स्रोत है। वह जो करता है, वही न्याय है; ऐसा नहीं कि जो न्याय है, वही वह करता है। न्याय और अन्याय, ईश्वर के कर्मों के बाद उनसे निकाले गए निष्कर्ष हैं। न्याय, ईश्वर के कर्मों की कसौटी नहीं; उसके कर्म न्याय की कसौटी हैं। जो वह सम्राट करे, वही मधुर होता है। न्याय के समर्थक मुतज़िला ने कहा: न्याय स्वयं एक वास्तविकता है और चूँकि ईश्वर विवेकशील तथा न्यायप्रिय है, इसलिए वह अपने कर्म न्याय की कसौटी और मानदंड के अनुसार करता है। जब हम कर्मों के वास्तविक स्वरूप पर विचार करते हैं, तो इस बात की परवाह किए बिना कि उस कर्म पर परम सत्य की सृजनात्मक या विधायी इच्छा लागू हुई है या नहीं, हम देखते हैं कि कुछ कर्म अपने स्वरूप में दूसरे कर्मों से भिन्न होते हैं। कुछ कर्म अपने स्वरूप में न्यायपूर्ण होते हैं, जैसे नेक लोगों को पुरस्कृत करना, और कुछ अपने स्वरूप में अन्यायपूर्ण होते हैं, जैसे नेक लोगों को दंड देना। चूँकि कर्म अपने स्वरूप में एक-दूसरे से भिन्न होते हैं और परम पवित्र ईश्वर परम कल्याणकारी, पूर्णतम, सर्वज्ञ और परम न्यायप्रिय है, इसलिए वह अपने कर्मों का चयन न्याय की कसौटी और मानदंड के अनुसार करता है। अंतर्निहित अच्छाई और बुराई यहाँ स्वाभाविक रूप से एक और मुद्दा उठा, जो ईश्वरीय न्याय के मुद्दे का ही एक विस्तार है; और वह है कर्मों की अंतर्निहित अच्छाई और बुराई का मुद्दा। क्या सामान्यतः कर्मों में अच्छाई का अंतर्निहित गुण या बुराई का अंतर्निहित गुण होता है? उदाहरण के लिए, क्या सच बोलना, अमानतदारी और उपकार करना आदि अपने स्वरूप में अच्छे और किए जाने योग्य हैं? और क्या झूठ, विश्वासघात तथा कृपणता आदि अपने स्वरूप में बुरे और न किए जाने योग्य हैं? क्या अच्छाई और उपयुक्तता जैसे गुण वास्तविक और अंतर्निहित गुणों की श्रेणी में आते हैं, और क्या हर कर्म, किसी भी कर्ता तथा किसी भी बाहरी परिस्थिति की परवाह किए बिना, अपने आप में इनमें से कुछ गुण रखता है और उनके विपरीत गुणों से रहित होता है, या ये सभी गुण केवल प्रचलित और काल्पनिक हैं? स्वतंत्र बुद्धिगत निर्णय और जब कर्मों के अंतर्निहित गुणों की बात उठी, तो स्वाभाविक रूप से बुद्धि और इन गुणों को जानने में उसकी स्वतंत्रता का प्रश्न भी सामने आया। यह चर्चा इस रूप में उठी कि क्या बुद्धि वस्तुओं की अच्छाई और बुराई को जानने में स्वतंत्र है और अकेले ही उन्हें समझने तथा पहचानने में सक्षम है, या उसे शरीअत की मदद और मार्गदर्शन की आवश्यकता है? इसलिए अंतर्निहित अच्छाई और बुराई को बुद्धिगत अच्छाई और बुराई कहा गया। मुतज़िला ने अंतर्निहित अच्छाई और बुराई के बुद्धिगत होने का प्रबल समर्थन किया और स्वतंत्र बुद्धिगत निर्णयों का मुद्दा उठाया। उन्होंने कहा कि हम सहज रूप से समझते हैं कि कर्म अपने स्वरूप में भिन्न होते हैं और हम सहज रूप से यह भी समझते हैं कि हमारी बुद्धि शरीअत के मार्गदर्शन की आवश्यकता के बिना इन निर्विवाद तथ्यों को समझ सकती है। अशआरिया ने, जैसे उन्होंने न्याय को पहले से विद्यमान और अंतर्निहित गुण मानने से इनकार किया, वैसे ही अंतर्निहित और बुद्धिगत अच्छाई-बुराई को भी नकार दिया। अशआरिया ने पहले तो अच्छाई और बुराई को सापेक्ष माना, जो विशेष परिस्थितियों, परिवेशों और समयों पर निर्भर हैं तथा अनेक प्रकार की परंपराओं और संस्कारों से प्रभावित होते हैं; और दूसरे, उन्होंने अच्छाई और बुराई को समझने में बुद्धि को शरीअत के मार्गदर्शन का अधीन माना। अशआरिया, चूँकि स्वतंत्र बुद्धि, दूसरे शब्दों में स्वतंत्र बुद्धिगत निर्णयों को स्वीकार नहीं करते थे और मुतज़िला के इस मत को ग़लत ठहराते थे कि मनुष्य की बुद्धि शरीअत के मार्गदर्शन के बिना अच्छाई-बुराई तथा किए जाने योग्य और न किए जाने योग्य को समझ सकती है, इसलिए उनका दावा था कि न्याय क्या है, अन्याय क्या है, अच्छा क्या है और बुरा क्या है—इन सबका ज्ञान पूरी तरह शरीअत की वाणी से ही लिया जाना चाहिए। इन मामलों में इस्लामी सुन्नत का अनुसरण करना और उसके प्रति समर्पित रहना ही उचित है; उन्होंने स्वयं को अहले-सुन्नत या अहले-हदीस कहा। अशआरिया ने इस नाम और उपाधि से आम लोगों के बीच अपने लिए एक मज़बूत सामाजिक आधार भी बनाया।</w:t>
      </w:r>
    </w:p>
    <w:p>
      <w:pPr>
        <w:jc w:val="left"/>
      </w:pPr>
      <w:r>
        <w:rPr>
          <w:rFonts w:ascii="Calibri" w:hAnsi="Calibri" w:cs="Calibri"/>
          <w:sz w:val="28"/>
          <w:szCs w:val="28"/>
          <w:rtl w:val="0"/>
        </w:rPr>
        <w:t>यानी मुतज़िला और अशआरिया के बीच का मतभेद, जो स्वतंत्र बुद्धिगत निर्णयों को स्वीकार करने या न करने पर आधारित था, आम लोगों की नज़र में सुन्नत और हदीस को स्वीकारने या नकारने, अथवा बुद्धि और सुन्नत के टकराव के रूप में समझा गया, और इसी वजह से आम लोगों के बीच अशआरिया का सामाजिक आधार मज़बूत हुआ और मुतज़िला का आधार कमज़ोर हुआ। मुतज़िला सुन्नत के प्रति कभी बेपरवाह नहीं थे, लेकिन अशआरिया ने अपने लिए यह नाम चुनकर</w:t>
      </w:r>
    </w:p>
    <w:p>
      <w:pPr>
        <w:jc w:val="left"/>
      </w:pPr>
      <w:r>
        <w:rPr>
          <w:rFonts w:ascii="Calibri" w:hAnsi="Calibri" w:cs="Calibri"/>
          <w:sz w:val="28"/>
          <w:szCs w:val="28"/>
          <w:rtl w:val="0"/>
        </w:rPr>
        <w:t>प्रस्तावना २१ और मुतज़िला को अपने विरोध में खड़ा करके उन्होंने मुतज़िला को अंधेरे में धोखा दिया। निस्संदेह इस पहलू ने तीसरी सदी के आरंभ में आम जनता के बीच मुतज़िला की पराजय में बहुत बड़ा प्रभाव डाला। इस आम धारणा की भूल यहाँ तक पहुँच गई कि कुछ प्राच्यविद्, जान-बूझकर या अनजाने में, मुतज़िला को परंपरा-विरोधी बुद्धिजीवियों के रूप में प्रस्तुत करने लगे। लेकिन जानकार लोग जानते हैं कि मुतज़िला और अशआरिया के दृष्टिकोण तथा विचारों के मतभेद का इस्लाम धर्म के प्रति उनकी प्रतिबद्धता की मात्रा से कोई संबंध नहीं है। व्यवहार में मुतज़िला, अशआरिया की अपेक्षा इस्लाम के प्रति अधिक चिंतित, प्रतिबद्ध और समर्पित थे। आम तौर पर, बौद्धिक आंदोलन चाहे कितनी ही पूर्ण निष्ठा से प्रेरित हों, धर्मपरायणता का दिखावा करने वाले और समर्पण जताने वालों के सामने—भले ही उनमें किसी प्रकार की पवित्रता और निष्ठा न हो—आम लोगों के बीच ऐसे आरोपों का सामना करते हैं। यद्यपि मुतज़िला और अशआरिया का मतभेद, न्याय से संबंधित मुद्दों अर्थात् कर्मों के स्वाभाविक रूप से अच्छे या बुरे होने के विषय में बुद्धि के अधिकार तथा उसकी स्वतंत्रता या परतंत्रता को लेकर शुरू हुआ था, लेकिन बाद में इस चर्चा का दायरा तौहीद के मुद्दों तक भी फैल गया। उन मुद्दों में भी मुतज़िला बुद्धि को हस्तक्षेप का अधिकार देते थे, जबकि अशआरिया हदीस के प्रत्यक्ष अर्थों के प्रति समर्पण को आवश्यक मानते थे। इस बारे में आगे अधिक चर्चा करेंगे। ईश्वर के कर्मों में उद्देश्य और प्रयोजन धीरे-धीरे चौथे मुद्दे की बारी आई, जो कलाम के मूलभूत मुद्दों में से एक है और पिछले मुद्दों से उत्पन्न हुआ है। वह यह है कि क्या ईश्वर के कर्म उद्देश्यों और लक्ष्यों से प्रेरित होते हैं या नहीं? जैसा कि हम जानते हैं और यह स्पष्ट है कि मनुष्य अपने किए जाने वाले कामों में कोई लक्ष्य और प्रयोजन ध्यान में रखते हैं। मनुष्य के हर काम के पीछे एक ‘किसलिए’ होता है। क्यों पढ़ते हो? इसलिए कि ज्ञानी और सक्षम बनूँ। क्यों काम करते हो? इसलिए कि आमदनी और आजीविका अर्जित करूँ। इसी तरह हर ‘क्यों’ के जवाब में एक ‘इसलिए’ होता है; और यही ‘इसलिए’ मनुष्य के काम को अर्थपूर्ण बनाते हैं। जिस काम का कोई तर्कसंगत लक्ष्य हो, यानी जो किसी भलाई और हित के लिए किया जाए, उसे अर्थपूर्ण काम माना जाता है। लक्ष्यहीन काम अर्थहीन शब्द की तरह और बिना गुठली के छिलके की तरह होता है—खोखला और सारहीन। और निस्संदेह हर ‘इसलिए’ और हर ‘अर्थ’ के पीछे अपनी बारी में कोई दूसरा ‘इसलिए’ और दूसरा अर्थ हो सकता है, लेकिन अंततः उसे किसी ऐसी चीज़ पर जाकर समाप्त होना चाहिए जिसका लक्ष्य होना और अर्थ होना उसमें स्वभावतः निहित हो और जिसे दार्शनिकों की शब्दावली में ‘परम कल्याण’ कहा जाता है। बहरहाल, मनुष्य के तर्कसंगत और विवेकपूर्ण कामों का कोई लक्ष्य और प्रयोजन होता है और हर ‘क्यों’ के जवाब में एक ‘इसलिए’ होता है। यदि मनुष्य के किसी काम के लिए ‘क्यों?’ के जवाब में कोई ‘इसलिए’ न हो, तो उस काम को व्यर्थ, निरर्थक और खोखला माना जाता है। दार्शनिकों ने सिद्ध किया है कि वास्तविक निरर्थकता, अर्थात् मनुष्य का ऐसा काम जिसमें किसी भी प्रकार का कोई उद्देश्य या लक्ष्य न हो, कभी मनुष्य से नहीं होता और ऐसा होना असंभव है। सारी निरर्थकताएँ सापेक्ष होती हैं। उदाहरण के लिए, जो काम किसी काल्पनिक इच्छा और काल्पनिक अनुभूति से उत्पन्न होता है और जिसका लक्ष्य उसी इच्छा और अनुभूति के अनुरूप होता है, उसे तर्कसंगत लक्ष्य से रहित होने के कारण निरर्थक कहते हैं। अर्थात् जिस स्रोत से वह उत्पन्न हुआ है, उसकी दृष्टि से वह निरर्थक नहीं है; बल्कि उस स्रोत की दृष्टि से निरर्थक है जिससे वह उत्पन्न नहीं हुआ, जबकि उचित था कि उससे उत्पन्न होता। निरर्थकता का विपरीत ज्ञानपूर्णता है। ज्ञानपूर्ण कर्म वह है जो सापेक्ष रूप से भी लक्ष्य और प्रयोजन से रहित न हो; दूसरे शब्दों में, जिसका कोई तर्कसंगत प्रयोजन हो। इसके अतिरिक्त, तर्कसंगत प्रयोजन के साथ-साथ उसमें सर्वोत्तम और अधिक उपयुक्त विकल्प का चयन भी हो। अतः मनुष्य का कोई कर्म ज्ञानपूर्ण है या नहीं, यह इस बात पर निर्भर करता है कि उसका लक्ष्य और प्रयोजन है या नहीं—और वह लक्ष्य तथा प्रयोजन ऐसा हो जिसे बुद्धि स्वीकार करे और जिसमें सर्वोत्तम तथा अधिक उपयुक्त विकल्प चुना गया हो। इसलिए ज्ञानी मनुष्य वह है जो, पहली बात, अपने काम में कोई लक्ष्य और प्रयोजन रखता है; दूसरी बात, लक्ष्यों और प्रयोजनों में से सर्वोत्तम और अधिक उपयुक्त को चुनता है; और तीसरी बात, सर्वोत्तम प्रयोजन तक पहुँचने के लिए सबसे अच्छा साधन और सबसे निकट का रास्ता चुनता है। दूसरे शब्दों में, मनुष्य की ज्ञानपूर्णता या उसका ज्ञानी होना यह है कि वह पूर्ण ज्ञान के आधार पर सर्वोत्तम लक्ष्यों के लिए सर्वोत्तम संभव परिस्थितियाँ चुनता है; दूसरे ढंग से कहें तो ज्ञानपूर्णता या ज्ञानी होना इस बात को आवश्यक बनाता है कि मनुष्य हर ‘क्यों’ के जवाब में एक ‘इसलिए’ रखे—चाहे वे ‘क्यों’ लक्ष्य चुनने से संबंधित हों या साधन चुनने से। तुमने ऐसा क्यों किया? अमुक लक्ष्य के लिए। उस लक्ष्य को क्यों प्राथमिकता दी? अमुक लाभ के कारण। क्यों अमुक साधन इस्तेमाल किया? अमुक श्रेष्ठता के कारण। मानव जीवन में ऐसा हर काम जो ‘क्यों’ के सवालों का तर्कसंगत जवाब न दे सके, उसमें इस दृष्टि से जितनी कमी होगी, उसे मनुष्य की ज्ञानपूर्णता और विवेक की उतनी ही कमी माना जाएगा। ईश्वर के बारे में क्या? क्या ईश्वर के कर्म भी मनुष्य के कर्मों की तरह उद्देश्यों से प्रेरित होते हैं? क्या ईश्वर के कामों में भी मनुष्य की तरह ‘क्यों’ और ‘इसलिए’ होते हैं तथा सर्वोत्तम और अधिक उपयुक्त विकल्प का चयन होता है? या ये सब केवल मनुष्य की विशेषताएँ हैं और इन्हें ईश्वर के स्वरूप पर लागू करना एक प्रकार का मानवीकरण, अर्थात् सृष्टिकर्ता की तुलना सृष्टि से करना है? मुतज़िला स्वाभाविक रूप से ईश्वर की रचना में लक्ष्य और प्रयोजन होने के पक्षधर हुए और उन्होंने ईश्वर के ज्ञानी होने की व्याख्या इसी तरह की—जिसका पवित्र कुरान में बार-बार स्पष्ट उल्लेख हुआ है— कि उसके कामों में प्रयोजन और लक्ष्य होते हैं और वह पूर्ण ज्ञान के साथ अपने कामों को निश्चित और विशिष्ट प्रयोजनों तथा लक्ष्यों के लिए सर्वोत्तम और अधिक उपयुक्त विकल्प चुनकर करता है। लेकिन अशआरिया ने ईश्वर के कर्मों में लक्ष्य और प्रयोजन होने से इनकार किया और कुरान में बार-बार आए ‘ज्ञानपूर्णता’ के अर्थ की वैसी ही व्याख्या की जैसी उन्होंने ‘न्याय’ की व्याख्या की थी। यानी उन्होंने कहा कि ईश्वर जो करता है, वही ज्ञानपूर्ण है; ऐसा नहीं कि जो ज्ञानपूर्ण है, वही ईश्वर करता है। मुतज़िला के अनुसार ईश्वर के कर्म कई प्रकार के हितों के लिए होते हैं, लेकिन अशआरिया के अनुसार यह कहना गलत है कि ईश्वर के कर्म कई प्रकार के हितों के लिए होते हैं।</w:t>
      </w:r>
    </w:p>
    <w:p>
      <w:pPr>
        <w:jc w:val="left"/>
      </w:pPr>
      <w:r>
        <w:rPr>
          <w:rFonts w:ascii="Calibri" w:hAnsi="Calibri" w:cs="Calibri"/>
          <w:sz w:val="28"/>
          <w:szCs w:val="28"/>
          <w:rtl w:val="0"/>
        </w:rPr>
        <w:t>परमेश्वर जिस प्रकार प्राणियों का सृष्टिकर्ता और रचयिता है, उसी प्रकार उन चीज़ों का भी सृष्टिकर्ता और रचयिता है जिन्हें हित कहा जाता है, बिना किसी प्राणी को किसी हित के लिए पैदा किए और बिना किसी तात्त्विक तथा स्वाभाविक, कारणात्मक और कार्य-कारण संबंध के, उन वस्तुओं और उन हितों के बीच जिन्हें उनके लिए माना जाता है। बुद्धि द्वारा अच्छे और बुरे होने के प्रश्न तथा परमेश्वर के कार्यों के प्रयोजन-प्रेरित होने के प्रश्न को पहले के दो प्रश्नों—न्याय और नियतिवाद एवं स्वतंत्र इच्छा—के साथ उठाने से कलाम के विभिन्न समूहों की पंक्तियाँ पूरी तरह स्पष्ट हो गईं। मुतज़िला ने न्याय, बुद्धि, सामर्थ्य, स्वतंत्र इच्छा और परमश्रेष्ठ ईश्वर के कार्यों के प्रयोजन-प्रेरित होने की बात का दृढ़ता से समर्थन किया; और अशअरियों, जिन्हें तब तक ‘अहलुस्सुन्ना’ या ‘अहल-ए-हदीस’ कहा जाता था, ने मुतज़िला और उनकी विचारधारा का दृढ़ता से विरोध किया। मुतज़िला को अद्लिया कहा गया। यह शब्द केवल न्याय की अवधारणा का प्रतिनिधित्व नहीं करता था; मुतज़िला के अर्थ में न्याय के साथ-साथ, इस शब्द से स्वतंत्र इच्छा और बुद्धि द्वारा अच्छे-बुरे का ज्ञान तथा ईश्वर के कार्यों का प्रयोजन-प्रेरित होना भी समझा जाता था। न्याय या एकेश्वरवाद?!! अहल-ए-हदीस मुतज़िला पर जो आपत्ति करते थे और जिसका मुतज़िला के पास कोई उचित उत्तर नहीं था, वह यह थी कि न्याय का सिद्धांत—जिसमें स्वतंत्र इच्छा, बुद्धि द्वारा अच्छे-बुरे का ज्ञान और ईश्वर के कार्यों का प्रयोजन-प्रेरित होना शामिल है—कर्मों में एकेश्वरवाद, बल्कि सार में एकेश्वरवाद से मेल नहीं खाता; क्योंकि मुतज़िला की स्वतंत्र इच्छा एक प्रकार का अधिकार-सौंपना है। अर्थात्, मुतज़िला जिस स्वतंत्र इच्छा को मानते हैं, वह एक प्रकार से परम सत्य के स्वरूप से अधिकार छीनकर उसे सौंपना है, और यह कर्मों में एकेश्वरवाद के विरुद्ध है, जो तर्क से भी सिद्ध है और पूरे कुरान में दिखाई देता है। कैसे यह संभव है कि उन कामों को ईश्वर से जोड़ने से उसे पवित्र रखने के बहाने, जो हमारी दृष्टि में बुरे हैं, उसके स्वरूप के साथ किसी अन्य को भी कर्तृत्व में सहभागी मान लिया जाए?! जैसे ही हम ऐसे स्वतंत्र कर्ताओं को मान लेते हैं जिन्हें अपने हाल पर छोड़ दिया गया हो और जो कर्तृत्व में परम सत्य के स्वरूप पर निर्भर न हों, हम ईश्वर के साथ सहभागी ठहरा देते हैं। जबकि पवित्र कुरान का स्पष्ट कथन है कि «उसने न कोई संतान बनाई, न राज्य में उसका कोई साझीदार है, और न ही अपमान से बचाने वाला उसका कोई संरक्षक है; और उसकी महानता का पूर्ण बखान करो।» इसी तरह, मुतज़िला ईश्वर के कार्यों में जिस बुद्धिमत्ता और हित की कल्पना करते हैं, वह परम सत्य के सार की एकता, उसकी आत्मनिर्भरता और इस बात से मेल नहीं खाती कि उसका स्वरूप किसी समान से परे है और किसी कारण का कार्य नहीं है; क्योंकि जब मनुष्य अपने काम किसी अंतिम परिणाम और लक्ष्य के लिए करता है, तो वास्तव में वह उन परिणामों और लक्ष्यों से प्रभावित और प्रेरित होता है। क्या यह सही नहीं कि अंतिम कारण, कर्ता के कारण का कारण होता है? अर्थात् अंतिम कारण ही कर्ता को कर्ता बनाता है, यदि वह न हो, तो कर्ता कर्ता नहीं होता। मनुष्य जब अपने कामों में अंतिम परिणाम, लक्ष्य और प्रयोजन रखता है, तो वास्तव में लक्ष्य और प्रयोजन की ओर से उस पर एक प्रकार का दबाव शासन कर रहा होता है। परमेश्वर हर प्रकार के दबाव से मुक्त और पवित्र है, चाहे वह लक्ष्य और प्रयोजन का दबाव ही क्यों न हो। अशअरियों ने दावा किया कि अच्छे-बुरे का अंतर्निहित गुण और बुद्धि द्वारा उसका निर्णय, तथा यह मानना कि परमेश्वर के कार्य अनिवार्य रूप से इन अच्छाइयों-बुराइयों के मानदंड पर होने चाहिए—यह ईश्वर के लिए कर्तव्य तय करने जैसा है। मानो हम कह रहे हों कि ईश्वर को अपने कार्य उन सीमाओं के भीतर करने पड़ते हैं जिन्हें हम मनुष्यों की बुद्धि ने निर्धारित किया है। परम सत्य की इच्छा और संकल्प की निरपेक्षता इन सीमाओं को स्वीकार नहीं करती। संक्षेप में, अशअरियों ने दावा किया कि मुतज़िला ने न्याय, बुद्धि, स्वतंत्र इच्छा और सामर्थ्य, या बुद्धिमत्ता और हित के नाम पर जिन बातों को प्रस्तुत किया है, वे पहली बात तो सृष्टिकर्ता की तुलना सृष्टि से करने के प्रकार की हैं, और दूसरी बात, परम सत्य के सार तथा उसके कर्मों की एकता से मेल नहीं खातीं। इसके विपरीत, मुतज़िला ने अशअरियों के सिद्धांतों को पवित्रता के उस मूल सिद्धांत के विरुद्ध माना, जिसका पवित्र कुरान में बार-बार स्पष्ट उल्लेख हुआ है। मुतज़िला ने कहा: अशअरियों के सिद्धांतों का परिणाम यह है कि हम ईश्वर से ऐसी बातें जोड़ें जो परम सत्य के स्वरूप से परे हैं, और जिनसे परम सत्य के स्वरूप के पवित्र होने की बात पवित्र कुरान में स्पष्ट रूप से कही गई है; जैसे कि अन्याय, निरर्थकता और अश्लीलता। उन्होंने कहा: यदि न्याय और स्वतंत्र इच्छा का कोई अस्तित्व न हो, तो हमें ईश्वर को अत्याचारी मानना पड़ेगा, जिसने विवश सेवकों को पैदा किया और फिर उन्हें कर्तव्यों का भार सौंपा; और इन विवश प्राणियों को, जो अपनी ओर से कोई स्वतंत्र इच्छा नहीं रखते और पाप करते हैं, दंडित करता है; और चूँकि सेवक जो भी काम करता है, वास्तव में वह सेवक नहीं, बल्कि ईश्वर करता है, इसलिए यह ईश्वर ही है जो अश्लील और बुरे काम करता है, सेवक नहीं। और चूँकि अशअरियों के मत के अनुसार ईश्वर का कार्य किसी अंतिम परिणाम और प्रयोजन से रहित है, इसलिए ईश्वर निरर्थक और व्यर्थ काम करने वाला है। अतः अशअरियों के सिद्धांतों का परिणाम यह है कि हम उन बातों को ईश्वर से जोड़ें जिनसे तर्क और कुरान, दोनों उसे पवित्र ठहराते हैं; अर्थात् अन्याय، notanar व्यर्थता और अश्लीलता। अशअरी और मुतज़िली—इन दोनों विचारधाराओं में से प्रत्येक की एक ताकत और एक कमजोरी थी। दोनों में से प्रत्येक की ताकत उन आपत्तियों में थी जो वह विरोधी विचारधारा पर उठाता था, और उसकी कमजोरी वहाँ थी जहाँ वह अपनी विचारधारा का एक व्यापक सिद्धांत के रूप में बचाव करना चाहता था। दोनों विचारधाराओं के अनुयायी विरोधी विचारधारा को अविश्वसनीय सिद्ध करके अपने मत की सत्यता और शुद्धता साबित करना चाहते थे, लेकिन वे अपने मत का अच्छी तरह बचाव नहीं कर पाते थे और अपने ही मत पर उठने वाली आपत्तियों का सामना नहीं कर पाते थे। दोनों विचारधाराओं के अनुयायी दूसरे मत की कमजोरियों से अच्छी तरह परिचित थे और एक-दूसरे पर तीखे हमले करते थे। मशहूर है कि स्वतंत्र इच्छा के समर्थक ग़ैलान दमिश्की एक दिन स्वतंत्र इच्छा के इनकार करने वाले रबीअतुर्राय से मिले, उसके सिरहाने खड़े हुए और कहा: «क्या तुम वही हो जो दावा करता है कि ईश्वर चाहता है कि उसकी अवज्ञा की जाए? तुम वही हो जो मानता है कि ईश्वर चाहता है कि लोग उसकी अवज्ञा करें; अर्थात् तुम्हारे नियतिवादी मत का परिणाम यह है कि सेवकों के पाप उसकी अपनी इच्छा से होते हैं, और वह स्वयं… [53]</w:t>
      </w:r>
    </w:p>
    <w:p>
      <w:pPr>
        <w:jc w:val="left"/>
      </w:pPr>
      <w:r>
        <w:rPr>
          <w:rFonts w:ascii="Calibri" w:hAnsi="Calibri" w:cs="Calibri"/>
          <w:sz w:val="28"/>
          <w:szCs w:val="28"/>
          <w:rtl w:val="0"/>
        </w:rPr>
        <w:t>26 ईश्वरीय न्याय: ईश्वर चाहे और पसंद करे कि लोग उसकी अवज्ञा करें। रबीअतुर्राय बिना अपनी इस धारणा का बचाव किए, ग़ैलान दमिश्की की धारणा की एक कमज़ोरी पर अड़ गया और बोला: «तुम वही हो जो दावा करता है कि ईश्वर की अवज्ञा उसकी इच्छा के विरुद्ध होती है»—तुम वही हो जो यह मानता है कि ईश्वर कुछ और चाहता है और मनुष्य कुछ और, और ईश्वर सेवकों की इच्छा के अधीन हो जाता है। क़ाज़ी अब्दुल जब्बार मुतज़िली एक दिन साहिब इब्न अब्बाद की सभा में बैठे थे कि अबू इस्हाक़ इस्फ़रायिनी वहाँ आए। अबू इस्हाक़ अशअरी और जबरी थे, जबकि क़ाज़ी अब्दुल जब्बार मुतज़िली और स्वतंत्र इच्छा के समर्थक थे। जैसे ही क़ाज़ी की नज़र अबू इस्हाक़ पर पड़ी, वे ज़ोर से बोले: «पवित्र है वह सत्ता जो अश्लीलता से परे है»—अर्थात् परम सत्ता इससे पवित्र है कि उसके साथ बुरे काम जोड़े जाएँ। यह कहने का संकेत था कि तुम हर चीज़, यहाँ तक कि बुरे कामों को भी, ईश्वर से जोड़ते हो। अबू इस्हाक़ ने भी अपनी धारणा का बचाव किए बिना तुरंत कहा: «पवित्र है वह जिसके राज्य में केवल वही घटित होता है जो वह चाहता है»—अर्थात् वह, जिसकी समूची सत्ता में उसकी इच्छा के सिवा कुछ भी घटित नहीं होता। यह कहने का संकेत था कि तुमने नियतिवाद के अपने मत से ईश्वर के राज्य में ईश्वर का साझीदार ठहराया है और मनुष्यों को उनके कर्मों में स्वतंत्र, अपने भरोसे छोड़ा हुआ और ईश्वर से निरपेक्ष मानते हो। मुतज़िली अपने आपको «न्याय और एकेश्वरवाद के अनुयायी» कहते हैं। यहाँ मुतज़िलियों का आशय गुणात्मक एकेश्वरवाद से है। अशअरी ईश्वर के ऐसे गुणों के समर्थक थे जिन्हें उसकी सत्ता से अलग और भिन्न माना जाता है। उदाहरण के लिए, वे ईश्वर के ज्ञान, शक्ति या जीवन को उसकी सत्ता से भिन्न वास्तविकताएँ और ईश्वर की सत्ता की तरह अनादि मानते थे; इसके विपरीत, मुतज़िली सत्ता से भिन्न गुणों को नहीं मानते थे। मुतज़िली परमेश्वर के गुणों के बारे में अशअरियों की धारणा को एक प्रकार का बहुदेववाद मानते थे। वे कहते थे: अशअरियों की बात का अनिवार्य परिणाम यह है कि हम ईश्वर की सत्ता के साथ-साथ कई अन्य अनादि सत्ताएँ भी मानें; और चूँकि अनादि होना कार्य-कारण और सृष्टि होने का निषेध करने के बराबर है तथा स्व-संपन्नता के साथ जुड़ा है, इसलिए अशअरियों की धारणा के अनुसार परमेश्वर के गुणों की संख्या के बराबर अनादि और स्व-संपन्न सत्ताएँ मौजूद हैं; अर्थात् ईश्वर के गुणों की संख्या के बराबर ईश्वर मौजूद हैं। लेकिन स्वयं मुतज़िली, चूँकि सत्ता से भिन्न गुणों को नहीं मानते थे, इसलिए स्वाभाविक रूप से एक से अधिक अनादि सत्ता नहीं मानते थे। इसी कारण मुतज़िली अपने आपको «न्याय और एकेश्वरवाद के अनुयायी» कहते थे; उनका आशय गुणात्मक एकेश्वरवाद से था। लेकिन क्रियात्मक एकेश्वरवाद के मामले में मुतज़िलियों का पक्ष कमज़ोर था, और अशअरी क्रियात्मक एकेश्वरवाद के मामले में स्वयं को «एकेश्वरवाद के अनुयायी» कहते थे। सच्चाई यह है कि गुणात्मक एकेश्वरवाद के मामले में अशअरियों पर उचित आपत्तियाँ करने के बावजूद मुतज़िलियों का पक्ष भी प्रस्तावना 27: गुणात्मक एकेश्वरवाद के मामले में कमज़ोर था; क्योंकि यद्यपि मुतज़िली सत्ता से भिन्न गुणों को नहीं मानते थे, फिर भी वे गुणों की सत्ता के साथ अभिन्नता सिद्ध नहीं कर सके। उन्होंने सत्ता को गुणों का प्रतिनिधि मानने का सिद्धांत प्रस्तुत किया, जो मुतज़िली मत की एक बड़ी कमज़ोरी है। अशअरियों में भी दूसरी कमज़ोरियाँ थीं। न्याय, बुद्धि, स्वतंत्र इच्छा और विवेकपूर्ण उद्देश्य के प्रश्नों को उचित ठहराने में अशअरी मत की विफलता के अलावा, एकेश्वरवाद के प्रश्न पर भी, जिसके प्रति वे बहुत संवेदनशीलता दिखाते थे, उन्हें भारी कठिनाई हुई। अशअरी क्रियात्मक एकेश्वरवाद के बहाने कारण-कार्य के स्वाभाविक क्रम को नकारने और हर चीज़ को सीधे और बिना किसी माध्यम के, किसी भी शर्त या मध्यस्थ के हस्तक्षेप के बिना, ईश्वर की इच्छा से उत्पन्न मानने को विवश हुए। जानकार लोग जानते हैं कि ऐसी धारणा ईश्वर की पवित्र सत्ता की सरलता, महिमा और गरिमा के विपरीत है। दोनों मत स्वयं को न्याय और क्रियात्मक एकेश्वरवाद के बीच दुविधा में पाते थे। मुतज़िलियों ने अपनी समझ से न्याय के लिए क्रियात्मक एकेश्वरवाद का बलिदान किया और अशअरियों ने अपने विचार में क्रियात्मक एकेश्वरवाद के लिए न्याय का बलिदान कर दिया। लेकिन वास्तव में न तो मुतज़िली न्याय को सही रूप में उचित ठहरा सके, न ही अशअरी क्रियात्मक एकेश्वरवाद की गहराई तक पहुँचे। हालाँकि अशअरियों और मुतज़िलियों के बीच मतभेद के अनेक मुद्दे हैं, लेकिन मुख्य रूप से दो मुद्दे हैं: एकेश्वरवाद और न्याय। जैसा कि हमने पहले देखा, कलामी बहसें न्याय से जुड़े मुद्दों से शुरू हुईं और फिर उनका दायरा एकेश्वरवाद से जुड़े मुद्दों तक फैल गया। एकेश्वरवाद के कई स्तर हैं: सत्ता का एकेश्वरवाद, गुणों का एकेश्वरवाद, कर्मों का एकेश्वरवाद और उपासना में एकेश्वरवाद। सत्ता के एकेश्वरवाद में, अर्थात् पवित्र सत्ता का अपने अस्तित्व के स्तर पर एक होना और उसका कोई समकक्ष या समान न होना—«उस जैसी कोई चीज़ नहीं»—उसके अस्तित्व के स्तर पर कुछ भी नहीं है। हर चीज़ उसकी सृष्टि है और उसी पर निर्भर है; वह समस्त सृष्टि का रचयिता और स्व-संपन्न है। इस बात पर मुसलमानों में कोई मतभेद नहीं है। गुणों के एकेश्वरवाद के मामले में मतभेद हुआ: अशअरियों ने एकेश्वरवाद को नकारकर बहुलता का समर्थन किया; और क्रियात्मक एकेश्वरवाद के मामले में इसका उलटा हुआ—अशअरी एकेश्वरवाद की ओर झुके और मुतज़िली बहुलता की ओर। उपासना में एकेश्वरवाद के बारे में भी मुसलमानों के बीच ज़रा-सा भी मतभेद नहीं हुआ; अर्थात् किसी ने भी बहुलता का मत नहीं अपनाया। कुछ इस्लामी विद्वानों ने, और उन सबमें सबसे आगे शामी हंबली इब्न तैमिय्या ने, यह माना कि मुसलमानों की अनेक प्रचलित मान्यताएँ और प्रथाएँ उपासना में एकेश्वरवाद के विरुद्ध हैं, जैसे शफ़ाअत में विश्वास करना, या औलिया से अपनी ज़रूरतें माँगना और उनके ज़रिये ईश्वर से निकटता चाहना। इन विचारों से आगे चलकर «वहाबी मत» नामक एक संप्रदाय का जन्म हुआ। शूरा/11, 786, ईश्वरीय न्याय: इस्लामी कलाम का प्रभाव इस्लामी दर्शन पर। इस्लामी कलाम की बहसें अंतिम निष्कर्ष तक तो नहीं पहुँचीं, लेकिन इन चर्चाओं ने इस्लामी हकीमों और दार्शनिकों को ईश्वर-विज्ञान के प्रश्नों में बहुत सहायता और सहयोग दिया। इस्लामी दर्शन ने ईश्वर-विज्ञान के विशिष्ट अर्थ वाले मुद्दों में जो नए क्षेत्र खोजे और यूनानी तथा अलेक्ज़ान्द्रिया के दर्शन से जो दूरी बनाई, उसका श्रेय उन आधारों को जाता है जो उसे इस्लामी कलाम से मिले। मुतकल्लिमों का दार्शनिकों पर यह उपकार है कि उन्होंने नए क्षितिज खोले और विशेष प्रकार के मुद्दे उठाए, हालाँकि वे स्वयं उन्हें सुलझा नहीं सके। मुतकल्लिमों ने मुद्दों की एक शृंखला प्रस्तुत करके दार्शनिकों के लिए रास्ता खोलने के अतिरिक्त, एक और तरीके से भी महत्वपूर्ण सेवा की। वह यह कि यूनानी विचारों के सामने समर्पण न करते हुए वे उनका विरोध करने के लिए आगे आए, और दर्शन तथा दार्शनिकों के चेहरे पर नाखून चलाते थे; वे दर्शन और दार्शनिकों के खंडन में किताबें लिखते थे और उनके विचारों को अमान्य ठहराकर उनका खंडन करते थे। दार्शनिक विचारों पर प्रश्नचिह्न लगाने और संदेह करने की शुरुआत उन्होंने ही की थी।</w:t>
      </w:r>
    </w:p>
    <w:p>
      <w:pPr>
        <w:jc w:val="left"/>
      </w:pPr>
      <w:r>
        <w:rPr>
          <w:rFonts w:ascii="Calibri" w:hAnsi="Calibri" w:cs="Calibri"/>
          <w:sz w:val="28"/>
          <w:szCs w:val="28"/>
          <w:rtl w:val="0"/>
        </w:rPr>
        <w:t>मुतकल्लिमों के विचारों और दार्शनिकों के विचारों के टकराव तथा घर्षण, और दार्शनिकों के गतिरोध से बाहर निकलने के कठिन प्रयासों ने इस्लामी दर्शन के ईश्वर-विज्ञान में एक विशेष हलचल पैदा की। कठिन प्रयासों के दौरान ही बिजली कौंधती है और नए क्षेत्र खोजे जाते हैं। शिया तर्कवादी मत motahari.ir इस बीच, शिया कलामी और दार्शनिक मत ध्यान देने योग्य है। मुतज़िला और अशअरी मत, जिनका हमने उल्लेख किया, दोनों सुन्नी जगत से संबंधित हैं। शिया, जिस प्रकार धार्मिक विधि की शाखाओं में स्वतंत्र था, उसी प्रकार मूल सिद्धांतों, कलामी-दार्शनिक प्रश्नों और, दूसरे शब्दों में, इस्लामी ज्ञान-विषयों में भी पूरी तरह स्वतंत्र था। शिया कलामी और दार्शनिक मत में न्याय और एकेश्वरवाद के प्रश्न उठाए गए और अत्यंत गहन विचार व्यक्त किए गए। चार प्रसिद्ध मुद्दों—न्याय, बुद्धि, सामर्थ्य और दिव्य विवेक— में मुतज़िला का पक्ष लिया गया और इसी कारण शिया को न्यायवादियों में गिना गया। लेकिन शिया मत में इन चारों में से प्रत्येक की अवधारणा, मुतज़िला की मान्यता से अलग थी। उदाहरण के लिए, शिया मत में स्वतंत्र इच्छा को कभी भी उस अर्थ में नहीं समझा गया कि उसे ईश्वर से छीनकर मनुष्य को सौंप दिया जाए; यह उस सत्ता से अधिकार छीनने, मनुष्य को कर्तृत्व में स्वतंत्र मानने और उसे ईश्वर-सदृश बनाने का एक प्रकार है—भूमिका, पृष्ठ 29—जो स्वाभाविक रूप से शिर्क के साथ जुड़ा है। इस मत में, इसके प्रेरणास्रोत पवित्र इमामों (उन पर शांति हो) ने पहली बार उसूल-ए-अम्र-बैन-अल-अम्रैन प्रस्तुत किया। और यह प्रसिद्ध कथन प्रचलित हुआ: «न कोई बाध्यता है, न पूर्ण स्वतंत्रता, बल्कि इनके बीच का एक मामला।» इस मत में न्याय के सिद्धांत को उसके व्यापक अर्थ में स्वीकार किया गया, बिना क्रियात्मक या सारगत एकेश्वरवाद को तनिक भी आघात पहुँचाए। न्याय को एकेश्वरवाद के साथ रखा गया और सही ही कहा गया: «न्याय और एकेश्वरवाद अली के पक्षधर हैं, जबकि बाध्यता और ईश्वर का सादृश्य ठहराना उमय्यदों के पक्षधर हैं।» इस मत में न्याय की मूलता बुद्धि की प्रतिष्ठा, मनुष्य के स्वतंत्र और स्वेच्छाधारी व्यक्तित्व तथा विश्व की विवेकपूर्ण व्यवस्था को सिद्ध किया गया, बिना सारगत या क्रियात्मक एकेश्वरवाद पर कोई आंच आए। मनुष्य की स्वतंत्र इच्छा को स्वीकार किया गया, बिना मनुष्य को ईश्वरीय राज्य में साझेदार के रूप में प्रस्तुत किए और बिना ईश्वरीय इच्छा को मानवीय इच्छा के अधीन तथा पराजित माने। ईश्वरीय फ़ैसले और नियति को समस्त अस्तित्व में सिद्ध किया गया, बिना इस निष्कर्ष के कि मनुष्य ईश्वरीय फ़ैसले और नियति के सामने विवश है। शिया कलामी मत में एकेश्वरवाद से संबंधित प्रश्नों में सभी रुझान एकेश्वरवादी थे; अर्थात् गुणों के एकत्व और बहुलता के प्रश्न में शिया ने गुणों के एकत्व का पक्ष लिया, अशअरी मत को अस्वीकार किया और मुतज़िला से सहमति जताई। अंतर यह था कि मुतज़िला का विचार गुणों के निषेध और गुणों के स्थान पर सत्ता को मानने तक जा पहुँचा, जबकि शिया गुणों को सत्ता के साथ एक और सत्ता को गुणों के समान मानते थे; यह सबसे गहन ईश्वरीय ज्ञानों में से एक है। क्रियात्मक एकेश्वरवाद के मामले में उन्होंने अशअरी मत का पक्ष लिया, लेकिन इस अंतर के साथ कि उन्होंने कारणों और कार्यों तथा साधनों और उनके परिणामों की व्यवस्था का निषेध नहीं किया। शिया कलामी मत में सारगत, गुणात्मक और क्रियात्मक एकेश्वरवाद को ऐसी ऊँचाई पर व्यक्त किया गया, जिसकी पहले के विश्व में कोई मिसाल नहीं थी। «उसूले फ़लसफ़ा व रवे-ए रियालिस्म» के पाँचवें खंड की भूमिका में ईश्वरीय दार्शनिकों की प्रेरणा-प्राप्ति: 1. हमने «नहज अल-बलाग़ा का एक अध्ययन» पुस्तक के एकेश्वरवाद वाले भाग में और «उसूले फ़लसफ़ा व रवे-ए रियालिस्म» के पाँचवें खंड में इस विषय की व्याख्या की है। «मनुष्य और भाग्य» पुस्तक में हमने ईश्वरीय फ़ैसले और नियति के, मनुष्य की स्वतंत्र इच्छा और आज़ादी के साथ संबंध पर चर्चा की है। इस्लामी ईश्वरीय न्याय की व्याख्या हमने कुरआनी ज्ञानों तथा अन्य इस्लामी ग्रंथों—हदीस, ख़ुत्बे और दुआओं—के आधार पर की है, और यहाँ हमें इससे अधिक व्याख्या की आवश्यकता नहीं दिखती। इस्लामी दार्शनिकों ने एक ओर सही तर्कसंगत सिद्धांतों से परिचित होकर और दूसरी ओर इस्लामी ज्ञानों से प्रेरणा लेकर, एक हज़ार वर्षों के प्रयास के परिणामस्वरूप विशिष्ट अर्थ वाले ईश्वर-विज्ञान को अत्यंत सुदृढ़ आधार पर स्थापित करने में सफलता प्राप्त की। इस्लामी ईश्वरीय दार्शनिकों के अनुसार, न्याय को एक वास्तविक सत्य के रूप में समझा जाता है, बिना यह आवश्यक हुए कि परम पवित्र ईश्वर किसी बाध्यता या नियम के अधीन हो जाए अथवा ईश्वर की निरपेक्ष प्रभुता पर कोई आंच आए। बुद्धि द्वारा शुभ और अशुभ का बोध भी एक अलग ढंग से समझाया गया। उसे सैद्धांतिक बोध के क्षेत्र से बाहर कर दिया गया—जिसका मूल्य सत्य को खोजने और प्रस्तुत करने में है—और उसे आवश्यक व्यावहारिक एवं मान्यतामूलक विचारों की श्रेणी में रखा गया। इसी कारण उसे किसी भी तरह ईश्वर के कर्मों के लिए कसौटी या मानदंड के रूप में स्वीकार नहीं किया गया। दार्शनिकों ने मुतकल्लिमों के विपरीत, इन अवधारणाओं का कभी भी ईश्वरीय ज्ञान के स्तर पर उपयोग नहीं किया। उद्देश्य और प्रयोजन का प्रश्न भी, उद्देश्य को कर्म का उद्देश्य और कर्ता का उद्देश्य—इन दो भागों में बाँटने के बाद, और इस बात को समझने के पश्चात कि ईश्वर के लिए विवेक का अर्थ अनुग्रह और वस्तुओं को उनके लक्ष्यों तक पहुँचाना है, स्पष्ट रूप से हल हो गया। दार्शनिकों के अनुसार प्रत्येक कर्म का एक उद्देश्य होता है, और परम पवित्र ईश्वर समस्त का उद्देश्य, अर्थात् उद्देश्यों का अंतिम उद्देश्य है। सभी वस्तुएँ उसी से हैं और उसी की ओर लौटती हैं: «और निश्चय ही तुम्हारे रब की ओर ही अंतिम ठिकाना है।» motahari.ir हालाँकि, प्रत्येक उल्लिखित विषय की व्यापक चर्चा की जा सकती है, लेकिन इस भूमिका में इन विषयों पर इससे अधिक बात करना संभव नहीं है। फ़िक़्ह के क्षेत्र में न्याय के सिद्धांत की स्थापना। इस्लामी दुनिया में «न्याय के प्रश्न» की जड़ें केवल कलाम और मुतकल्लिमों के बीच ही नहीं खोजी जानी चाहिए; इसकी जड़ें एक और क्षेत्र में भी हैं, और वह है इस्लामी फ़िक़्ह। अपने आरंभ से ही इस्लामी समाज की स्थापना किताब और सुन्नत के आधार पर हुई। इस समाज ने अपने नियम-क़ानून चाहे इबादत से संबंधित हों, व्यापारिक, नागरिक, दंडात्मक या राजनीतिक—एक स्रोत से प्राप्त किए। नज्म / 42</w:t>
      </w:r>
    </w:p>
    <w:p>
      <w:pPr>
        <w:jc w:val="left"/>
      </w:pPr>
      <w:r>
        <w:rPr>
          <w:rFonts w:ascii="Calibri" w:hAnsi="Calibri" w:cs="Calibri"/>
          <w:sz w:val="28"/>
          <w:szCs w:val="28"/>
          <w:rtl w:val="0"/>
        </w:rPr>
        <w:t>प्रस्तावना 31: ईश्वरीय वह्य की आवश्यकता थी। जहाँ किसी घटना का आदेश कुरान में स्पष्ट रूप से बताया गया हो, या निश्चित सुन्नत मौजूद हो, अथवा रसूलुल्लाह या निष्पाप इमामों तक पहुँच संभव हो, वहाँ शिया मत के अनुसार धार्मिक आदेश स्पष्ट था। लेकिन जहाँ कोई स्पष्ट आयत या निश्चित सुन्नत मौजूद न हो, और निष्पाप इमाम तक पहुँच भी न हो, वहाँ स्वाभाविक रूप से इज्तिहाद और निष्कर्ष निकालने की बात आती थी। इज्तिहाद की शुरुआत कब हुई, और सुन्नियों के बीच उसमें क्या परिवर्तन तथा शियाओं में क्या विकास हुआ—यह एक व्यापक चर्चा का विषय है, जिसकी यहाँ गुंजाइश नहीं। इसमें संदेह नहीं कि रसूलुल्लाह के समय से, और कम-से-कम उनकी वफ़ात के समय के आसपास की घटनाओं से, यह काम शुरू हो गया था। लेकिन यह कि शुरू से ही यह सही ढंग से किया गया या ग़लत ढंग से, यह एक अलग बात है; हमने अन्यत्र इन विषयों का उल्लेख किया है। इस्लामी फ़िक़्ह भी अन्य विज्ञानों की तरह तेज़ी से विकसित और उन्नत हुआ और स्वाभाविक रूप से उसमें विभिन्न प्रणालियाँ पैदा हुईं। सुन्नियों के बीच फ़िक़्ह की दो प्रणालियाँ बनीं: अहले-हदीस की प्रणाली, जो अधिकतर मदीना के फ़ुक़हा में प्रचलित थी, और राय तथा क़ियास की प्रणाली, जो अधिकतर इराक़ के फ़ुक़हा में प्रचलित थी। अहले- हदीस का तरीक़ा यह था कि वे मसलों में सबसे पहले कुरान की ओर रुख़ करते। यदि उन्हें मसले का हुक्म कुरान में नहीं मिलता, तो पैग़म्बर की हदीस की ओर जाते। यदि हदीसें अलग-अलग होतीं, तो रावियों और सनद के लिहाज़ से उनमें तरजीह देते। यदि उन्हें हदीस में हुक्म न मिलता, या विभिन्न हदीसों में कोई तरजीह तय न कर पाते, तो सहाबा के कथनों और फ़तवों की ओर रुख़ करते; और यदि इस रास्ते से भी कोई नतीजा न निकलता, तो कोशिश करते कि नुसूस में मौजूद संकेतों से किसी तरह कुछ समझ सकें। बहुत कम ऐसा होता कि वे राय और क़ियास का सहारा लेते। अहले-क़ियास का तरीक़ा इससे अलग था। यदि उन्हें कुरान या सुन्नत में कोई निश्चित हुक्म न मिलता, तो वे उद्धृत हदीसों पर ज़्यादा भरोसा नहीं करते, क्योंकि उन्हें अक्सर मनगढ़ंत या विकृत मानते थे। उनका मानना था कि एक फ़क़ीह इस्लामी नियमों के निश्चित प्रावधानों का लगातार अध्ययन करके इस्लामी क़ानूनों की भावना से परिचित हो जाता है और समानताओं के आधार पर संबंधित मसले का हुक्म खोज सकता है। इस विनम्र लेखक ने क़ुम में प्रकाशित मक्तब-ए-तशय्यो की 1340 की वार्षिक पत्रिका में «इस्लाम में इज्तिहाद का सिद्धांत» शीर्षक से एक लेख लिखा और इस इतिहास का संक्षेप में उल्लेख किया। इच्छुक पाठक उस लेख को देख सकते हैं। यह लेख शहीद उस्ताद की पुस्तक «दह गुफ़्तार» में प्रकाशित हुआ है। 32 — ईश्वरीय न्याय। अहले-राय और अहले-क़ियास का मानना था कि «न्याय» और «हित» फ़क़ीह के लिए अच्छे मार्गदर्शक हो सकते हैं। यहीं फ़क़ीह स्वयं को यह सोचने का दायित्व महसूस करता था कि न्याय की माँग क्या है और हित किस बात की अपेक्षा करता है। इसी से इस्तिहसान और इस्तिस्लाह जैसे शब्द प्रचलित हुए। अहले-हदीस और अहले-क़ियास का विवाद: अहले-हदीस, अहले-क़ियास के तरीक़े को बुद्धि का सहारा लेने में एक तरह की अतिशयोक्ति और हदीस ग्रहण करने में एक तरह की कमी, दूसरे शब्दों में वास्तविक हितों को समझने में सतहीपन मानते थे। उनका कहना था कि शरीअत का आधार बिखरी हुई चीज़ों को एकत्र करना और एकत्रित चीज़ों को अलग करना है; यह साधारण बुद्धि की पहुँच से बाहर है। बुद्धि के लिए यह उचित नहीं कि वह सरलता से यह मान बैठे कि वह हुक्मों की जड़ और उनकी भावना तक पहुँच सकती है। इसके विपरीत, अहले-क़ियास अहले-हदीस पर जड़ता और रूढ़िवाद का आरोप लगाते थे। उसूल-ए-फ़िक़्ह में एक नियम है जिसे मुलाज़मा का नियम, अर्थात् बुद्धि और शरीअत के हुक्म के बीच अनिवार्य संबंध, कहते हैं। इस नियम को इस कथन में व्यक्त किया जाता है: «जिसे बुद्धि सही ठहराती है, उसे शरीअत भी सही ठहराती है; और जिसे शरीअत सही ठहराती है, उसे बुद्धि भी सही ठहराती है।» आशय यह है कि जहाँ भी बुद्धि किसी निश्चित हित या निश्चित हानि को पहचान लेती है, वहाँ हम कारण से परिणाम तक के तर्क द्वारा निष्कर्ष निकालते हैं कि इस्लामी शरीअत का ऐसा हुक्म है जो उस हित को प्राप्त करने या उस हानि को रोकने से संबंधित है, भले ही वह हुक्म हमें परंपरा के माध्यम से न मिला हो। और जहाँ कोई अनिवार्यता, वांछनीयता, निषेध या अप्रियता का हुक्म मौजूद हो, वहाँ हम «इन्नी» तर्क—अर्थात् परिणाम से कारण तक के तर्क—से यह खोजते हैं कि उसके पीछे कोई हित या हानि है, भले ही इस समय हमारी बुद्धि उस हित या हानि के अस्तित्व से अवगत न हो। इस्लामी फ़ुक़हा की दृष्टि में, विशेषकर उन लोगों की जो राय और क़ियास की ओर अधिक झुकाव रखते थे, शरीअत और बुद्धि के बीच पूर्ण सामंजस्य है। इस्लामी आदेश रहस्यमय, अज्ञात और समझ से परे आदेशों का ऐसा समूह नहीं हैं जिनमें शत-प्रतिशत ताब्बुदी पालन ही सब कुछ हो; हुक्मों को समझने और उनसे निष्कर्ष निकालने में विवेक की भी भूमिका है। इन विद्वानों ने बुद्धि से संबंधित हुस्न और क़ुब्ह के प्रश्न को, जो पहले एक कलामी चर्चा थी, उसूल-ए-फ़िक़्ह में शामिल किया और उन अच्छाइयों-बुराइयों को हुक्मों के «आधार» और «मापदंड» माना। प्रस्तावना 33: इन आधारों और मापदंडों में बुद्धि जिस बात को सबसे सहजता से और स्पष्ट रूप से समझती है, वह है न्याय और उपकार की अच्छाई तथा अत्याचार और ज़्यादती की बुराई। इस तरह न्याय और अन्याय इस्लामी फ़िक़्ह में एक कसौटी बन गए। अहले-हदीस इस्लाम में फ़िक़्ह के स्रोत तीन मानते थे: किताब—कुरान, सुन्नत और इज्मा। लेकिन अहले-राय और अहले-क़ियास फ़िक़्ह के स्रोत चार मानते थे: ये तीन स्रोत और उनके अतिरिक्त राय तथा क़ियास। अहले-हदीस, अहले-राय और अहले-क़ियास की आलोचना करते थे। वे कई उदाहरण देकर स्पष्ट करते थे कि राय और क़ियास पर भरोसा करने से मनुष्य शरीअत के हुक्मों को जानने में भटक जाता है और ग़लती करता है। इसके विपरीत, अहले-राय और अहले-क़ियास भी उन पर ऐसे उद्धृत हदीसों पर भरोसा करने का आरोप लगाते थे जिनकी प्रामाणिकता और सत्यता स्पष्ट नहीं है। शिया फ़िक़्ह का तरीक़ा: शिया फ़िक़्ह और इज्तिहाद ने कलाम और दर्शन की तरह एक स्वतंत्र मार्ग अपनाया। शिया फ़िक़्ह में इस सिद्धांत को स्वीकार किया गया कि हुक्म वस्तुनिष्ठ हितों और हानियों के अधीन होते हैं, और बुद्धि तथा शरीअत के हुक्म के बीच अनिवार्य संबंध का नियम भी मान्य हुआ। इस प्रकार इज्तिहाद में बुद्धि का अधिकार सुरक्षित रहा।</w:t>
      </w:r>
    </w:p>
    <w:p>
      <w:pPr>
        <w:jc w:val="left"/>
      </w:pPr>
      <w:r>
        <w:rPr>
          <w:rFonts w:ascii="Calibri" w:hAnsi="Calibri" w:cs="Calibri"/>
          <w:sz w:val="28"/>
          <w:szCs w:val="28"/>
          <w:rtl w:val="0"/>
        </w:rPr>
        <w:t>लेकिन राय और क़ियास की जितनी निंदा सुन्नियों के अहले-हदीस समूह में हुई थी, उससे भी अधिक शिया समुदाय में उनकी निंदा की गई थी। शिया समुदाय में क़ियास की निंदा उस कारण से नहीं हुई थी, जिसका अहले-हदीस सुन्नी यह कहकर उल्लेख करते थे कि शरीअत के हुक्मों में बुद्धि को प्रमाणों में से एक प्रमाण के रूप में मान्यता प्राप्त नहीं है; बल्कि इसके दो अन्य कारण थे। पहला यह कि राय और क़ियास पर अमल करना ज्ञान पर नहीं, बल्कि अनुमान पर अमल करना है; बुद्धि के अनुसरण के बजाय कल्पना का अनुसरण है। दूसरा यह कि राय और क़ियास की ओर लौटने की आवश्यकता का आधार यह है कि इस्लाम के सिद्धांत और सामान्य नियम पर्याप्त नहीं हैं; और यह इस्लाम के प्रति अन्याय अथवा उसकी अज्ञानता है। यह सही है कि सभी मसलों के हुक्मों का विवरण हर एक मसले के लिए अलग-अलग नहीं दिया गया है और ऐसा संभव भी नहीं, क्योंकि جزئیات अनंत हैं; लेकिन इस्लामी सामान्य नियम इस प्रकार बनाए गए हैं कि वे अनंत جزئیات, अलग-अलग स्थानों की परिस्थितियों और बदलते समय की स्थितियों का उत्तर दे सकें। इसलिए किसी फ़क़ीह का कर्तव्य शब्दों से जड़वत चिपके रहना और हर छोटी-बड़ी घटना का हुक्म कुरआन या हदीस से ढूँढ़ना नहीं है; और न ही किसी मसले का हुक्म न होने के बहाने कल्पनाएँ गढ़ना और क़ियास करना। फ़क़ीह का कर्तव्य है कि वह शाखागत मसलों को मूल सिद्धांतों से निकाले और फ़روع को اصول की ओर लौटाए। इस्लामी सिद्धांत किताब और सुन्नत में मौजूद हैं। केवल एक हुनर आवश्यक है, और वह है इज्तिहाद का हुनर—अर्थात बदलती और क्षणभंगुर परिस्थितियों पर इस्लाम के सामान्य नियमों का न्यायपूर्ण, सजग और सूझ-बूझ से प्रयोग। किताब ‘उसूल-ए-काफ़ी’ में इसी शीर्षक से एक अध्याय है कि कोई भी मसला ऐसा नहीं है जिसके मूल सिद्धांत किताब और सुन्नत में मौजूद न हों। इसलिए न्याय का सिद्धांत, हुक्मों का वास्तविक हितों और हानियों के अधीन होना, और स्वाभाविक रूप से बुद्धि द्वारा अच्छाई-बुराई का निर्णय तथा इस्लामी फ़िक़्ह की बुनियाद के रूप में बुद्धि की प्रमाणिकता का सिद्धांत मान्य ठहरा; और अंततः न्याय के सिद्धांत ने इस्लामी फ़िक़्ह में अपना स्थान फिर से प्राप्त कर लिया। शिया फ़िक़्ह में बुद्धि और कल्पना, दूसरे शब्दों में, बुद्धिसंगत प्रमाण और अनुमानाधारित क़ियास—जो तार्किक दृष्टांत है—के बीच भेद किया गया। कहा गया कि फ़िक़्ह के स्रोत चार हैं: किताब, सुन्नत, इज्मा और बुद्धि। इस फ़िक़्ही परंपरा में, यद्यपि राय और क़ियास को अस्वीकार किया गया, फिर भी बुद्धि और तर्कसंगत प्रमाण को मान्यता दी गई। सामाजिक और राजनीतिक क्षेत्रों में न्याय का सिद्धांत। अब तक जो कुछ कहा गया, वह इस्लामी दुनिया के बौद्धिक और विद्वत् परिवेश में न्याय के प्रश्न की वैज्ञानिक चर्चा से संबंधित था; यह सब इस बात से जुड़ा था कि सृष्टि की व्यवस्था या विधान-व्यवस्था में ईश्वरीय न्याय का प्रश्न इस्लाम की आरंभिक सदियों से इस्लामी विज्ञानों में कैसे प्रवेश कर गया और इतना महत्त्वपूर्ण हो गया कि कुछ संप्रदायों ने स्वयं को ‘अद्लिया’ कहा और ‘न्याय’ को अपने आस्था-सिद्धांतों में से एक तथा दूसरे संप्रदायों से अपनी आस्था की विशिष्टता का आधार माना; जैसे हम शिया अपने इस्लामी आस्था-सिद्धांतों की गणना करते समय न्याय को धर्म के सिद्धांतों में से एक बताते हैं। विद्वत् चर्चा के अतिरिक्त, यह प्रश्न एक अन्य रूप में भी इस्लामी समाज और आम लोगों के स्तर पर इस्लाम के आरंभ से ही उठता रहा है; वह है न्याय का व्यावहारिक पक्ष। एक मुसलमान की इस्लामी सामाजिक सोच की आरंभिक और निर्विवाद धारणाओं में यह शामिल था कि इमाम, नेता और मुखिया न्यायप्रिय होना चाहिए; क़ाज़ी न्यायप्रिय होना चाहिए; अदालत का गवाह न्यायप्रिय होना चाहिए; तलाक़ या उससे رجوع का गवाह न्यायप्रिय होना चाहिए; और एक शिया मुसलमान की दृष्टि में जुमे और जमात की नमाज़ का इमाम भी न्यायप्रिय होना चाहिए। हर मुसलमान उन पदों के प्रति, जिन पर किसी न्यायप्रिय व्यक्ति को आसीन होना चाहिए, हमेशा अपनी ज़िम्मेदारी महसूस करता रहा है। यह वाक्य रसूल-ए-अकरम का ख़ास और आम सभी लोगों की ज़बान पर था: «सबसे श्रेष्ठ जिहाद अत्याचारी शासक के सामने न्याय की बात कहना है»; और इस छोटे-से वाक्य ने कितनी वीरता और कितने जोशपूर्ण कारनामे रचे हैं। (काफ़ी, खंड 5, पृ. 60; प्रस्तावना 35) समाज में व्यावहारिक और वास्तविक दृष्टि से न्याय के प्रश्न की चर्चा का इतिहास बहुत लंबा है; और चूँकि यह इस पुस्तक की चर्चा के विषय से बाहर है, इसलिए हम उसमें प्रवेश नहीं करेंगे। मूल स्रोत: इन बौद्धिक और व्यावहारिक घटनाक्रमों से परिचित होने के बाद पाठक के मन में एक मुख्य प्रश्न शेष रह जाता है: ऐसा क्यों है कि इस्लामी कलाम ने सबसे अधिक न्याय के प्रश्न पर विचार किया? और इस्लामी फ़िक़्ह के सामने सबसे पहले न्याय का प्रश्न क्यों आया? और इस्लामी राजनीति की दुनिया में किसी भी दूसरे शब्द से अधिक न्याय का शब्द क्यों सुनाई देता है? सभी क्षेत्रों में न्याय की चर्चा के पीछे कोई न कोई विशेष मूल कारण अवश्य रहा होगा। क्या कोई और मूल प्रवाह सक्रिय था, जिसने इन सभी प्रवाहों को प्रेरित किया और उन्हें पोषित किया? हमारी दृष्टि में इस्लामी समाज में न्याय के प्रश्न की विद्वत् और व्यावहारिक चर्चा का मूल स्रोत सबसे पहले स्वयं पवित्र कुरआन में तलाशना चाहिए। कुरआन ही है जिसने दिलों में न्याय के विचार का बीज बोया और उसे सींचा, और न्याय के प्रति चिंता को—चाहे बौद्धिक और दार्शनिक दृष्टि से हो, या व्यावहारिक और सामाजिक दृष्टि से—मन में उत्पन्न किया। कुरआन ही है जिसने न्याय और अन्याय के प्रश्न को उसके विभिन्न रूपों में प्रस्तुत किया: सृष्टिगत न्याय, विधायी न्याय, नैतिक न्याय और सामाजिक न्याय। कुरआन स्पष्ट करता है कि अस्तित्व और सृष्टि की व्यवस्था न्याय और संतुलन पर तथा पात्रता और योग्यता के आधार पर टिकी है। उन अनेक आयतों के अतिरिक्त, जो ईश्वरीय महानता के समक्ष अन्याय को सख़्ती से नकारती हैं, और उन आयतों के अतिरिक्त, जो संदेश पहुँचाने, स्पष्ट रूप से बताने और हुज्जत पूरी करने को प्रभु के कार्यों में इसलिए गिनती हैं कि इनके होने से न्याय होता है और इनके न होने पर मनुष्य का विनाश अन्याय और अत्याचार होता है, तथा उन आयतों के अतिरिक्त, जो सृष्टि के आधार को सत्य—जो न्याय के साथ अविभाज्य रूप से जुड़ा है—बताती हैं, इन सबके अलावा, कुछ आयतें सृष्टि के संचालन में ईश्वर की कर्तृत्व-शक्ति को न्याय पर क़ायम रहने का स्थान कहती हैं: «अल्लाह गवाही देता है कि उसके सिवा कोई पूज्य नहीं, और फ़रिश्ते तथा ज्ञान रखने वाले भी—न्याय पर क़ायम रहते हुए।» अथवा न्याय को सृष्टि के कार्य में ईश्वर का तराज़ू मानती हैं: (1. आले-इमरान / 18)</w:t>
      </w:r>
    </w:p>
    <w:p>
      <w:pPr>
        <w:jc w:val="left"/>
      </w:pPr>
      <w:r>
        <w:rPr>
          <w:rFonts w:ascii="Calibri" w:hAnsi="Calibri" w:cs="Calibri"/>
          <w:sz w:val="28"/>
          <w:szCs w:val="28"/>
          <w:rtl w:val="0"/>
        </w:rPr>
        <w:t>दैवी न्याय और “आकाश को उसने ऊँचा उठाया और तराज़ू स्थापित किया।” इसी आयत के संदर्भ में ईश्वर के रसूल ने कहा: “न्याय के द्वारा” आकाश और धरती कायम हैं। आकाश और धरती न्याय के सहारे टिके हुए हैं। विधायी न्याय—अर्थात व्यवस्था बनाने, नियम निर्धारित करने और कानून बनाने में हमेशा न्याय के सिद्धांत का पालन किया गया है और किया जाता है— पर कुरआन ने भी स्पष्ट रूप से ध्यान दिया है। कुरआन मजीद में स्पष्ट कहा गया है कि पैग़म्बरों को भेजने और नियुक्त करने का उद्देश्य यह है कि मानव-जीवन की व्यवस्था पर न्याय और इंसाफ़ का शासन हो। “निश्चय ही हमने अपने रसूलों को स्पष्ट प्रमाणों के साथ भेजा और उनके साथ किताब तथा तराज़ू उतारा, ताकि लोग इंसाफ़ पर क़ायम हों।” निश्चय ही हमने अपने रसूलों को स्पष्ट प्रमाणों के साथ भेजा और उनके साथ किताब तथा कानून का मापदंड भेजा, ताकि लोग इसके द्वारा न्याय स्थापित करें। यह स्पष्ट है कि सामाजिक व्यवस्थाओं में न्याय के सिद्धांत को लागू करना इस बात पर निर्भर है कि पहली बात, विधायी और कानूनी व्यवस्था न्यायपूर्ण हो; और दूसरी बात, वह व्यवहार में लागू भी की जाए। इस सामान्य सिद्धांत के अतिरिक्त, जिसे कुरआन ने सभी पैग़म्बरों के बारे में बयान किया है, इस्लामी विधायी व्यवस्था के बारे में वह कहता है: “कहो, मेरे रब ने न्याय का आदेश दिया है”; और कुछ आदेशों के बारे में कहता है: “यह अल्लाह के निकट अधिक न्यायसंगत है।” कुरआन मजीद इमामत और नेतृत्व को ईश्वरीय प्रतिज्ञा तथा अत्याचार-विरोधी पद और न्याय के साथ जुड़ा हुआ मानता है। कुरआन जब इब्राहीम की इमामत और नेतृत्व की योग्यता के बारे में बात करता है, तो उसका आशय यह है: “जब इब्राहीम हर परीक्षा में खरे उतरे, तब उनसे कहा गया कि हमने तुम्हें इमामत और नेतृत्व के लिए चुना है।” इब्राहीम ने अनुरोध किया, या प्रश्न किया, कि यह ईश्वरीय अनुग्रह उनकी संतानों में भी जारी रहे। उन्हें उत्तर दिया गया कि इमामत और (सूरह रहमान / 7; तफ़सीर-ए-साफी, इसी आयत के नीचे, इस्लामिया संस्करण, खंड 2, पृ. 638); सूरह हदीद 25; 4. सूरह आराफ़ 29; सूरह बक़रा 282; प्रस्तावना 37। नेतृत्व ईश्वरीय प्रतिज्ञा है और अत्याचारियों को उसमें कोई हिस्सा नहीं: “मेरी प्रतिज्ञा अत्याचारियों को प्राप्त नहीं होगी।” कुरआन मनुष्य को नैतिक व्यक्ति के रूप में न्यायशील कहता है। कुरआन में कई जगह जब ऐसे मनुष्यों के निर्णय या उनकी गवाही का उल्लेख होता है, जो शिक्षा, नैतिकता और आत्मिक दृष्टि से भरोसेमंद हों, तो उन्हें इसी नाम से पुकारा जाता है, जैसा कि वह कहता है: “तुममें से दो न्यायशील व्यक्ति इसका निर्णय करें”; या कहता है: “और अपने में से दो न्यायशील व्यक्तियों को गवाह बनाओ।” इस्लामी दुनिया में यूनानी कृतियों के अनुवाद के बाद प्लेटो का यह कथन प्रसिद्ध हुआ कि न्याय सभी नैतिक सद्गुणों की जननी है; लेकिन प्लेटो का कथन मुसलमानों के बीच प्रसिद्ध होने से लगभग दो शताब्दियों पहले ही मुसलमान कुरआन की ज़बानी यह बात सुन चुके थे। न्याय से संबंधित अधिकांश आयतें सामूहिक और समूहगत न्याय के बारे में हैं, चाहे वह पारिवारिक हो, राजनीतिक, न्यायिक या सामाजिक; इस लेखक के अनुमान के अनुसार इस विषय पर लगभग 16 आयतें हैं। कुरआन में तौहीद से लेकर क़यामत तक, और पैग़म्बरी से लेकर इमामत और नेतृत्व तक, तथा व्यक्तिगत आदर्शों से लेकर सामाजिक लक्ष्यों तक, सब कुछ न्याय की धुरी पर आधारित है। कुरआन का न्याय तौहीद के साथ-साथ, क़यामत का आधार, विधान का उद्देश्य, पैग़म्बरी का दर्शन और नेतृत्व व इमामत का आधार है; वह व्यक्ति की पूर्णता का मानदंड और समाज के स्वास्थ्य का पैमाना है। कुरआन का न्याय जब तौहीद या क़यामत से संबंधित होता है, तो वह अस्तित्व और सृष्टि के प्रति मनुष्य की दृष्टि को एक विशेष रूप देता है; दूसरे शब्दों में, वह एक प्रकार की विश्व-दृष्टि है। जब उसका संबंध पैग़म्बरी, विधि-विधान और कानून से होता है, तो वह कानून को समझने का एक पैमाना और मानदंड है; दूसरे शब्दों में, वह बुद्धि के लिए एक आधार है, जो किताब और सुन्नत के साथ स्थान पाती है और फ़िक़्ह तथा निष्कर्ष-निर्धारण के स्रोतों में गिनी जाती है। जब उसका संबंध इमामत और नेतृत्व से होता है, तो वह एक योग्यता है; जब नैतिकता का प्रसंग आता है, तो वह एक मानवीय आदर्श है; और जब उसका संबंध समाज से होता है, तो वह एक ज़िम्मेदारी है। यह कैसे संभव था कि जिस विषय को कुरआन में इतनी अहमियत दी गई हो कि वह विश्व-दृष्टि भी हो, कानून को पहचानने का मानदंड भी, नेतृत्व और शासन की योग्यता का पैमाना भी, मानवीय आदर्श भी और सामाजिक ज़िम्मेदारी भी—उसके प्रति मुसलमान, कुरआन के विषय में अपनी इतनी गहरी लगन और संवेदनशीलता के बावजूद (सूरह बक़रा 124; सूरह माएदा 95; सूरह तलाक़ / 2); (दैवी न्याय, पृ. 38) उससे उदासीन रहते? यही कारण है कि हमारा मानना है कि किसी और कारण की तलाश में जाने और यह सोचकर अपना दिमाग़ थकाने की कोई ज़रूरत नहीं कि मुसलमानों के बौद्धिक और व्यावहारिक आंदोलनों के आरंभ से ही हर जगह न्याय का शब्द क्यों दिखाई देता है। मुसलमानों की इस विषय के प्रति संवेदनशीलता का मुख्य कारण और इस सिद्धांत के इस्लामी धर्मशास्त्र, फ़िक़्ह और सामाजिक क्षेत्रों में जगह पाने का मूल कारण निस्संदेह कुरआन था। लेकिन इस विषय को लेकर बने अलग-अलग पक्षों के पीछे दूसरे कारण हैं: कुछ ने इसे बिना किसी आवरण के स्वीकार किया, जबकि कुछ ने तरह-तरह के औचित्य और व्याख्याएँ देकर इसे निष्प्रभावी कर दिया। इसके अन्य कारण भी हैं, जिनमें कुछ मनोवैज्ञानिक, कुछ सामाजिक और कुछ राजनीतिक हैं। इस्लामी समाज में इस विषय के मूल स्रोत के बारे में हमारा यही मत है। दूसरे लोग संभव है कि इस विषय की व्याख्या और विश्लेषण किसी और ढंग से तथा किसी दूसरे नज़रिए से करें। जैसा कि हम जानते हैं, कुछ विचारधाराओं के अनुयायी सामाजिक घटनाक्रमों की व्याख्या और विश्लेषण सामान्यतः अलग ढंग से करते हैं। इन विचारधाराओं के अनुयायियों के पास कुछ गढ़े हुए और पहले से तैयार साँचे होते हैं, और वे हर हाल में सभी घटनाओं को उन्हीं साँचों में ढालकर समझाना चाहते हैं। ऐसी विचारधाराओं में वर्ग-विरोध और सामाजिक पक्षधरता, जो लोगों की संपन्नता और वंचना पर आधारित होती है, सभी आंदोलनों और उठापटकों में मुख्य और बुनियादी भूमिका निभाती है। उन विचारधाराओं के अनुयायियों के अनुसार मानव की सभी आध्यात्मिक, बौद्धिक, सौंदर्यपरक और भावनात्मक अभिव्यक्तियाँ भौतिक आवश्यकताओं और आर्थिक संबंधों का प्रतिबिंब हैं; सभी पहलू ऊपरी ढाँचे का हिस्सा हैं और बुनियादी चीज़ अर्थव्यवस्था और आर्थिक पहलू हैं। हर व्यक्ति की बौद्धिक, सौंदर्यपरक, भावनात्मक और कलात्मक विशेषताओं को उसकी विशिष्ट वर्गीय पक्षधरता में तलाशना चाहिए। यदि सादी ने कहा है: “मनुष्य के सुख का आधार पेट है,” तो इस समूह की नज़र में पेट केवल सुख का ही नहीं, बल्कि विचार, अनुभूति, भावना और रुचि का भी आधार है; और अंततः, जिसे पवित्र कहा जाता है, उसका आधार भी पेट ही है। सभी रास्ते पेट तक पहुँचते हैं। सभी रास्ते पेट तक पहुँचते हैं।</w:t>
      </w:r>
    </w:p>
    <w:p>
      <w:pPr>
        <w:jc w:val="left"/>
      </w:pPr>
      <w:r>
        <w:rPr>
          <w:rFonts w:ascii="Calibri" w:hAnsi="Calibri" w:cs="Calibri"/>
          <w:sz w:val="28"/>
          <w:szCs w:val="28"/>
          <w:rtl w:val="0"/>
        </w:rPr>
        <w:t>इस विचारधारा के अनुयायियों के अनुसार, यदि हम देखते हैं कि किसी समाज में सबसे अधिक न्याय की बात होती है, तो इसका मूल आर्थिक और सामाजिक असमानताओं में खोजना चाहिए, कहीं और नहीं। और यदि हम दो स्पष्ट समूहों को फ़िक़्ह या कलाम की पोशाक में एक-दूसरे के विरुद्ध मोर्चा लेते देखते हैं, जिनमें से एक समूह न्याय की मूलभूतता का एक विश्वदृष्टि या क़ानून के मानदंड के रूप में प्रबल समर्थक बन जाता है, जबकि दूसरा इसके विपरीत इन सभी मूल सिद्धांतों को नकारता है, तो हमें समझना चाहिए कि यह मोर्चाबंदी बौद्धिक, वैचारिक, कलामी और फ़िक़्ही मोर्चाबंदी एक छिपे हुए संघर्ष को प्रकट करती है, जिसमें आश्रित समूह वंचित और शासित वर्गों का, संपन्न और सुविधा-प्राप्त वर्गों के विरुद्ध खड़ा होता है। विचार पेट के अधीन होता है। यह असंभव है कि कोई संपन्न और सुविधाभोगी व्यक्ति न्याय के सिद्धांत का समर्थन करे, ठीक वैसे ही जैसे यह असंभव है कि कोई पीड़ित और वंचित व्यक्ति न्याय की मूलभूतता को नकारे। हमारी दृष्टि में इतिहास की इस प्रकार की व्याख्या एकांगी है। इसमें संदेह नहीं कि भौतिक आवश्यकता मानव की प्रवृत्तियों का एक अत्यंत महत्त्वपूर्ण और बुनियादी कारक है; और कभी-कभी इस्लामी बौद्धिक, सामाजिक और राजनीतिक मोर्चाबंदियों में आर्थिक कारणों की भूमिका भी देखी जा सकती है। लेकिन उन सभी आकर्षणों को, जो मनुष्य को घेरे रहते हैं और उस पर अपना प्रभाव डालते हैं, तथा उन सभी मूल और बुनियादी कारकों को, जो मानव इतिहास की संरचना को प्रभावित करते हैं, आर्थिक आवश्यकताओं तक सीमित नहीं किया जा सकता; और शायद अभी यह समय से पहले होगा कि मनुष्य के व्यक्तिगत और सामाजिक जीवन पर शासन करने वाले समस्त बुनियादी कारकों के बारे में कोई निर्णायक राय दी जाए। इतना निश्चित है कि भौतिक आवश्यकताओं को एकमात्र मूल आवश्यकता के रूप में स्वीकार नहीं किया जा सकता। मैं नहीं जानता कि इन साँचे और मानदंडों के सहारे यह कैसे समझाया जा सकता है कि, उदाहरण के लिए, मामून, मुअतसिम और वासिक मु'तज़िला विचारधारा के प्रबल समर्थक क्यों बनते हैं और न्याय के सिद्धांत को स्वीकार करते हैं, जबकि उनके ही वर्ग, समूह और वंश से जुड़ा मुतवक्किल विपरीत दिशा में झुकाव अपना लेता है और न्याय के समर्थकों के साथ वही करता है, जो उसके पूर्वजों ने न्याय के विरोधियों के साथ किया था। या फिर, उदाहरण के लिए, यह कैसे समझाया जा सकता है कि साहिब बिन अब्बाद, जो दुनिया के सबसे संपन्न और सुख-सुविधा वाले लोगों में से एक थे, न्याय के सिद्धांत का इतना प्रबल समर्थन कैसे करते थे, जबकि उनके समय के लगभग सभी वंचित विद्वान इस सिद्धांत को नकारते और अशअरी मत रखते थे। साहिब बिन अब्बाद एक संपन्न मंत्री थे और इस दृष्टि से उनकी मिसाल बहुत कम मिलती है। पहली बात तो यह कि अधिकांश मंत्रियों के विपरीत, जो अंत तक सुरक्षित नहीं रहते और अंततः अपने से उच्च पदाधिकारी की नाराज़गी का शिकार होते हैं, वे जीवन के अंत तक मंत्री बने रहे। उनका ऐतिहासिक अंतिम संस्कार हुआ, जो संख्या और भव्यता—दोनों दृष्टियों से विरल था। इब्न ख़ल्लिकान कहते हैं: साहिब बिन अब्बाद जैसा सौभाग्यशाली व्यक्ति कोई नहीं हुआ, जिसने जीवनकाल और मृत्यु के बाद की प्रसन्नता तथा सौभाग्य को एक साथ पाया हो। ईश्वरीय न्याय। साहिब बिन अब्बाद मंत्री भी थे और विद्वान भी। उन्होंने अपने ही वर्ग के अन्य मंत्रियों की तरह अत्यंत सुख-संपन्न जीवन बिताया; लेकिन उनके विपरीत, जो लोगों की घृणा के पात्र बनकर दुनिया से जाते हैं और जिनके जाने के साथ उनका नाम भी मिट जाता है, वे अच्छी प्रतिष्ठा और लोकप्रियता के साथ याद किए जाते रहे। उनकी मृत्यु उनके दूसरे सहवर्गीय लोगों, अर्थात् विद्वानों की तरह हुई, जो प्रायः अपना जीवन गुमनामी और वंचना में बिताते हैं और जिनकी ख्याति, लोकप्रियता तथा सम्मान मृत्यु के बाद शुरू होते हैं। साहिब बिन अब्बाद जीवन के अंत तक मंत्री पद पर बने रहने के अतिरिक्त, विद्वानों की अच्छी प्रतिष्ठा भी प्राप्त करने में सफल रहे; और इसके अलावा उन्हें एक और असाधारण विशेषता प्राप्त थी। कहा जाता है कि इतिहास में वे अकेले ऐसे मंत्री थे जिनके पिता और दादा भी मंत्री थे और लगातार तीन पीढ़ियों ने एक-दूसरे से वज़ारत विरासत में पाई। उनका नाम इस्माइल, उनके पिता का नाम अब्बाद और उनके दादा का नाम अब्बास था। कवियों ने उनके बारे में कहा: «पीढ़ी-दर-पीढ़ी वज़ारत विरासत में पाई...» «अब्बाद, अब्बास से रिवायत करते हैं; यह सिलसिला सनद-दर-सनद जुड़ा है; और इस्माइल, अब्बाद से—साहिब बिन अब्बाद।» इतनी संपन्नता और सुख-सुविधाओं के बावजूद वे न्याय के सिद्धांत के प्रबल समर्थक थे और इस पर गर्व करते थे। उनका कहना है: «यदि मेरा हृदय चीरकर देखा जाए, तो उसके बीचोंबीच न्याय और तौहीद एक ओर दिखाई देंगे, और अहले-बैत का प्रेम दूसरी ओर। अर्थात यदि मेरा हृदय चीरकर देखा जाए, तो उसके भीतर दो पंक्तियाँ दिखाई देंगी, जो बिना किसी लेखक के लिखी हुई हैं: एक ओर न्याय और तौहीद, और दूसरी ओर अहले-बैत का प्रेम। फ़िक़्ह के क्षेत्र में भी हमें ठीक ऐसे ही उदाहरण मिलते हैं। उदाहरण के लिए, क़ाज़ी-अल-क़ुज़ात हारूनी अबू यूसुफ़ न्याय के सिद्धांत के प्रबल समर्थक बनते हैं, जबकि क़ैद और कोड़ों की सज़ा झेल चुके अहमद बिन हंबल न्याय की पद्धति की कड़ी निंदा करते हैं। हमारी दृष्टि में मानव के वैचारिक और आस्थागत रुझानों को इन मानदंडों और पैमानों से, उन्हें एकमात्र मानदंड मानकर, समझाना भोलेपन की बात है। इस भूमिका में यह चर्चा उठाने का हमारा मुख्य उद्देश्य एक तो विचारों और चिंतन को उकसाने में क़ुरआन की भूमिका दिखाना है, और दूसरा पवित्र क़ुरआन की दृष्टि से उसके महत्त्व और मूलभूतता को स्पष्ट करना है।</w:t>
      </w:r>
    </w:p>
    <w:p>
      <w:pPr>
        <w:jc w:val="left"/>
      </w:pPr>
      <w:r>
        <w:rPr>
          <w:rFonts w:ascii="Calibri" w:hAnsi="Calibri" w:cs="Calibri"/>
          <w:sz w:val="28"/>
          <w:szCs w:val="28"/>
          <w:rtl w:val="0"/>
        </w:rPr>
        <w:t>प्रस्तावना 41 हालाँकि यह पुस्तक यह दावा नहीं करती कि न्याय की चर्चा को सर्वांगीण और क़ुरआन के अनुकूल प्रस्तुत किया गया है। यह शायद इतना दावा कर सकती है कि न्याय के संबंध में क़ुरआन में उठाए गए विषयों में से एक, सृष्टिगत और ईश्वरीय न्याय के दृष्टिकोण से इस चर्चा को कुछ हद तक नए ढंग से और नए दृष्टिकोण से प्रस्तुत किया गया है। motahari.ir 29 ख़ोरदाद 1352 शम्सी, 17 जमादियुल अव्वल 1393 हिजरी क़मरी, क़ुम, मुर्तज़ा मुतह्हरी motahari.ir चर्चा का विषय motahari.ir motahari.ir मानवीय न्याय और ईश्वरीय न्याय हम मनुष्यों में से किसी ऐसे व्यक्ति को, जो दूसरों के प्रति कोई बुरी मंशा नहीं रखता; उनके अधिकारों का उल्लंघन नहीं करता; व्यक्तियों के बीच किसी भी प्रकार का भेदभाव नहीं करता; शासन और अपनी इच्छा के क्षेत्र से संबंधित मामलों में पूरी निष्पक्षता से सबको एक ही नज़र से देखता है; और दूसरों के विवादों तथा मतभेदों में पीड़ित का समर्थक और अत्याचारी का विरोधी होता है; ऐसे व्यक्ति को हम एक प्रकार की पूर्णता से युक्त मानते हैं, उसके आचरण को प्रशंसनीय समझते हैं और स्वयं उसे न्यायप्रिय मानते हैं। इसके विपरीत, ऐसे व्यक्ति को, जो दूसरों के अधिकारों का उल्लंघन करता है; अपनी शक्ति और इच्छा के क्षेत्र में व्यक्तियों के बीच भेदभाव करता है; अत्याचारियों का समर्थक और कमज़ोरों तथा असहायों का शत्रु है; और या कम-से-कम अत्याचारियों और अत्याचार-सहने वालों के बीच के विवादों तथा संघर्षों में उदासीन रहता है; ऐसे व्यक्ति को हम एक प्रकार की कमी से युक्त मानते हैं, जिसे अन्याय और अत्याचार कहते हैं; हम स्वयं उसे अत्याचारी कहते हैं और उसके आचरण को निंदनीय मानते हैं। परमेश्वर के बारे में क्या? क्या पहली बात यह है कि जिस अर्थ में मनुष्य के लिए न्याय पूर्णता और अन्याय कमी है, उसी अर्थ में ईश्वरीय सत्ता के लिए भी न्याय पूर्णता है और अन्याय कमी? या न्याय और अन्याय अपने प्रचलित अर्थ में नैतिक अवधारणाएँ हैं और मानव समाज तक सीमित हैं तथा पारिभाषिक रूप से परंपरा-निर्धारित अवधारणाएँ हैं और व्यावहारिक बुद्धि के विषय माने जाते हैं, न कि सैद्धांतिक बुद्धि के? क्या वे मानव जीवन की सीमाओं से और उसके स्वेच्छिक कर्मों के क्षेत्र से आगे कदम बढ़ाते हैं?</w:t>
      </w:r>
    </w:p>
    <w:p>
      <w:pPr>
        <w:jc w:val="left"/>
      </w:pPr>
      <w:r>
        <w:rPr>
          <w:rFonts w:ascii="Calibri" w:hAnsi="Calibri" w:cs="Calibri"/>
          <w:sz w:val="28"/>
          <w:szCs w:val="28"/>
          <w:rtl w:val="0"/>
        </w:rPr>
        <w:t>46 क्या यह ईश्वरीय न्याय की अनुमति नहीं देता? दूसरी बात, मान लें कि न्याय और अन्याय उसी मानवीय नैतिक अर्थ में परमप्रधान ईश्वर के बारे में भी लागू हो सकते हैं; अर्थात मान लें कि नैतिक न्याय पूर्णता का गुण और नैतिक अन्याय कमी का गुण ईश्वर के लिए माना जाए, तो क्या ईश्वर के मामले में अन्याय वास्तव में घटित हो सकता है? ऐसा नहीं कि ईश्वर से अन्याय का होना असंभव है, और न इस कारण कि भलाई-बुराई तथा न्याय-अन्याय सभी धार्मिक अवधारणाएँ हैं, बुद्धि-संगत नहीं, जैसा कि अशअरी कहते हैं; ये दोनों बातें एक अलग विषय हैं और इनके बारे में आगे चर्चा करेंगे; बल्कि इस बात से अलग कि ईश्वर से अन्याय का होना असंभव है या असंभव नहीं, और यह मानते हुए कि कर्मों की भलाई-बुराई स्वाभाविक है तथा न्याय और अन्याय वास्तविक अर्थ रखते हैं; इस दृष्टि से कि न्याय दूसरे के अधिकार का सम्मान करना है और अन्याय दूसरे के अधिकार का अतिक्रमण करना है; अर्थात जहाँ किसी अधिकार का प्रश्न हो और कोई अस्तित्व उस अधिकार पर प्राथमिकता रखता हो, वहाँ किसी दूसरे की ओर से उस अधिकार का हर प्रकार का अतिक्रमण, प्राथमिकता रखने वाले अधिकार-धारी के प्रति अन्याय माना जाएगा। स्पष्ट है कि सृष्ट प्राणियों के आपसी संबंधों में कुछ बातों के संबंध में प्राथमिकता और गैर-प्राथमिकता तथा स्वामित्व और गैर-स्वामित्व का अर्थ होता है। उदाहरण के लिए, ज़ैद को अपने जीवन और स्वतंत्रता तथा अपनी बनाई हुई संपत्ति पर प्राथमिकता और स्वामित्व प्राप्त है, और अम्र को अपने जीवन, स्वतंत्रता तथा अपनी उपलब्धियों पर प्राथमिकता प्राप्त है। ज़ैद का अम्र के प्राथमिकता-क्षेत्र में अतिक्रमण अन्याय है, और अम्र का ज़ैद के प्राथमिकता-क्षेत्र में अतिक्रमण अन्याय है। सृष्टिकर्ता और सृष्टि के संबंध में क्या? सृष्टि के पास जो कुछ भी है, वह सृष्टिकर्ता से है। सृष्टि का प्राथमिकता और स्वामित्व, सृष्टिकर्ता की प्राथमिकता और स्वामित्व के अधीन है। अर्थात सृष्टिकर्ता के स्वामित्व के समानांतर कोई स्वामित्व और उसकी प्राथमिकता के समानांतर कोई प्राथमिकता नहीं है। उदाहरण देकर समझाने के लिए ईश्वर के स्वामित्व और मनुष्य के स्वामित्व को पिता के स्वामित्व और बालक संतान के स्वामित्व के समान समझना चाहिए। पिता अपने हर बच्चे के लिए खिलौने जुटाता है। बच्चे, हर एक अपने लिए, उस खिलौने पर स्वामित्व और प्राथमिकता का अधिकार मानते हैं जो उन्हें मिला है। हर बच्चा दूसरे बच्चे के व्यवहार को जबरन कब्ज़ा और अपनी अधिकार-सीमा का अतिक्रमण समझता है; लेकिन क्या बच्चे का स्वामित्व और प्राथमिकता पिता के स्वामित्व और प्राथमिकता को नकार सकती है? या वह स्वामित्व इसी स्वामित्व के अधीन है और इसमें कोई विरोधाभास नहीं है, और यदि पिता उन पर अधिकार करे तो अपने ही धन और संपत्ति पर अधिकार करता है? ईश्वर परमप्रधान, पूर्ण स्वामित्व का स्वामी है, उसकी सत्ता में कोई साझीदार नहीं है। मानवीय न्याय और ईश्वरीय न्याय। 47 उसके बारे में वास्तविक रूप से, बिना किसी रूपक के, यह कहना चाहिए: “स्वामित्व उसी का है और प्रशंसा उसी की है, और उसी की ओर सभी मामले लौटाए जाते हैं।” इसलिए संसार में ईश्वर का हर प्रकार का हस्तक्षेप उसी चीज़ में हस्तक्षेप है जो उसी की है। उसके सामने किसी का कोई अधिकार, स्वामित्व या प्राथमिकता नहीं है। अतः ईश्वर के बारे में अन्याय का प्रश्न ही नहीं उठता; न इस कारण कि अन्याय बुरा है और इसलिए ईश्वर ऐसा नहीं करता, और न इस कारण कि भलाई-बुराई ईश्वर के मामले में अर्थ नहीं रखते; बल्कि इस कारण कि मान लें अन्याय की बुराई उसके स्वभाव में निहित है और जैसे स्वाभाविक भलाई-बुराई मनुष्यों के कर्मों पर लागू होती है, वैसे ही ईश्वर के कर्म पर भी लागू हो, फिर भी व्यवहार में ईश्वर के मामले में यह घटित नहीं होता, क्योंकि कोई भी व्यक्ति अपनी किसी भी चीज़ का ईश्वर के सामने स्वामी नहीं है, ताकि वास्तव में अन्याय सिद्ध हो सके। कहते हैं कि हमदान वंश के शासकों में से सैफ़ुद्दौला हमदानी, जो साहित्य में रुचि रखते थे, और जिनकी सभा साहित्यकारों का जमावड़ा होती थी, एक दिन साहित्यकारों की सभा में, जहाँ सूक्ष्म दृष्टि वाले अरब शिया कवि अबू फ़िरास भी उपस्थित थे, उन्होंने कहा: मैंने एक शेर कहा है, जिसका दूसरा मिसरा कोई नहीं कह सकता, सिवाय अबू फ़िरास के। “तेरा है मेरा शरीर, जिसे मेरा पैर सताता है; इसे समाप्त न कर।” शरीर तेरा है और तू उसे लगातार यातना देता है, लेकिन मेरा खून एक ही बार में नहीं बहाता।” अबू फ़िरास ने तत्काल कहा: “उसने कहा: यदि तू मालिक है, तो पूरा अधिकार तेरा है।” महबूब ने कहा: “यदि मैं तेरा मालिक हूँ, तो पूरा अधिकार मेरा है।” पूर्ण स्वामी के सामने सवाल-जवाब का कोई अर्थ नहीं है। निस्संदेह, यदि न्याय और अन्याय को उनके प्रचलित अर्थ में लें, जो एक नैतिक अवधारणा है, और बुद्धि द्वारा निर्धारित भलाई-बुराई पर आधारित है, तथा ईश्वर के कर्मों को भी इन्हीं भलाई- बुराई के आधार पर उचित ठहराएँ और ईश्वर के कार्यों को दूसरों के अधिकारों के सम्मान की कसौटी पर परखना चाहें, तो हमें कहना होगा कि इस प्रचलित अर्थ में ईश्वर न न्यायी है, न अन्यायी; क्योंकि कोई दूसरा ऐसा नहीं है जिसे उससे किसी चीज़ पर प्राथमिकता प्राप्त हो, ताकि उसकी प्राथमिकताओं का सम्मान न्याय और उनका सम्मान न करना अन्याय माना जा सके। तीसरी बात, यदि हम न्याय और अन्याय के प्रचलित अर्थ को छोड़ दें और उसे ऐसी अवधारणा मानें जो मानवीय सामाजिक गतिविधियों के क्षेत्र तक सीमित है, तो क्या कोई प्रचलित अर्थ से उच्चतर अवधारणा मौजूद है? तग़ाबुन 1, हूद 123। 48। ईश्वरीय न्याय—जो न्याय और अन्याय को सैद्धांतिक ज्ञान की अवधारणाओं की श्रेणी में रखे, और उन्हें व्यावहारिक ज्ञान के क्षेत्र से बाहर निकाले, जो परंपरा-निर्धारित और रूढ़ अवधारणाओं का क्षेत्र है, और परिणामस्वरूप न्याय को ज्ञान और शक्ति जैसे सकारात्मक एवं पूर्णता-सूचक गुणों के समान, या कम-से-कम सृष्टिकर्ता और पालनकर्ता होने जैसे गुणों के समान माना जाए, तथा अन्याय को शरीर-संयोजन, भौतिकता, सीमितता आदि जैसे निषेधात्मक गुण के रूप में? और इस आधार पर क्या संसार की घटनाओं को न्याय और अन्याय की दृष्टि से उचित ठहराया जा सकता है, या इस सिद्धांत को बिना प्रमाण स्वीकार करना होगा? चौथी बात, इन सबके अलावा, पवित्र क़ुरआन ने न्याय और अन्याय की अवधारणाओं पर बहुत ज़ोर दिया है। न्याय और अन्याय की इन अवधारणाओं के बारे में क़ुरआन की समझ क्या है? ये कुछ प्रश्न हैं, जिन्हें अपना सटीक और सही उत्तर पाना चाहिए। यह बात निश्चित और संदेह से परे है कि ईश्वर को “न्याय का आदेश देने वाला और न्याय स्थापित करने वाला” मानना, वह सबसे बुनियादी ज्ञान है जिस पर स्वर्गीय धर्मों में मनुष्य का ईश्वर से संबंध आधारित हुआ है।</w:t>
      </w:r>
    </w:p>
    <w:p>
      <w:pPr>
        <w:jc w:val="left"/>
      </w:pPr>
      <w:r>
        <w:rPr>
          <w:rFonts w:ascii="Calibri" w:hAnsi="Calibri" w:cs="Calibri"/>
          <w:sz w:val="28"/>
          <w:szCs w:val="28"/>
          <w:rtl w:val="0"/>
        </w:rPr>
        <w:t>मान लें कि दार्शनिकों का ईश्वर, उदाहरण के लिए अरस्तू का प्रथम प्रेरक, जिसका संबंध केवल मानव की बुद्धि और विचार-शक्ति से है और जिसका उसके हृदय, भावनाओं तथा संवेदनाओं से कोई सरोकार नहीं है, न्याय और अन्याय के विषय में चर्चा का विषय न हो; लेकिन नबियों का ईश्वर, जिसका तार्किक, तर्काधारित और बौद्धिक पक्ष होने के अलावा, मनुष्य के अंतर्मन तथा हृदय और भावनाओं से भी दृढ़ और अटूट संबंध है, और जिसके साथ मनुष्य लेन-देन तथा प्रेम का रिश्ता रखता है, और मनुष्य का उससे संबंध एक ज़रूरतमंद का सर्वथा निरपेक्ष, ज्ञानी, सामर्थ्यवान, स्नेहशील और दयालु के साथ संबंध है, तो निस्संदेह उसके गुणों में से एक न्याय है। अब देखना यह है कि उस न्याय की व्याख्या किस तरह की जाए? न्याय सामाजिक अर्थ में नुबुव्वत का लक्ष्य है और दार्शनिक अर्थ में ‘मआद’ का आधार। पवित्र कुरआन नुबुव्वत के लक्ष्य और नबियों के ‘रिसालत’ के बारे में कहता है: “निश्चय ही हमने अपने रसूलों को स्पष्ट प्रमाणों के साथ भेजा और उनके साथ किताब और तराज़ू उतारा, ताकि लोग न्याय पर कायम हों।” निश्चय ही हमने अपने रसूलों को स्पष्ट प्रमाणों के साथ भेजा और उनके साथ किताब और तराज़ू उतारा, ताकि लोग न्याय के लिए खड़े हों। मआद, पुनरुत्थान के दिन हिसाब-किताब तथा कर्मों के प्रतिफल और दंड के विषय में कहा गया है: “और हम क़ियामत के दिन न्याय के तराज़ू रखेंगे; किसी प्राणी पर तनिक भी अत्याचार नहीं होगा, और यदि वह राई के दाने के बराबर भी हो...” / 25 मानवीय न्याय और ईश्वरीय न्याय। “राई के दाने के बराबर भी हो, तो हम उसे ले आएँगे; और हिसाब लेने के लिए हम पर्याप्त हैं।” 49। न्याय के तराज़ू हम पुनरुत्थान के दिन रखेंगे; किसी पर तनिक भी अत्याचार नहीं होगा, और यदि वह राई के दाने के बराबर भी हो, तो हम उसे ले आएँगे। हिसाब लेने के लिए हम पर्याप्त हैं। कुरआन की अनेक आयतों में ईश्वर को अत्याचार और ज़ुल्म से पवित्र घोषित किया गया है। उदाहरण के लिए कहा गया है: “अल्लाह ऐसा नहीं कि उन पर अत्याचार करे, बल्कि वे स्वयं अपने ऊपर अत्याचार करते हैं।” ऐसा नहीं है कि ईश्वर उन पर अत्याचार करता हो, बल्कि उनकी स्थिति यह है कि वे स्वयं अपने ऊपर अत्याचार करते हैं। कुछ आयतों में न्यायशील होना और न्याय पर कायम रहना ईश्वर के सकारात्मक गुण के रूप में उल्लिखित है; अर्थात् कुरआन में केवल ईश्वर को अत्याचार से पवित्र बताने पर ही संतोष नहीं किया गया, बल्कि प्रत्यक्ष और सकारात्मक रूप से भी न्याय के गुण को ईश्वर के लिए सिद्ध किया गया है। जैसा कि कहा गया है: “अल्लाह गवाही देता है कि उसके सिवा कोई पूज्य नहीं, और फ़रिश्ते तथा ज्ञानवान लोग भी गवाही देते हैं—वह न्याय को कायम रखने वाला है।” ईश्वर, फ़रिश्ते और ज्ञान रखने वाले गवाही देते हैं कि एकमात्र ईश्वर के सिवा कोई पूज्य नहीं, जो न्याय को कायम रखने वाला है। अतः इस्लाम की दृष्टि से इसमें कोई संदेह नहीं कि ईश्वरीय न्याय स्वयं एक सत्य है, और न्याय उन गुणों में से है जिनसे ईश्वर को निश्चित रूप से गुणवान मानना चाहिए। पद्धतियाँ और विचार-धाराएँ: सामान्यतः सृष्टिकर्ता और परलोक से संबंधित विषयों में पद्धतियाँ और विचार-धाराएँ अलग-अलग हैं। हदीस के विद्वानों में से हर एक, धर्मशास्त्रियों, दार्शनिकों, सूफ़ियों और अनुभव तथा प्राकृतिक विज्ञानों की पद्धति के अनुयायियों का अपना विशेष मार्ग है। हदीस के विद्वान धर्म के मूल सिद्धांतों से जुड़े विषयों में, धर्म की शाखाओं के विषयों की तरह, पैग़म्बरों के प्रति समर्पण और आज्ञापालन के समर्थक हैं। / अंबिया 47, तौबा 70। आले इमरान 18। ईश्वरीय न्याय। वे हर तरह के विचार-विमर्श, गहन चिंतन, तर्क-वितर्क और तर्क-पद्धति के विरोधी हैं। इस समूह के अनुसार धर्म के दायरे में आने वाले किसी भी विषय पर, चाहे वह मूल सिद्धांतों से संबंधित हो या शाखाओं से, बहस, तर्क या प्रश्नोत्तर नहीं करना चाहिए; पूरी तरह मौन रहना चाहिए। धर्मग्रंथों और सुन्नत में आया है कि ईश्वर जीवित, सर्वज्ञ, सर्वशक्तिमान और इच्छाशक्ति-संपन्न है; और यह भी आया है कि ईश्वर न्यायी है। पैग़म्बरों के कथनों की सत्यता पर हमारे भरोसे के अनुसार, हमें इन सभी बातों को बिना किसी सवाल-जवाब के स्वीकार करना चाहिए। उदाहरण के लिए, न्याय क्या है और किस तार्किक आधार पर ईश्वर न्यायी है—इस बारे में सोचने की कोई आवश्यकता नहीं; बल्कि इन बातों पर विचार करना बिदअत और हराम है। स्वाभाविक रूप से, इस समूह के लिए न्याय नाम का कोई प्रश्न ही नहीं है; अर्थात् यह समूह स्वयं को ईश्वरीय न्याय के बारे में उठने वाली कुछ आपत्तियों का उत्तर देने के लिए बाध्य नहीं मानता। इस समूह का मत निराधार है। इस मत की निराधारता पर हमने ‘उसूले फ़लसफ़ा व रविशे रियलिज़्म’ के पाँचवें खंड की भूमिका में चर्चा की है। यहाँ उस चर्चा को दोहराना आवश्यक नहीं समझते। इस समूह को छोड़कर अन्य सभी समूह विचार और गहन चिंतन को उचित मानते हैं और अलग-अलग पद्धतियों से चर्चा तथा शोध करते हैं। न्याय के विषय में धर्मशास्त्री दो समूहों में बँट गए हैं: अशअरी अपने विचार-विमर्श में इस नतीजे पर पहुँचे हैं कि न्याय का गुण ईश्वर के कर्म से केवल इस कारण निकाला जाता है कि वह ईश्वर का कर्म है। इस समूह की दृष्टि में प्रत्येक कर्म अपने आप में न न्याय है, न अन्याय; हर कर्म केवल इसलिए न्याय है कि वह ईश्वर का कर्म है। और इसके अतिरिक्त कोई भी कर्ता, ईश्वर के अलावा, किसी भी तरह अस्तित्व नहीं रखता—न स्वतंत्र रूप से और न पराश्रित रूप से। इसलिए इन दोनों प्रस्तावनाओं के अनुसार अत्याचार की कोई अवधारणा नहीं रह जाती। न्याय के बारे में उनकी परिभाषा इसके सिवा कुछ नहीं कि वह ईश्वर का कर्म है; अतः हर कर्म इसलिए न्याय है कि वह ईश्वर का कर्म है, न कि इसलिए कि वह न्याय है और इसी कारण ईश्वर का कर्म है। इस समूह की दृष्टि में स्वाभाविक रूप से कोई मानदंड मौजूद नहीं है; उदाहरण के लिए, हम न्याय के सिद्धांत के आधार पर निश्चित रूप से यह दावा नहीं कर सकते कि ईश्वर भले काम करने वाले को पुरस्कार देगा और बुरे काम करने वाले को दंड, और न ही हम निश्चित रूप से यह दावा कर सकते हैं कि कुरआन में ऐसा वादा करने वाला ईश्वर अवश्य उसे पूरा करेगा। बल्कि यदि ईश्वर भले लोगों को पुरस्कार दे और बुरे लोगों को दंडित करे, तो यह न्याय होगा; और यदि इसके विपरीत व्यवहार करे, तब भी न्याय होगा। यदि ईश्वर अपना वादा पूरा करे, तो यह न्याय है; और यदि पूरा न करे, तब भी न्याय है। यदि ईश्वर किसी ऐसी वस्तु को अस्तित्व प्रदान करे जिसका अस्तित्व संभव हो चुका है, तो यह न्याय है; और यदि वह ऐसा न करे, तब भी न्याय है। क्योंकि न्याय वही है जो वह करे। वह जो भी करे, वही मीठा है।</w:t>
      </w:r>
    </w:p>
    <w:p>
      <w:pPr>
        <w:jc w:val="left"/>
      </w:pPr>
      <w:r>
        <w:rPr>
          <w:rFonts w:ascii="Calibri" w:hAnsi="Calibri" w:cs="Calibri"/>
          <w:sz w:val="28"/>
          <w:szCs w:val="28"/>
          <w:rtl w:val="0"/>
        </w:rPr>
        <w:t>मानवीय न्याय और ईश्वरीय न्याय। यह समूह, भले ही स्वयं न्याय का इनकार करने का दावा नहीं करता, लेकिन न्याय की जो व्याख्या इसने की है, उसके अनुसार व्यवहार में यह न्याय का इनकार करता है। इसी कारण अशअरी मत के विरोधी—अर्थात शिया और मुतज़िला— ‘अदलिया’ के नाम से प्रसिद्ध हुए; यह इस ओर संकेत है कि अशअरी जो कहते हैं, वह न्याय की व्याख्या नहीं, बल्कि न्याय का इनकार है। इस समूह के दृष्टिकोण से भी स्वाभाविक रूप से ईश्वरीय न्याय के बारे में कोई प्रश्न नहीं उठ सकता। बल्कि यह समूह पहले समूह की तुलना में न्याय से संबंधित आपत्तियों का उत्तर देने की बाध्यता से अधिक मुक्त है। इस समूह ने अपनी कल्पना में ईश्वर को हर दोष से परे सिद्ध करने का मार्ग अपनाना चाहा है और ईश्वर को सृष्टि करने में साझेदारी तथा अन्याय और अत्याचार से मुक्त और पवित्र बताना चाहा है। इसीलिए, एक ओर उन्होंने ईश्वर के अलावा सबकी कर्तृत्व-शक्ति का इनकार किया है और दूसरी ओर न्याय के गुण को ईश्वर के कर्म के बाद के स्तर पर रखा है, इस तरह कि उन्होंने कर्मों के विवेकसम्मत अच्छे-बुरे होने को जड़ से नकार दिया और कहा कि किसी कर्म के न्यायपूर्ण होने का अर्थ इसके सिवा कुछ नहीं कि वह ईश्वर से संबद्ध हो। और इन प्रस्तावनाओं के आधार पर उन्होंने निष्कर्ष निकाला कि ईश्वर न तो कर्तृत्व में किसी का साझेदार है और न ही अन्याय करता है। लेकिन वास्तव में इस समूह ने ईश्वर के बजाय मानव अत्याचारियों को दोषमुक्त और निर्दोष सिद्ध किया है। क्योंकि इस सोच से निकलने वाला सबसे प्रारंभिक और स्पष्ट निष्कर्ष यह है कि अमुक अत्याचारी जो कुछ करता है, वह नहीं करता, बल्कि ईश्वर करता है! और चूँकि ईश्वर करता है, इसलिए वह अन्याय नहीं, बल्कि ऐन न्याय है; क्योंकि इस मत के अनुसार न्याय का अर्थ इसके सिवा कुछ नहीं कि कर्म ईश्वर का कर्म हो। दूसरी ओर, चूँकि ऐसा कोई कर्म, जिसका कर्ता ईश्वर के अलावा कोई और हो, किसी भी तरह, किसी भी आधार पर और किसी भी अर्थ में अस्तित्व नहीं रखता, इसलिए अस्तित्व के शब्दकोश में अन्याय का कोई अस्तित्व ही नहीं है। शायद मुतवक्किल अब्बासी जैसे अत्याचारियों द्वारा अशअरी मत का समर्थन करने का कारण यही मनचाहा निष्कर्ष रहा हो। ऐसे तर्क और ऐसे निष्कर्ष के साथ, अपने अधिकारों की रक्षा में पीड़ित की भूमिका और धर्म की दृष्टि से उसका कर्तव्य क्या रह जाता है? यह तो बहुत स्पष्ट है। लेकिन कुरआन जिन तमाम अत्याचारों का आरोप मानव अत्याचारियों पर लगाता है, और अत्याचार तथा अत्याचारी के विरुद्ध संघर्ष करने का जो कर्तव्य कुरआन व्यक्तियों पर डालता है, उसके बारे में ये धर्मशास्त्री क्या कहते हैं—यह एक ऐसा प्रश्न है, जिसका उत्तर स्वयं अशअरी मत के अनुयायियों से पूछना चाहिए। अन्य धर्मशास्त्रियों ने—वास्तव में धर्मशास्त्रियों के प्रमुख व्यक्तित्वों ने—अशअरी तर्क को कठोरता से खारिज और अपमानित किया है। उन्होंने न तो ईश्वर के अलावा किसी और की कर्तृत्व-शक्ति का इनकार किया है, और न ही कर्मगत एकेश्वरवाद की आड़ लेकर मानवीय अत्याचार का इनकार किया है। अशअरी मत से इतर धर्मशास्त्रियों—अर्थात शिया और मुतज़िली धर्मशास्त्रियों—ने न्याय को जगत की घटनाओं में एक वास्तविक सत्य के रूप में, उन घटनाओं के ईश्वर से संबद्ध या असंबद्ध होने से अलग, स्वीकार किया है और विवेकसम्मत तथा अंतर्निहित अच्छाई-बुराई के सिद्धांत को माना है। ये धर्मशास्त्री मानते हैं कि वस्तुओं के अच्छे-बुरे होने का सिद्धांत, जिस तरह मानवीय कर्मों का मानदंड और कसौटी है, उसी तरह ईश्वरीय कर्मों का मानदंड और कसौटी भी हो सकता है; इसी कारण ईश्वरीय तत्त्वज्ञान के प्रश्नों में यह समूह सदैव इस सिद्धांत का सहारा लेता है। यह समूह इस सिद्धांत और न्याय की अच्छाई तथा अन्याय की बुराई के स्पष्ट होने को ध्यान में रखते हुए इस प्रश्न को एक नैतिक सिद्धांत के रूप में, लेकिन ईश्वरीय स्तर पर, प्रस्तुत करता है; उनका कहना है: न्याय अपने आप में अच्छा है और अन्याय अपने आप में बुरा। ईश्वर, जो असीम बुद्धि है, बल्कि सभी बुद्धियों को प्रदान करने वाला है, कभी भी वह कर्म नहीं छोड़ता जिसे बुद्धि अच्छा मानती है और वह कर्म नहीं करता जिसे बुद्धि बुरा मानती है। लेकिन वे ईश्वरीय दार्शनिक, जिन्होंने दूसरा मार्ग अपनाया है और जिसकी ओर हम आगे संकेत करेंगे, कर्मगत एकेश्वरवाद की दृष्टि से सृष्टि में साझेदारी का इनकार करते हुए भी कर्तृत्व को केवल परम सत्ता तक सीमित नहीं मानते; और साथ ही, अच्छाई-बुराई को परम सत्ता के कर्म के बाद के स्तर पर स्थित तथा अस्तित्व की व्यवस्था से निकला हुआ मानते हुए भी, ईश्वर को अन्याय से परे सिद्ध करते हैं। ईश्वरीय दार्शनिक विवेकसम्मत अच्छाई-बुराई के सिद्धांत का इनकार नहीं करते और अशअरी मत को गलत मानते हैं; लेकिन वे इन अवधारणाओं की सीमा को मानवीय जीवन का क्षेत्र मानते हैं। ईश्वरीय दार्शनिकों के अनुसार अच्छाई-बुराई की अवधारणाएँ, ईश्वरीय सत्ता के क्षेत्र में मानदंड और कसौटी के रूप में लागू नहीं होतीं। परम सत्ता के कर्मों की व्याख्या इन कसौटियों और मानदंडों से, जो पूरी तरह मानवीय हैं, नहीं की जा सकती। दार्शनिकों के अनुसार ईश्वर न्यायी है, लेकिन इसलिए नहीं कि न्याय अच्छा है और ईश्वरीय इच्छा हमेशा यही होती है कि अच्छे कर्म करे, बुरे कर्म न करे। ईश्वर अन्यायी नहीं है और अत्याचार नहीं करता, लेकिन इसलिए नहीं कि अन्याय बुरा है और ईश्वर कोई बुरा कर्म करना नहीं चाहता। ईश्वरीय न्याय का मानदंड, बल्कि ईश्वरीय न्याय की अवधारणा ही, कुछ और है, जिसका उल्लेख आगे किया जाएगा। दार्शनिकों के अनुसार मनुष्य में कर्मों के अच्छे-बुरे होने और उनके भले-बुरे होने की जो धारणा है, जिससे मनुष्य का नैतिक विवेक बनता है, वह वास्तविक नहीं, बल्कि मान्यतामूलक धारणा है। मान्यतामूलक धारणा का मूल्य व्यावहारिक होता है, ज्ञानात्मक या खोजपरक नहीं। उसका पूरा मूल्य बस इतना है कि वह एक माध्यम और साधन है। कर्ता अपनी ऐच्छिक क्रियाओं के माध्यम से पूर्णता के लक्ष्य तक पहुँचने के लिए बाध्य होता है कि कर्म के उपकरण के रूप में इस तरह की धारणाएँ बनाए और उनका उपयोग करे। परम पवित्र, एकमात्र सत्ता, जो विशुद्ध अस्तित्व, पूर्ण परिपूर्णता और शुद्ध सक्रियता है, इस प्रकार के कर्तृत्वों, ऐसी धारणाओं और किसी भी रूप या ढंग से साधनों का उपयोग करने से पवित्र और परे है। वास्तविक धारणा और मान्यतामूलक धारणा में क्या अंतर है, और मन इस प्रकार की धारणाएँ, जैसे अच्छाई और बुराई, कैसे बनाता है—यह इस्लामी दर्शन में एक उच्चकोटि का और सूक्ष्म विषय है; यहाँ हम इस चर्चा में प्रवेश नहीं कर सकते।</w:t>
      </w:r>
    </w:p>
    <w:p>
      <w:pPr>
        <w:jc w:val="left"/>
      </w:pPr>
      <w:r>
        <w:rPr>
          <w:rFonts w:ascii="Calibri" w:hAnsi="Calibri" w:cs="Calibri"/>
          <w:sz w:val="28"/>
          <w:szCs w:val="28"/>
          <w:rtl w:val="0"/>
        </w:rPr>
        <w:t>वे ईश्वर के अलावा अन्य की कर्तृत्व-क्षमता को उस रूप में अस्वीकार नहीं करते, जैसा अशअरी मतावलंबी मानते हैं, और स्वाभाविक रूप से अत्याचार के अस्तित्व को मानवीय मानते हैं तथा समाज से अत्याचार मिटाने के संघर्ष में मनुष्य के दायित्व को स्वीकार करते हैं; और दूसरी ओर, चूँकि वे अच्छाई-बुराई के सिद्धांत को ईश्वर के कर्म के लिए कसौटी, मापदंड और मानदंड के रूप में सही नहीं मानते, इसलिए समूचे इस्लामी ईश्वरीय दर्शन में इस सिद्धांत का कभी सहारा नहीं लिया गया, जो वास्तव में ईश्वर के लिए एक प्रकार का कर्तव्य और दायित्व निर्धारित करना है। दार्शनिकों की दृष्टि में और अशअरी मत से इतर धर्मशास्त्रियों की दृष्टि में भी ईश्वरीय न्याय से संबंधित वे आपत्तियाँ, जिनकी चर्चा आगे होगी, ऐसे मुद्दों के रूप में हैं जिनके समाधान प्रस्तुत करने होंगे। इस बीच एक और समूह है, जिसका दावा है कि धर्मशास्त्रीय और दार्शनिक मार्ग पूरी तरह तार्किक और मानसिक हैं, और वे किसी भी प्रत्यक्ष तथा अनुभवजन्य अवलोकन पर आधारित नहीं हैं; इसी कारण वे अविश्वसनीय हैं। धर्म के मूल सिद्धांतों, अर्थात् आरंभ और परलोक से संबंधित मुद्दों में, उसी मार्ग पर चलना चाहिए जिस पर प्राकृतिक वैज्ञानिक चले हैं। ईश्वरीय न्याय के मुद्दे और उससे जुड़ी आपत्तियों के उत्तर भी सृष्टि की घटनाओं, उसमें प्रचलित व्यवस्थाओं और छिपी हुई बुद्धिमत्ताओं के अध्ययन से सुलझाने चाहिए। motahari.ir इस सिद्धांत की सत्यता या असत्यता पर हमने ‘दर्शन के सिद्धांत और यथार्थवाद की पद्धति’ के पाँचवें खंड की भूमिका में चर्चा की है और यहाँ उसे दोहराना आवश्यक नहीं समझते। इच्छुक पाठक वहाँ देख सकते हैं। ईश्वरीय न्याय से जुड़ी वे आपत्तियाँ, जिनकी चर्चा आगे होगी, इस समूह के लिए भी ऐसे मुद्दों के रूप में हैं जिनके समाधान खोजने और प्रस्तुत करने होंगे; बल्कि इनके लिए ये मुद्दे अधिक गंभीर रूप में सामने आते हैं, क्योंकि धर्मशास्त्री और दार्शनिक ईश्वर तथा उसके कुछ गुणों को सिद्ध करने के लिए जिन मार्गों पर चलते हैं, उनमें से केवल एक मार्ग संसार की सुदृढ़ और बुद्धिमत्तापूर्ण व्यवस्थाएँ हैं; उनका मार्ग केवल यही नहीं है। इसलिए, मान लीजिए कि वे न्याय और अन्याय की समस्याओं को तार्किक रूप से हल न कर सकें, तो इससे ईश्वर के अस्तित्व में उनका मूल विश्वास और आस्था प्रभावित नहीं होगी, क्योंकि सृष्टि की व्यवस्थाओं के अलावा अन्य मार्गों से भी ईश्वर का अस्तित्व उनके लिए निश्चित और निर्विवाद हो चुका है। ‘दर्शन के सिद्धांत और यथार्थवाद की पद्धति’, छठा लेख (दूसरा खंड) देखें। ५४ ईश्वरीय न्याय है और चूँकि उन मार्गों से ईश्वर का अस्तित्व और उसका न्याय उनके लिए निर्विवाद हो चुका है, इसलिए वे सृष्टि की प्रक्रिया में ईश्वरीय न्याय में समग्र रूप से विश्वास और आस्था रखते हैं, भले ही वे इन मुद्दों का विश्लेषण विस्तार से करने में सक्षम न हों। लेकिन इस समूह के लिए यही एकमात्र मार्ग है; और चूँकि यही एकमात्र मार्ग है, यदि वे सृष्टि के भीतर ऐसे मुद्दों का सामना करें जिनकी व्याख्या न्याय-अन्याय और सर्वोत्तम व्यवस्था की दृष्टि से कठिन हो, तो उनके ईश्वर-संबंधी विश्वास और चिंतन की बुनियाद डगमगा जाती है। वे ईश्वर को केवल उसकी सृष्टि के दर्पण में देखते हैं। स्पष्ट है कि यदि ईश्वरीय न्याय दिखाने में यह दर्पण थोड़ा भी धुँधला हो, या उसका उलटा दिखाए, तो बुनियाद ही डगमगा जाती है। इस समूह की दृष्टि में जब तक न्याय और अन्याय की पहेली हल न हो, ईश्वर के अस्तित्व के बारे में निर्णायक मत नहीं दिया जा सकता, क्योंकि ईश्वरीय न्याय से जुड़ी आपत्तियाँ ईश्वर के अस्तित्व के प्रमाण, अर्थात् सृष्टि की व्यवस्था की पूर्णता और परिपूर्णता, को संदिग्ध बना देती हैं। अल्लामा हिल्ली ‘शरह-ए-तजरीद’ में, जहाँ वे ईश्वर के ज्ञान पर चर्चा करते हैं, स्पष्ट करते हैं कि यदि सृष्टि की बुराइयों और कमियों से जुड़ी आपत्तियों का समाधान न हो, तो इसे ईश्वर के ज्ञान और बुद्धिमत्ता पर आपत्ति माना जाएगा। न्याय क्या है? सबसे पहला मुद्दा जिसे स्पष्ट करना चाहिए, वह यह है कि न्याय क्या है और अन्याय क्या है? जब तक न्याय की मूल और सटीक अवधारणा स्पष्ट नहीं होगी, हर प्रयास व्यर्थ होगा और हम गलतियों से बच नहीं पाएँगे। कुल मिलाकर, इस शब्द के चार अर्थ या चार प्रयोग हैं: (क) संतुलित होना। यदि हम किसी ऐसे समुच्चय पर विचार करें जिसमें विभिन्न हिस्से और अंश काम में लिए गए हों और जिसका कोई विशेष उद्देश्य हो, तो उसमें प्रत्येक हिस्से की आवश्यक मात्रा की दृष्टि से और हिस्सों के आपसी संबंध की गुणवत्ता की दृष्टि से कुछ निश्चित शर्तों का पालन होना चाहिए; केवल इसी स्थिति में वह समुच्चय कायम रह सकता है, अपना वांछित प्रभाव दे सकता है और निर्धारित भूमिका निभा सकता है। उदाहरण के लिए, यदि किसी समाज को कायम रहना है, तो उसका संतुलित होना आवश्यक है; अर्थात् उसमें हर चीज़ आवश्यक मात्रा में होनी चाहिए, समान मात्रा में नहीं। एक संतुलित समाज को अनेक आर्थिक, राजनीतिक, सांस्कृतिक, न्यायिक और शैक्षिक कार्यों की आवश्यकता होती है; इन कार्यों को लोगों के बीच बाँटना चाहिए और हर एक कार्य के लिए आवश्यकता और अनिवार्यता के अनुरूप लोगों को नियुक्त करना चाहिए। सामाजिक संतुलन की दृष्टि से यह आवश्यक है कि जरूरतों की मात्रा को ध्यान में रखा जाए और उसके अनुपात में मानवीय न्याय और ईश्वरीय न्याय। ५५ जरूरतों पर बजट और श्रमशक्ति खर्च की जाए। यहीं से हित का प्रश्न सामने आता है, अर्थात् समग्र हित—ऐसा हित जिसमें पूरे समुच्चय का अस्तित्व और स्थायित्व तथा उससे जुड़े उद्देश्य ध्यान में रखे जाते हैं। इस दृष्टि से हिस्सा केवल एक साधन है; उसका कोई स्वतंत्र अस्तित्व या अपना अलग हिसाब नहीं है। भौतिक संतुलन भी ऐसा ही है; उदाहरण के लिए, किसी उद्देश्य से बनाई गई मशीन के निर्माण के लिए अनेक प्रकार की चीज़ें आवश्यक होती हैं। यदि उसे संतुलित ढंग से निर्मित करना हो, तो हर पदार्थ का उतना ही उपयोग करना चाहिए जितना आवश्यक हो और जरूरत की माँग हो। रासायनिक संतुलन भी ऐसा ही है; हर रासायनिक यौगिक का एक विशिष्ट सूत्र और उसके घटक तत्वों के बीच एक विशेष अनुपात होता है। केवल उस सूत्र और उन अनुपातों का पालन करने से, जो अलग-अलग होते हैं, संतुलन स्थापित होता है और वह यौगिक अस्तित्व में आता है। संसार संतुलित और सुव्यवस्थित है; यदि वह संतुलित न होता, तो वह कायम न रहता और न ही कोई व्यवस्था, हिसाब या निश्चित और स्पष्ट प्रवाह होता। पवित्र क़ुरआन में आया है: «और आकाश को उसने ऊँचा उठाया और तराज़ू स्थापित किया।» जैसा कि व्याख्याकारों ने कहा है, इसका आशय यह है कि संसार की संरचना में संतुलन का ध्यान रखा गया है; हर चीज़ में प्रत्येक पदार्थ का आवश्यक मात्रा में उपयोग किया गया है और दूरियों को मापा गया है। नबी की हदीस में आया है: «आकाश और धरती न्याय के आधार पर कायम हैं।» निस्संदेह, आकाश और धरती न्याय के कारण ही कायम हैं।</w:t>
      </w:r>
    </w:p>
    <w:p>
      <w:pPr>
        <w:jc w:val="left"/>
      </w:pPr>
      <w:r>
        <w:rPr>
          <w:rFonts w:ascii="Calibri" w:hAnsi="Calibri" w:cs="Calibri"/>
          <w:sz w:val="28"/>
          <w:szCs w:val="28"/>
          <w:rtl w:val="0"/>
        </w:rPr>
        <w:t>इस अर्थ में न्याय का विलोम अनुपातहीनता है, न कि अत्याचार; इसलिए इस अर्थ में न्याय हमारे विषय की चर्चा से बाहर है। बहुत से लोग, जिन्होंने ईश्वरीय न्याय से संबंधित आपत्तियों का जवाब देने की कोशिश की है, दृष्टि से भेदभावों, भिन्नताओं और बुराइयों के संबंध में, न्याय और अन्याय के दृष्टिकोण से समस्या को प्रस्तुत करने के बजाय अनुपात और अनुपातहीनता के दृष्टिकोण से प्रस्तुत किया है और इसी पर संतोष किया है कि सभी अल-रहमान / 7। तफ़सीर-ए-साफी, उपर्युक्त आयत के नीचे, इस्लामिया संस्करण, खंड 2, पृष्ठ 638।</w:t>
      </w:r>
    </w:p>
    <w:p>
      <w:pPr>
        <w:jc w:val="left"/>
      </w:pPr>
      <w:r>
        <w:rPr>
          <w:rFonts w:ascii="Calibri" w:hAnsi="Calibri" w:cs="Calibri"/>
          <w:sz w:val="28"/>
          <w:szCs w:val="28"/>
          <w:rtl w:val="0"/>
        </w:rPr>
        <w:t>56 ईश्वरीय न्याय—समग्र विश्व-व्यवस्था की दृष्टि से ये भेद, विविधताएँ और बुराइयाँ आवश्यक और अनिवार्य हैं। इसमें संदेह नहीं कि विश्व-व्यवस्था की दृष्टि से और जगत की संरचना के समग्र स्वरूप में आवश्यक अनुपात की दृष्टि से, जो कुछ है, उसका होना आवश्यक है; लेकिन यह बात अन्याय की आपत्ति का उत्तर नहीं देती। न्याय की चर्चा, समग्र विश्व-व्यवस्था की दृष्टि से अनुपातहीनता के विपरीत अनुपात के अर्थ में है; लेकिन अन्याय के विपरीत न्याय की चर्चा हर व्यक्ति और दूसरे हिस्सों से अलग प्रत्येक भाग की दृष्टि से है। पहले अर्थ में न्याय के अंतर्गत समग्र हित आता है, और दूसरे अर्थ में व्यक्ति के अधिकार का प्रश्न आता है। इसलिए आपत्ति करने वाला फिर कहता है: मैं समूचे संसार में अनुपात के सिद्धांत का विरोधी नहीं हूँ, लेकिन मेरा कहना है कि इस अनुपात का पालन अनिवार्यतः कुछ भेदभावों को जन्म देता है; समग्रता की दृष्टि से वे भेदभाव उचित हैं, और प्रत्येक भाग की दृष्टि से अनुचित। अनुपात और संतुलन के अर्थ में न्याय, ईश्वर के हकीम और सर्वज्ञ होने के गुणों से जुड़ा है। ईश्वर अपने व्यापक ज्ञान और सामान्य हिकमत के अनुसार जानता है कि किसी भी वस्तु की संरचना के लिए प्रत्येक चीज़ की कितनी मात्रा आवश्यक है, और उतनी ही मात्रा उसमें रखता है। ख. न्याय का दूसरा अर्थ है समानता और हर प्रकार के भेदभाव का निषेध। कभी-कभी जब कहा जाता है कि फलाँ व्यक्ति न्यायप्रिय है, तो इसका आशय यह होता है कि वह लोगों के बीच किसी प्रकार का भेदभाव नहीं करता। अतः न्याय का अर्थ समानता है। इस परिभाषा को स्पष्ट करने की आवश्यकता है। यदि इसका आशय यह हो कि न्याय की माँग है कि किसी के भी हक़ का ध्यान न रखा जाए और हर चीज़ और हर व्यक्ति को एक ही दृष्टि से देखा जाए, तो यह न्याय स्वयं अन्याय है। यदि समान रूप से देना न्याय है, तो समान रूप से रोकना भी न्याय होगा। “समान रूप से किया गया अन्याय ही न्याय है”—यह प्रसिद्ध आम कहावत इसी दृष्टिकोण से बनी है। लेकिन यदि आशय यह हो कि न्याय का अर्थ समान अधिकारों वाले लोगों के साथ समान व्यवहार करना है, तो निश्चय ही यह सही अर्थ है; न्याय ऐसी समानता की माँग करता है और ऐसी समानता न्याय के अनिवार्य परिणामों में से है; लेकिन इस स्थिति में भी इस अर्थ का संबंध तीसरे अर्थ से है, जिसका उल्लेख आगे किया जाएगा। ग. व्यक्तियों के अधिकारों का ध्यान रखना और प्रत्येक अधिकारधारी को उसका अधिकार देना; और अन्याय का अर्थ है अधिकारों को कुचलना, उनका उल्लंघन करना और दूसरों के अधिकारों में हस्तक्षेप करना। मानव समाज के वास्तविक न्याय का अर्थ—अर्थात् वह न्याय जिसका मानव-क़ानून में पालन होना चाहिए और जिसका मनुष्यों को सम्मान करना चाहिए—यही है। यह न्याय दो बातों पर आधारित है: पहली, अधिकार और प्राथमिकताएँ; अर्थात् मनुष्य एक-दूसरे के संबंध में और एक-दूसरे से तुलना करने पर कुछ अधिकार और प्राथमिकताएँ प्राप्त करते हैं। उदाहरण के लिए, जो व्यक्ति अपने श्रम से कोई उत्पाद बनाता है, स्वाभाविक रूप से उस उत्पाद पर उसे एक प्रकार की प्राथमिकता प्राप्त होती है। इस प्राथमिकता का स्रोत उसका श्रम और प्रयास है। इसी तरह, माँ से जन्म लेने वाला बच्चा माँ के दूध पर अधिकार और प्राथमिकता प्राप्त करता है। इस प्राथमिकता का स्रोत सृष्टि की उद्देश्यपूर्ण व्यवस्था है, जिसने वह दूध बच्चे के लिए पैदा किया है। दूसरी बात मनुष्य का सहज स्वभाव है। उसे इस प्रकार बनाया गया है कि अपने कामों में वह अनिवार्य रूप से कुछ ऐसे विचारों का उपयोग करता है जिन्हें हम मान्यतामूलक विचार कहते हैं, और उनका साधन के रूप में उपयोग करके अपने प्राकृतिक उद्देश्यों तक पहुँचता है। वे विचार कुछ रचनात्मक विचारों की शृंखला हैं, जिन्हें “चाहिए” के रूप में व्यक्त किया जाता है। उनमें से एक यह है कि समाज के लोग अपनी खुशी और कल्याण बेहतर ढंग से प्राप्त करें, इसके लिए अधिकारों और प्राथमिकताओं का पालन किया जाना चाहिए। यही मानव-न्याय का अर्थ है, जिसे प्रत्येक व्यक्ति का विवेक स्वीकार करता है और उसके विपरीत उस बात की निंदा करता है जिसे अन्याय कहा जाता है। मौलवी अपनी प्रसिद्ध कविताओं में कहते हैं: न्याय क्या है? हर चीज़ को उसके उचित स्थान पर रखना। अन्याय क्या है? हर चीज़ को अनुचित स्थान पर रखना। न्याय क्या है? पेड़ों को पानी देना। अन्याय क्या है? काँटों को पानी देना। शेर का स्थान किसी उजड़े हुए स्थान पर रखना विनाश है; और हाथी को राजा की जगह पर रखना भी मूर्खता है। motahari.ir न्याय और अन्याय का यह अर्थ, एक ओर प्राथमिकताओं के सिद्धांत पर आधारित है और दूसरी ओर मनुष्य के उस सहज स्वभाव से उत्पन्न होता है जिसके कारण वह अनिवार्यतः कुछ मान्यतामूलक विचारों का उपयोग करता है, “चाहिए” और “नहीं चाहिए” बनाता है तथा अच्छाई और बुराई की अवधारणाएँ गढ़ता है। ये मनुष्य की विशेषताएँ हैं और ईश्वर की सर्वोच्च सत्ता के क्षेत्र में इनका कोई स्थान नहीं; क्योंकि, जैसा कि पहले संकेत किया गया, वह पूर्णतः स्वामी है और कोई भी प्राणी किसी भी चीज़ के संबंध में उसकी तुलना में कोई प्राथमिकता नहीं रखता। वह जिस प्रकार पूर्णतः स्वामी है, उसी प्रकार पूर्णतः प्रथम अधिकारी भी है। वह जिस चीज़ में और जिस तरह चाहे हस्तक्षेप करे, वह ऐसी चीज़ में हस्तक्षेप करता है जो अपने समस्त अस्तित्व सहित उसी की है और पूरी तरह उसी की संपत्ति है। इसलिए इस अर्थ में अन्याय—अर्थात् दूसरे की प्राथमिकता का उल्लंघन करना, दूसरे के अधिकार में हस्तक्षेप करना और दूसरे की सीमा में प्रवेश करना—उसके बारे में असंभव है। और यह इस कारण असंभव है कि इसका कोई विषय या उदाहरण हो ही नहीं सकता। घ. अस्तित्व के अनुदान में पात्रता का ध्यान रखना और उस चीज़ को अस्तित्व या अस्तित्व की पूर्णता देने से इनकार न करना जो इसके योग्य हो। आगे हम कहेंगे कि अस्तित्व की व्यवस्था में प्राणी, अस्तित्व के स्रोत से अनुग्रह ग्रहण करने की अपनी क्षमताओं और संभावनाओं की दृष्टि से एक-दूसरे से भिन्न हैं; प्रत्येक प्राणी जिस स्तर पर है, अनुग्रह ग्रहण करने की क्षमता की दृष्टि से उसकी अपनी विशेष पात्रता है। परम पवित्र सत्य, जो पूर्णता और भलाई में परम है तथा सर्वथा अनुग्रहदाता है, हर प्राणी को वही देता है जो उसके लिए अस्तित्व और अस्तित्व की पूर्णता के रूप में संभव है, और उसे रोकता नहीं। सृष्टि-व्यवस्था में ईश्वरीय न्याय का इस सिद्धांत के अनुसार अर्थ यह है कि प्रत्येक प्राणी को अस्तित्व और अस्तित्व की पूर्णता का वही स्तर मिलता है जिसका वह पात्र है और जिसे प्राप्त करने की उसमें क्षमता है। अन्याय का अर्थ है अनुग्रह से वंचित रखना और उस प्राणी से उदारता रोक लेना जो उसका अधिकारी है। ईश्वरीय दार्शनिकों की दृष्टि में न्याय का गुण—जिस अर्थ में वह ईश्वर के स्वरूप के योग्य है और उसके परम एकत्व वाले स्वरूप का पूर्णता का गुण होने के नाते प्रतिपादन किया जाता है—यही अर्थ है। और अन्याय का गुण, जो एक कमी है और उससे अस्वीकार किया जाता है, उसका भी वही अर्थ है जिसका उल्लेख किया गया।</w:t>
      </w:r>
    </w:p>
    <w:p>
      <w:pPr>
        <w:jc w:val="left"/>
      </w:pPr>
      <w:r>
        <w:rPr>
          <w:rFonts w:ascii="Calibri" w:hAnsi="Calibri" w:cs="Calibri"/>
          <w:sz w:val="28"/>
          <w:szCs w:val="28"/>
          <w:rtl w:val="0"/>
        </w:rPr>
        <w:t>दार्शनिकों का मानना है कि किसी भी प्राणी का ईश्वर पर ऐसा कोई अधिकार नहीं होता कि उसे देना कर्तव्य-पालन और ऋण चुकाना माना जाए, और ईश्वर को इस आधार पर न्यायी कहा जाए कि वह दूसरों के प्रति अपने कर्तव्यों का पूरी सावधानी से पालन करता है। ईश्वर का न्याय उसका अनुग्रह और उसकी उदारता ही है; अर्थात् ईश्वर का न्याय यह है कि वह किसी भी प्राणी से अपना अनुग्रह उस सीमा तक नहीं रोकता, जहाँ तक उस प्राणी पर अनुग्रह करना संभव हो। यही नहजुल बलाग़ा के ख़ुत्बा 214 में अली अलैहिस्सलाम के इस कथन का अर्थ है, जिसमें वे कहते हैं: motaharl. “अधिकार एकतरफ़ा नहीं होता। जो भी किसी दूसरे पर कोई अधिकार रखता है, दूसरे का भी उस पर अधिकार होता है। केवल परम एकत्व वाला अस्तित्व ही है जिसका प्राणियों पर अधिकार होता है। प्राणियों के ऊपर उसके प्रति कर्तव्य और ज़िम्मेदारी होती है, लेकिन किसी भी प्राणी का उस पर कोई अधिकार नहीं होता।” यदि हम इस सही कसौटी से जाँच करना चाहें, तो हमें देखना चाहिए कि जिन चीज़ों को “बुराई”, “भेदभाव”, “अन्याय” आदि समझा गया है, क्या वास्तव में समस्त अस्तित्व-व्यवस्था में किसी प्राणी के लिए अस्तित्व की संभावना थी और उसे अस्तित्व नहीं मिला? या अस्तित्व की समग्र व्यवस्था में किसी अस्तित्वगत पूर्णता की संभावना थी और उससे वह रोक दी गई? क्या किसी प्राणी को ऐसी कोई चीज़ दी गई जो उसे नहीं दी जानी चाहिए थी? यानी क्या परम सत्य की ओर से भलाई और दया प्रदान करने के बजाय ऐसी चीज़ दी गई जो भलाई और दया नहीं, बल्कि बुराई और विपत्ति हो, और पूर्णता नहीं, बल्कि स्वयं कमी हो? सद्र अल-मुतअल्लिहीन ने अस्फ़ार के दूसरे खंड में, प्रजातिगत रूपों पर चर्चा के अंतर्गत, एक अध्याय रखा है जिसका शीर्षक है: “मानवीय न्याय और ईश्वरीय न्याय। 59—समयगत उत्पत्ति से उत्पन्न होने वाली सृष्टियों का अस्तित्व किस प्रकार का है?” उस अध्याय में वे दार्शनिकों की दृष्टि के अनुरूप ईश्वरीय न्याय की अवधारणा और अर्थ की ओर संकेत करते हैं। वे कहते हैं: तुम पहले जान चुके हो कि पदार्थ और रूप प्राकृतिक वस्तुओं के दो निकटवर्ती कारण हैं; और इनके परस्पर संबंध की चर्चा से यह निष्कर्ष निकला कि एक भौतिक से परे कार्यकारी कारण भी सक्रिय है। आगे, समस्त गतियों की चर्चा में, हम सिद्ध करेंगे कि गतियों के अंतिम लक्ष्य भौतिक से परे हैं। भौतिक से परे कार्यकारी कारण और भौतिक से परे लक्ष्य, भौतिक वस्तुओं के दो दूरस्थ कारण हैं। यदि ये दोनों दूरस्थ कारण भौतिक वस्तुओं की उत्पत्ति के लिए पर्याप्त होते, तो भौतिक वस्तुएँ हमेशा बनी रहतीं और उनमें विनाश तथा अस्तित्वहीनता का प्रवेश न होता; वे शुरू से ही अपनी सारी अपेक्षित पूर्णताओं से युक्त होतीं और उनका आरंभ ही उनका अंत होता। लेकिन वे दोनों दूरस्थ कारण पर्याप्त नहीं हैं; पदार्थ और रूप, ये दो निकटवर्ती कारण भी प्रभावकारी हैं। दूसरी ओर, रूपों के बीच विरोध है, प्रारंभिक गुणों में परिवर्तन और नाश होता है, और प्रत्येक पदार्थ में परस्पर विरोधी रूप ग्रहण करने की क्षमता होती है। इसलिए हर प्राणी में दो प्रकार की परस्पर विरोधी योग्यताएँ और दो तरह की परस्पर विरोधी माँगें उत्पन्न होती हैं; इनमें से एक रूप की ओर से और दूसरी पदार्थ की ओर से होती है। रूप की माँग है कि वह बना रहे और प्राणी की दशा को कायम रखे; जबकि पदार्थ की माँग है कि वह अपनी अवस्था बदले और पहले रूप के विपरीत कोई दूसरा रूप धारण करे। चूँकि इन दोनों परस्पर विरोधी योग्यताओं और माँगों को एक ही समय में पूरा करना संभव नहीं है—क्योंकि पदार्थ का एक ही समय में परस्पर विरोधी रूपों वाला होना संभव नहीं... और ईश्वरीय दान इस जगत के पदार्थ को, जो सबसे निचला लोक है, रूपों के माध्यम से पूर्ण करने की माँग करता है। इसलिए ईश्वरीय विवेक ने चक्रीय गति, अविच्छिन्न समय और परिवर्तनशील पदार्थ नियत किया, ताकि समय के प्रवाह में रूप लगातार बदलते रहें और एक-दूसरे का स्थान लेते रहें। और अनिवार्यता के अनुसार प्रत्येक अवस्था और रूप के लिए एक निश्चित अवधि निर्धारित हो, ताकि हर रूप और अवस्था अस्तित्व में अपना हिस्सा पा सके। इसके अलावा, चूँकि पदार्थ साझा है, इसलिए प्रत्येक रूप का दूसरे रूप पर एक अधिकार है, जिसे उसके अधिकारी को लौटाना उचित है। न्याय की माँग है कि इस रूप का पदार्थ उस दूसरे रूप को और उस दूसरे का पदार्थ इस रूप को दिया जाए; और इस तरह पदार्थ रूपों के बीच एक से दूसरे तक पहुँचता रहे। इसी न्याय और पात्रताओं का ध्यान रखने के कारण जगत की व्यवस्था व्यक्तियों के नहीं, बल्कि प्रजातियों के बने रहने पर आधारित है।” जब यह चर्चा यहाँ तक पहुँचती है, तो एक और प्रश्न उठता है: सभी वस्तुएँ ईश्वर के सामने समान अनुपात में स्थित हैं; कोई पात्रता मौजूद नहीं, ताकि पात्रताओं का ध्यान रखने के अर्थ में न्याय लागू हो सके। यदि ईश्वर के बारे में न्याय की बात सही हो, तो न्याय का अर्थ समानता बनाए रखना होगा, क्योंकि पात्रताओं की दृष्टि से, जैसा कि कहा गया, कोई अंतर नहीं है। अतः न्याय का अर्थ पात्रताओं का ध्यान रखना और न्याय का अर्थ समानता बनाए रखना—ईश्वरीय न्याय के संबंध में, दोनों एक ही निष्कर्ष देते हैं। इसलिए ईश्वरीय न्याय की माँग है कि सृष्टियों के बीच किसी भी प्रकार का भेदभाव या अंतर न हो; जबकि वास्तव में अनेक प्रकार के अंतर मौजूद हैं—जो कुछ भी है, वह भिन्नता, विविधता और स्तरों का अंतर है। उत्तर यह है कि ईश्वर के संबंध में वस्तुओं के अधिकार और पात्रता की अवधारणा का अर्थ है उनकी आवश्यकता और अस्तित्व की संभावना अथवा अस्तित्वगत पूर्णता की संभावना। जिस भी प्राणी के लिए अस्तित्व या किसी प्रकार की पूर्णता की संभावना हो, ईश्वर, इस कारण कि वह पूर्ण रूप से कर्ता और अनिवार्य रूप से अनुग्रहदाता है, उसे अस्तित्व या अस्तित्व की पूर्णता प्रदान करता है। ईश्वर का न्याय—जैसा कि हमने सद्र अल-मुतअल्लिहीन के हवाले से बताया—उन सभी प्राणियों के लिए सार्वभौमिक अनुग्रह और व्यापक दान है, जिनके लिए अस्तित्व या अस्तित्व में पूर्णता संभव है, और इसमें कोई रोक या भेदभाव नहीं होता। लेकिन इन संभावनाओं और पात्रताओं में अंतर का मूल कारण क्या है? ऐसा कैसे है कि परमेश्वर का अनुग्रह सार्वभौमिक और असीम होने के बावजूद, वस्तुएँ अपनी प्रकृति में ग्रहणशीलता, संभावना और पात्रता की दृष्टि से भिन्न हो जाती हैं? इस विषय को ईश्वर की सहायता और सामर्थ्य से, आपत्तियों और कठिन प्रश्नों का उत्तर देते हुए स्पष्ट किया जाएगा। आपत्तियाँ और कठिन प्रश्न। अब देखते हैं कि इस विषय में उठने वाले प्रश्न कुल मिलाकर कौन-कौन से हैं। motahari.ir इस विषय में पहला प्रश्न यह है कि संसार में भेदभाव और अंतर क्यों मौजूद हैं? कोई गोरा है और कोई काला; कोई कुरूप है और कोई सुंदर; कोई स्वस्थ है और कोई विकलांग। बल्कि कोई मनुष्य क्यों है और कोई भेड़ या केंचुआ?</w:t>
      </w:r>
    </w:p>
    <w:p>
      <w:pPr>
        <w:jc w:val="left"/>
      </w:pPr>
      <w:r>
        <w:rPr>
          <w:rFonts w:ascii="Calibri" w:hAnsi="Calibri" w:cs="Calibri"/>
          <w:sz w:val="28"/>
          <w:szCs w:val="28"/>
          <w:rtl w:val="0"/>
        </w:rPr>
        <w:t>कोई जड़ पदार्थ है और दूसरा वनस्पति? कोई शैतान है और दूसरा फ़रिश्ता? क्यों सब एक जैसे नहीं हैं? क्यों सब गोरे या सब काले नहीं हैं? क्यों सब सुंदर या सब कुरूप नहीं हैं? और यदि भिन्नता होना ही है, तो जो गोरा है वह काला क्यों नहीं हुआ और जो काला है वह गोरा क्यों नहीं हुआ? क्यों जो कुरूप है वह सुंदर क्यों नहीं हुआ और जो सुंदर है वह कुरूप क्यों नहीं हुआ? नाश और अनस्तित्व के बारे में एक और प्रश्न है: वस्तुएँ अस्तित्व में क्यों आती हैं और फिर अस्तित्वहीन हो जाती हैं? मृत्यु क्यों नियत की गई है? मनुष्य दुनिया में क्यों जन्म लेता है और जीवन का सुख चखने के बाद, जब उसमें हमेशा जीवित रहने की इच्छा जाग उठती है, उसे अनस्तित्व के लोक में क्यों भेज दिया जाता है? इस प्रश्न का न्याय और अन्याय के मुद्दे से संबंध इस तरह है कि कहा जाता है: अनस्तित्व</w:t>
      </w:r>
    </w:p>
    <w:p>
      <w:pPr>
        <w:jc w:val="left"/>
      </w:pPr>
      <w:r>
        <w:rPr>
          <w:rFonts w:ascii="Calibri" w:hAnsi="Calibri" w:cs="Calibri"/>
          <w:sz w:val="28"/>
          <w:szCs w:val="28"/>
          <w:rtl w:val="0"/>
        </w:rPr>
        <w:t>मानवीय न्याय और ईश्वरीय न्याय। ६१ शुद्ध अनस्तित्व, अपूर्ण अस्तित्व से बेहतर है। हर वस्तु और हर व्यक्ति जब तक अस्तित्व में नहीं आता, उसका कोई अधिकार नहीं होता; लेकिन अस्तित्व में आते ही उसे बने रहने का अधिकार मिल जाता है। यदि वस्तुएँ बिल्कुल अस्तित्व में न आतीं, तो उन्हें लाकर फिर निराशा के साथ विदा करने की अपेक्षा वे अधिक सुख और शांति में होतीं; इसलिए इस तरह अस्तित्व में लाना अन्याय है। एक और प्रश्न यह है कि अस्तित्वों की सीमित अवधि और विनाश तथा अनस्तित्व के प्रकट होने के अलावा, अज्ञान, असमर्थता, दुर्बलता और दरिद्रता जैसी कमियाँ क्यों मौजूद हैं? इस प्रश्न का न्याय और अन्याय के प्रश्न से संबंध इस तरह है कि ज्ञान, सामर्थ्य, शक्ति और धन से उस अस्तित्व को वंचित रखना, जिसे इनकी आवश्यकता है, अन्याय समझा जाता है। इस आपत्ति में यह मान लिया गया है कि जो अस्तित्व में नहीं आया, उसका कोई अधिकार नहीं है; लेकिन अस्तित्व में आते ही जीवन की आवश्यकताओं के संबंध में उसे स्वाभाविक रूप से अधिकार प्राप्त हो जाता है। इसलिए अज्ञान, असमर्थता, दुर्बलता, दरिद्रता, भूख आदि एक प्रकार से अधिकार से वंचित किया जाना है। एक और प्रश्न यह है कि भेदभावों और विविधताओं के अलावा, और इस तथ्य के अलावा कि हर वस्तु विवश होकर विनाश के अधीन है, तथा इस बात के अलावा कि संसार में आने वाले कुछ जीवों को जीवन की कुछ आवश्यकताओं से वंचित रखा जाता है—विपत्तियों, आपदाओं और कष्टों का अस्तित्व क्यों है, जो किसी जीव को बीच रास्ते में ही अनस्तित्व के लोक में पहुँचा देते हैं, या उसके अस्तित्व की अवधि को पीड़ा और परेशानी से भर देते हैं? सूक्ष्मजीव, रोग, अत्याचार और दमन, चोरियाँ, बाढ़ें, तूफ़ान, भूकंप, बिछुड़ना, विपत्तियाँ, युद्ध, विरोधाभास, नफ़्स-ए-अम्मारा का शैतान और अन्य चीज़ें क्यों हैं? motahari.in न्याय और अन्याय के संदर्भ में उठने वाले प्रश्नों के प्रकार यही हैं। बेशक, इन्हीं प्रश्नों को थोड़े-से अंतर के साथ अन्य शीर्षकों के अंतर्गत भी उठाया जा सकता है, जो न्याय और अन्याय की तरह ही ईश्वरीय तत्त्वज्ञान के विषय हैं; जैसे कारण और कार्य में प्रयोजन का प्रश्न, तथा ईश्वरीय गुणों की चर्चा में ईश्वरीय कृपा का प्रश्न। कहा जाता है कि यदि सृष्टि में कोई अंतिम उद्देश्य और लक्ष्य हो तथा उसके पीछे परम बुद्धिमत्ता काम कर रही हो, तो हर चीज़ को कोई-न-कोई लाभ देना चाहिए; इसलिए न तो कोई निरर्थक घटना उत्पन्न होनी चाहिए, न कोई हानिकारक घटना, और न ही कोई लाभकारी घटना उपेक्षित रहकर अस्तित्वहीन रहनी चाहिए। भेदभावों, विविधताओं, अनस्तित्वों, अज्ञान और असमर्थताओं का होना इस बात का संकेत है कि वे आवश्यक घटनाएँ, जिन्हें उत्पन्न होना चाहिए था—अर्थात समानता, अस्तित्व की निरंतरता, ज्ञान, शक्ति आदि—उत्पन्न नहीं हुईं; और दूसरी ओर, ऐसी घटनाएँ उत्पन्न हुईं जो या तो कोई लाभ नहीं देतीं या हानिकारक हैं, जैसे रोग और भूकंप आदि। यह सिलसिला ईश्वरीय परम बुद्धिमत्ता और संतुलन तथा समता के अर्थ में न्याय के अनुरूप भी नहीं है। इन्हीं प्रश्नों को थोड़े-से अंतर के साथ, भलाई और बुराई के शीर्षक के अंतर्गत, एकेश्वरवाद के प्रश्न में उठाया जा सकता है। ४५७ ईश्वरीय न्याय। आपत्ति का रूप यह है कि अस्तित्व में द्वैत का शासन है, इसलिए उसकी दो मूल जड़ें होनी चाहिए। विद्वान कभी भलाई और बुराई के प्रश्न को एकेश्वरवाद के प्रसंग में द्वैतवाद के सिद्धांत का खंडन करने के लिए उठाते हैं, और कभी ईश्वरीय कृपा के प्रसंग में, जिसका संबंध परम बुद्धिमत्ता से है। यहीं कहा जाता है कि ईश्वरीय कृपा की अपेक्षा है कि जो कुछ भी अस्तित्व में आए, वह भलाई और पूर्णता हो तथा विद्यमान व्यवस्था सर्वोत्तम व्यवस्था हो। इसलिए बुराइयाँ और कमियाँ, जो सर्वोत्तम व्यवस्था को आघात पहुँचाती हैं, अस्तित्व में नहीं आनी चाहिए थीं, जबकि वे अस्तित्व में आई हैं। हम इस प्रश्न को केवल न्याय और अन्याय के पहलू से उठाते हैं, लेकिन अनिवार्य रूप से इसके अन्य पहलू भी साथ-साथ उठेंगे और उनका समाधान होगा; और जैसा कि हमने कहा, जब न्याय को अन्याय के विपरीत रखा जाता है, तो उसका अर्थ अधिकारों का ध्यान रखना है, न कि संतुलन या समानता। बेशक, जैसा कि संकेत किया गया, अधिकारों का ध्यान रखने का अर्थ परम सत्य के संदर्भ में वही है जिसे विद्वानों ने समझा और पाया है, न कि वह जो दूसरों ने कल्पना की है। न्याय धर्म के मूल सिद्धांतों में। ईश्वरीय तत्त्वज्ञान के अन्य प्रश्नों में यदि कोई संदेह और आपत्तियाँ हैं, तो वे धर्मशास्त्रियों, दार्शनिकों और विशेषज्ञों के लिए उठती हैं। वे बातें कठिन भले हों, लेकिन चूँकि वे आम लोगों के विचार-क्षेत्र से बाहर हैं, इसलिए उनकी आपत्तियाँ और उत्तर—दोनों ही आम लोगों की समझ के स्तर से ऊपर के स्तर पर प्रस्तुत किए जाते हैं। लेकिन ईश्वरीय न्याय के प्रश्न की आपत्तियाँ और कठिनाइयाँ आम लोगों के व्यापक और निचले स्तर पर भी उठती हैं। इस प्रश्न पर अनपढ़ देहाती भी सोचता है और चिंतनशील दार्शनिक भी। इसी कारण न्याय का प्रश्न विशेष महत्त्व और अद्वितीय स्थान रखता है। इस बात को इस कारण के रूप में माना जा सकता है कि इस्लामी विद्वानों (शिया और अशअरी नहीं, बल्कि मोतज़िली) ने न्याय को धर्म के मूल सिद्धांतों में शामिल किया और उसे धर्म के पाँच मूल सिद्धांतों में दूसरा सिद्धांत माना; वरना न्याय ईश्वर के गुणों में से एक है, और यदि ईश्वर के गुणों को धर्म के मूल सिद्धांतों में गिनना हो, तो ज्ञान, शक्ति, इच्छा आदि को भी इस सूची में शामिल करना आवश्यक होगा। लेकिन शिया मत में न्याय को धर्म के मूल सिद्धांतों में गिने जाने का असली कारण कुछ और है; वह यह कि ईश्वर के अन्य गुणों के बारे में शिया और सुन्नियों में कोई मतभेद नहीं था, और यदि था भी, तो वह चर्चा का विषय नहीं था; लेकिन न्याय के प्रश्न पर उनके बीच गहरा मतभेद था और यह मतभेद बहुत प्रमुखता से चर्चा में भी था, यहाँ तक कि न्याय में विश्वास करना या न करना मतों की पहचान माना जाता था—मसलन, कोई व्यक्ति शिया है या सुन्नी; और यदि सुन्नी है, तो मोतज़िली है या अशअरी। मानवीय न्याय और ईश्वरीय न्याय। ६३ केवल न्याय को मानना अशअरी न होने की पहचान माना जाता था। न्याय और इमामत, दोनों मिलकर शियापन की पहचान थे। इसीलिए कहा जाता था कि इस्लाम के मूल सिद्धांत तीन हैं, और शिया मत के मूल सिद्धांत भी वही तीन हैं, साथ ही न्याय और इमामत के सिद्धांत। न्याय और बुद्धिमत्ता। हमने पहले कहा था कि ईश्वर के गुणों में दो ऐसे गुण हैं, जिन पर उठाई गई आपत्तियाँ और संदेह एक-दूसरे से मिलते-जुलते और निकट हैं—न्याय और बुद्धिमत्ता। ईश्वर के न्यायवान होने का अर्थ यह है कि वह किसी अस्तित्व के अधिकार और योग्यता की उपेक्षा नहीं करता, और हर किसी को वही देता है जिसका वह अधिकारी है। और उसके बुद्धिमान होने का अर्थ यह है कि सृष्टि की व्यवस्था सर्वोत्तम और सबसे हितकारी व्यवस्था है, अर्थात संभव व्यवस्थाओं में सबसे अच्छी व्यवस्था है।</w:t>
      </w:r>
    </w:p>
    <w:p>
      <w:pPr>
        <w:jc w:val="left"/>
      </w:pPr>
      <w:r>
        <w:rPr>
          <w:rFonts w:ascii="Calibri" w:hAnsi="Calibri" w:cs="Calibri"/>
          <w:sz w:val="28"/>
          <w:szCs w:val="28"/>
          <w:rtl w:val="0"/>
        </w:rPr>
        <w:t>ख़्वाजा नसीरुद्दीन तूसी कहते हैं: सत्य के आदेश के सिवा कोई आदेश उचित नहीं; कोई आदेश सत्य के आदेश से बढ़कर नहीं हो सकता। जो कुछ भी है, उसे वैसा ही होना चाहिए; जो वैसा नहीं होना चाहिए... ईश्वर की बुद्धिमत्ता और कृपा का तकाज़ा है कि अस्तित्व के संसार का कोई उद्देश्य और अर्थ हो। जो अस्तित्व में आता है, या तो स्वयं कल्याण है या कल्याण तक पहुँचने का साधन है। बुद्धिमत्ता, सर्वज्ञ और इच्छाशील होने के गुणों का एक पहलू है और यह संसार के अंतिम कारण के सिद्धांत को स्पष्ट करती है; लेकिन न्याय का संबंध ज्ञान और इच्छा के गुणों से नहीं है। जिस अर्थ में न्याय की बात कही गई, वह ईश्वर की कर्तृत्व-शक्ति का पहलू है, अर्थात वह क्रिया के गुणों में से है, न कि सत्ता के गुणों में। «न्याय» और «परमेश्वर की बुद्धिमत्ता»—दोनों पर समान रूप से उठाई जाने वाली आपत्ति है, दुखों और बदक़िस्मती का अस्तित्व, या अधिक व्यापक रूप से कहें तो «बुराइयों की समस्या»। «बुराइयों की समस्या» को ईश्वरीय न्याय के विरुद्ध अत्याचार की आपत्ति के रूप में प्रस्तुत किया जा सकता है, और «उद्देश्यहीन घटनाओं» के शीर्षक के अंतर्गत परमेश्वर की परम बुद्धिमत्ता का खंडन माना जा सकता है; इसी कारण इसे भौतिकवाद की ओर झुकाव के कारणों में से एक भी माना जाता है। उदाहरण के लिए, जब हम जीवित प्राणियों के संकटों से बचाव के और सुरक्षा के साधनों को ईश्वरीय व्यवस्था और बुद्धिमत्ता का प्रमाण मानते हैं, तो तुरंत यह प्रश्न उठता है कि ख़तरे का होना ही क्यों ज़रूरी है, ताकि बचाव और सुरक्षा-व्यवस्था की आवश्यकता पड़े? हानिकारक सूक्ष्मजीव क्यों मौजूद हैं, ताकि श्वेत रक्त कोशिकाओं के ज़रिए उनसे लड़ना ज़रूरी हो? नुक़सान पहुँचाने वाले नुकीले दाँतों वाले शिकारी क्यों बनाए गए हैं, ताकि तेज़ दौड़ने वाले पैरों, सींगों और दूसरे बचाव के साधनों की ज़रूरत पड़े? पशु-जगत में एक ओर कमज़ोर और शिकार बनने वाले पशुओं में भय और ख़तरे से भागने की प्रवृत्ति होती है, तो दूसरी ओर शक्तिशाली और शिकार करने वाले पशुओं में हिंसक और शिकारी स्वभाव रखा गया है। मनुष्य के मन में यह प्रश्न उठता है कि आक्रमण और अतिक्रमण का कारक क्यों मौजूद है, ताकि सोच-समझकर और योजना के अनुसार बचाव के साधन बनाने की आवश्यकता पड़े? ये प्रश्न और आपत्तियाँ, जिनका समाधान सटीक और गहन विश्लेषण माँगता है, एक भयंकर भँवर की तरह कई समूहों को अपने भीतर खींच चुके हैं। सचमुच यहाँ कहना चाहिए: इस भँवर में हज़ारों जहाज़ डूब गए, उनमें से एक तख़्ता भी किनारे तक न आया। द्वैतवादी भौतिक दर्शन और निराशावादी दर्शन प्रायः इसी भयंकर भँवर में आकार लेते रहे हैं। मनुष्य, और विशेषकर आर्य जाति, प्राचीन काल से ही संसार की घटनाओं को दो ध्रुवों—«अच्छाई» और बुराई—में बाँटती आई है। सूर्य का प्रकाश, धरती की बारिश और कई दूसरी चीज़ों को अच्छाइयों और भलाई की श्रेणी में रखती आई है; और अँधेरे, सूखे, बाढ़, भूकंप, बीमारी, हिंसक हमलों और डंक मारने वाली चीज़ों को बुराइयों और अनिष्टों की श्रेणी में रखा है। निस्संदेह, इस वर्गीकरण में मनुष्य ने स्वयं को ही मापदंड और निर्णय का केंद्र बनाया है; अर्थात जो चीज़ उसे अपने लिए फ़ायदेमंद लगती, उसे अच्छा मानता और जो चीज़ उसे अपने लिए नुक़सानदेह लगती, उसे बुरा कहता था। प्राचीन मनुष्यों के मन में यह विचार आया कि क्या बुराइयों और अनिष्टों को भी उसी ने बनाया है जिसने अच्छाइयों और भलाई को उत्पन्न किया है? या फिर अच्छाइयों को कोई एक स्रोत पैदा करता है और बुराइयों को कोई दूसरा? क्या अच्छे और बुरे का रचयिता एक ही है, या संसार के दो स्रोत और दो सृष्टिकर्ता हैं? कुछ लोगों ने यह तर्क किया कि सृष्टिकर्ता या तो स्वयं अच्छा और शुभचिंतक है, या बुरा और दुर्भावनापूर्ण। यदि वह अच्छा है, तो बुराइयों को नहीं बनाएगा; और यदि बुरा है, तो अच्छाइयों और भलाई को उत्पन्न नहीं करेगा। इस तर्क से उन्होंने यह निष्कर्ष निकाला कि संसार के दो स्रोत और दो सृष्टिकर्ता हैं (द्वैतवाद)। मानवीय न्याय और ईश्वरीय न्याय। ६५ प्राचीन ईरानियों का यह विश्वास कि अच्छाई का एक स्रोत और बुराई का दूसरा स्रोत है, जिसे बाद में «यज़दान» और «अह्रिमन» कहकर व्यक्त किया गया, यहीं से उत्पन्न हुआ। इतिहास के अनुसार, आर्य जाति के ईरान की धरती पर बसने के बाद, उन्होंने प्रकृति की अभिव्यक्तियों—निस्संदेह प्रकृति की अच्छी अभिव्यक्तियों, जैसे आग, सूरज, बारिश, मिट्टी और हवा—की पूजा शुरू की। इतिहासकारों के कथनानुसार, ईरानी बुराइयों की पूजा नहीं करते थे; लेकिन आर्य जाति से इतर कुछ लोग भी थे, जो दुष्ट आत्माओं को संतुष्ट करने के बहाने बुराइयों और अनिष्टों की पूजा करते थे। प्राचीन ईरान में दो स्रोतों और दो सृष्टिकर्ताओं में विश्वास था, न कि दो देवताओं की पूजा; अर्थात ईरानी सृजन-शक्ति के मामले में बहुदेववाद के मानने वाले थे, न कि उपासना के मामले में। बाद में ज़रदोश्त प्रकट हुए। इतिहास की दृष्टि से यह स्पष्ट रूप से ज्ञात नहीं है कि ज़रदोश्त का धर्म मूल रूप में एकेश्वरवादी था या द्वैतवादी। वर्तमान «अवेस्ता» इस अस्पष्टता को दूर नहीं करती, क्योंकि इस पुस्तक के विभिन्न भागों में बहुत बड़ा अंतर है। अवेस्ता के «वन्दीदाद» भाग में द्वैतवाद स्पष्ट रूप से मौजूद है, लेकिन «गाथाओं» के भाग से इतना द्वैतवाद समझ में नहीं आता, बल्कि कुछ शोधकर्ताओं के दावे के अनुसार, इस भाग से एकेश्वरवाद का निष्कर्ष निकलता है। इसी बड़े अंतर और भिन्नता के कारण शोधकर्ताओं का मानना है कि जो अवेस्ता आज हमारे पास है, वह किसी एक व्यक्ति की रचना नहीं, बल्कि उसका हर भाग किसी अलग व्यक्ति का लिखा हुआ है। यहाँ ऐतिहासिक शोध पर्याप्त नहीं हैं, लेकिन मजूसियों के बारे में हमारे इस्लामी विश्वास के अनुसार, हम ज़रदोश्त के धर्म को मूल रूप से एकेश्वरवादी धर्म मान सकते हैं, क्योंकि इस्लाम के अधिकांश विद्वानों के मतानुसार, ज़रदोश्ती अहले-किताब में गिने जाते हैं। इतिहासकारों में से शोधकर्ता भी इसी मत की पुष्टि करते हैं और कहते हैं कि ज़रदोश्त के धर्म में द्वैतवाद का प्रभाव, ज़रदोश्त से पहले आर्य जाति में दो ईश्वरों के विश्वास की पुरानी परंपरा के कारण पड़ा था।</w:t>
      </w:r>
    </w:p>
    <w:p>
      <w:pPr>
        <w:jc w:val="left"/>
      </w:pPr>
      <w:r>
        <w:rPr>
          <w:rFonts w:ascii="Calibri" w:hAnsi="Calibri" w:cs="Calibri"/>
          <w:sz w:val="28"/>
          <w:szCs w:val="28"/>
          <w:rtl w:val="0"/>
        </w:rPr>
        <w:t>लेकिन केवल श्रद्धापूर्वक, अर्थात इस्लामी स्रोतों के माध्यम से ही, हम ज़रदोश्त की धर्म-व्यवस्था को एकेश्वरवादी धर्म-व्यवस्था मान सकते हैं; लेकिन ऐतिहासिक दृष्टि से, अर्थात ज़रदोश्त से संबद्ध रचनाओं के आधार पर, भले ही हम केवल गाथाओं को ही कसौटी मानें, ज़रदोश्ती धर्म को एकेश्वरवादी धर्म नहीं मान सकते; क्योंकि अधिकतम यह कहा गया है कि गाथाओं के आधार पर ज़रदोश्त के एकेश्वरवाद के बारे में शोधकर्ताओं ने यही कहा है कि ज़रदोश्त सत्तागत एकत्व के समर्थक थे; अर्थात वे केवल एक सत्ता को स्वयंभू और अजन्मा मानते थे, और वह «अहुरमज़्द» है, तथा अन्य सभी सत्ताओं को, यहाँ तक कि अह्रिमन (अंग्र मैन्यु) को भी, अहुरमज़्द की सृष्टि मानते थे; दूसरे शब्दों में, ज़रदोश्त अस्तित्व-वृक्ष के लिए एक से अधिक जड़ें नहीं मानते थे।</w:t>
      </w:r>
    </w:p>
    <w:p>
      <w:pPr>
        <w:jc w:val="left"/>
      </w:pPr>
      <w:r>
        <w:rPr>
          <w:rFonts w:ascii="Calibri" w:hAnsi="Calibri" w:cs="Calibri"/>
          <w:sz w:val="28"/>
          <w:szCs w:val="28"/>
          <w:rtl w:val="0"/>
        </w:rPr>
        <w:t>99 ईश्वरीय न्याय है; और हम कुछ शोधकर्ताओं के कथन के आधार पर ज़रदोश्त को एकेश्वरवाद अर्थात एकमात्र ईश्वर की उपासना का समर्थक भी मान सकते हैं; लेकिन किसी धर्म-व्यवस्था को एकेश्वरवादी होने के लिए, सत्तागत एकत्व और उपासना में एकत्व के अतिरिक्त सृष्टि में एकत्व भी आवश्यक है; और ऐतिहासिक प्रमाणों के अनुसार, सृष्टि के विषय में ज़रदोश्ती धर्म पूरी तरह द्वैतवादी रहा है; क्योंकि इन शिक्षाओं से यह निष्कर्ष निकलता है कि अंग्र मैन्यु का विरोधी ध्रुव (दुष्ट मन) स्पेंता मैन्यु (पवित्र मन) है। स्पेंता मैन्यु शुभ वस्तुओं का स्रोत है, अर्थात उन वस्तुओं का जो अच्छी हैं और जिनकी सृष्टि होनी चाहिए; लेकिन अंग्र मैन्यु या अह्रिमन बुरी वस्तुओं का स्रोत है, अर्थात उन वस्तुओं का स्रोत जिनकी सृष्टि नहीं होनी चाहिए; और अहुरमज़्द या स्पेंता मैन्यु उनकी सृष्टि के लिए ज़िम्मेदार नहीं है, बल्कि अंग्र मैन्यु उनकी सृष्टि के लिए ज़िम्मेदार है। इस विचार के अनुसार, भले ही अस्तित्व की दो जड़ें नहीं हैं, लेकिन उसकी दो शाखाएँ हैं; अर्थात अहुरमज़्द से आरम्भ होने वाला अस्तित्व दो शाखाओं में बँट जाता है: शुभ शाखा, जिसमें स्पेंता मैन्यु और उसके शुभ प्रभाव शामिल हैं; और अशुभ शाखा, जिसमें अंग्र मैन्यु और उसकी सारी बुरी सृष्टियाँ तथा बुरे प्रभाव शामिल हैं। यदि हम गाथाओं को—जो ज़रदोश्त की सबसे प्रामाणिक, विश्वसनीय और एकेश्वरवादी रचना है—कसौटी मानें, तो हम ज़रदोश्त को भले-बुरे के विषय में संदेह और असमंजस में तथा इस विचार में उलझा हुआ पाते हैं कि मौजूदा व्यवस्था सर्वोत्तम नहीं है और परम ज्ञान के अनुकूल नहीं बैठती। यह बात उन्हें स्वर्गीय पैग़म्बरों से पूरी तरह अलग कर देती है। इसी कमी के कारण, या अन्य कारणों से, ज़रदोश्ती धर्म द्वैतवाद से संघर्ष नहीं कर सका; यहाँ तक कि ज़रदोश्त के बाद अस्तित्व की दो जड़ों का सिद्धांत ईरानियों में फिर से प्रकट हुआ। सासानी काल के ज़रदोश्ती और मानी मत के अनुयायी तथा मज़दक़ी, जिन्हें ईरान में ज़रदोश्ती धर्म की एक शाखा माना जाता है, अत्यंत द्वैतवादी थे। वास्तव में कहना चाहिए कि ज़रदोश्त का धर्म ईरानियों के दिलों से बहुदेववाद और द्वैतवाद की जड़ें उखाड़ने में सफल नहीं हुआ—यहाँ तक कि गाथाओं की शिक्षाओं की सीमा तक भी नहीं; वह स्वयं भी इस अंधविश्वासी विचार से परास्त हो गया और विकृत कर दिया गया। केवल इस्लाम ही इस कई हज़ार साल पुराने अंधविश्वास को ईरानियों के मन से निकाल सका। यह इस्लाम की अद्भुत शक्ति और ईरानियों की आत्मा पर उसके गहरे प्रभाव का एक उदाहरण है; वह ऐसे लोगों को एकेश्वरवादी बना सका जिनके तन-मन में द्वैतवाद समाया हुआ था—यहाँ तक कि कुछ प्राच्यविद् (दुमेज़िल) मानते हैं कि «द्वैतवाद ईरानी चिंतन का आधार है», और आर्य जाति के मिथकों के विशेषज्ञ डुमेज़िल इस बात पर इतना ज़ोर देते हैं। मानवीय न्याय और ईश्वरीय न्याय। 67 वे इस अंधविश्वास के ऐसे बंदी थे कि अपने धर्म को भी उसके प्रभाव में विकृत कर देते थे; इसने उन्हें इस जकड़ लेने वाली धारणा से मुक्त किया। हाँ, इस्लाम ने द्वैतवादी ईरानियों को एकेश्वरवादी मनुष्य बनाया; उन्होंने यह सत्य ग्रहण किया कि «सारी प्रशंसा अल्लाह के लिए है, जिसने आकाशों और धरती को बनाया और अंधकारों तथा प्रकाश को उत्पन्न किया»; और इस अर्थ में विश्वास किया कि «जिसने हर उस चीज़ को सुंदर बनाया जिसे उसने बनाया»; और इस वास्तविकता को समझने में विश्वास के साथ कि «हमारा रब वह है जिसने हर चीज़ को उसका स्वरूप दिया, फिर उसका मार्गदर्शन किया»—उनमें ईश्वर, सृष्टि, अस्तित्व और संसार के प्रति ऐसा प्रेम उमड़ पड़ा कि वे अस्तित्व की व्यवस्था की प्रशंसा में इस तरह गाने लगे: «मैं संसार में प्रसन्न हूँ, क्योंकि संसार उससे प्रसन्न है; मैं पूरे संसार से प्रेम करता हूँ, क्योंकि सारा संसार उसी से है।» «मैं ज़हर भी मिठास से पी लूँगा, क्योंकि पिलाने वाला प्रियतम है; मैं श्रद्धा से पीड़ा भी सह लूँगा, क्योंकि उपचार भी उसी से है।» इस्लाम के बाद ईरानी न केवल बुराइयों के लिए ईश्वर का कोई प्रतिद्वंद्वी स्रोत नहीं मानता, बल्कि एक उच्च आध्यात्मिक दृष्टि में समूची सृष्टि-व्यवस्था में बुराइयाँ उसकी नज़र से ओझल हो जाती हैं; वह कहता है: मूलतः बुराई का अस्तित्व ही नहीं, या बुरा वह है जिसका अस्तित्व न हो। ग़ज़ाली कहते हैं: «जो कुछ अस्तित्व में है, उससे अधिक सुंदर किसी व्यवस्था का होना संभव नहीं।» मौजूद व्यवस्था से अधिक सुंदर व्यवस्था संभव नहीं। यह इस्लाम द्वारा गढ़ा हुआ मनुष्य है, जिसने ऐसा सूक्ष्म और उच्च विचार पाया है; वह समझता है कि विपत्तियाँ, कष्ट और मुसीबतें, जो एक दृष्टि से कुरूप और अप्रिय हैं, एक उच्चतर दृष्टि से और अधिक गहरी नज़र से पूरी तरह कृपा और सुंदरता हैं। हाफ़िज़, जिन्हें उचित ही लिसानुलग़ैब कहा गया है, अपने गहरे दार्शनिक और आध्यात्मिक विचारों को संकेतों और रूपकों के आवरण में अत्यंत स्पष्टता और वाक्पटुता से व्यक्त करते हैं। वे दो दृष्टियों का अंतर बताते हैं: एक सतही और सीमित, आम लोगों की दृष्टि; दूसरी गहरी, व्यापक और ऊपर से देखने वाली—पीर की दृष्टि। पीर की दृष्टि का अर्थ है: «सारी प्रशंसा अल्लाह के लिए है, जिसने आकाशों और धरती को बनाया और अंधकारों तथा प्रकाश को प्रकट किया।» (अनआम 1) «उसने जो कुछ भी बनाया, उसे सुंदर बनाया।» (सज्दा 7) हमारा रब वह है जिसने हर प्राणी को उसकी सृष्टि का वह हिस्सा दिया जिसके वह योग्य था, फिर उसे उस मार्ग की ओर निर्देशित किया जिस पर उसे चलना चाहिए। (ताहा 50) सादी 68 ईश्वरीय न्याय। पूर्ण ज्ञानी आरिफ ने इस बात को दोहरे अर्थ वाले, सूक्ष्म और शब्दालंकार तथा द्विअर्थी संकेत से युक्त लहजे में इस तरह कहा है: «हमारे पीर ने कहा: सृजन की लेखनी से कोई भूल नहीं हुई; उस निर्मल दृष्टि पर प्रशंसा हो, जो भूल को ढँक लेती है।» अर्थात निष्कलंक और पवित्र दृष्टि में, जो सीमाओं और संकीर्ण दृष्टिकोण से मुक्त है, पीर संसार को ईश्वर के एक समग्र प्रकटन के रूप में देखता है; इसलिए सीमित दृष्टि में दिखाई देने वाली सभी भूलें और अनुचित बातें मिट जाती हैं। संसार ईश्वर की छाया और प्रतिबिंब है; ईश्वर का स्वरूप परम सुंदर और परम पूर्ण है। सुंदर की छाया भी सुंदर होती है; यह असंभव है कि वह सुंदर न हो। किसी सुंदर शरीर में यदि हम किसी अंग को अकेले, इस बात पर ध्यान दिए बिना देखें कि वह एक अंग की स्थिति में है और कई दूसरे अंगों के साथ मिलकर एक शरीर बनाता है, तो हम उसकी सत्यता, उपयुक्तता और पूर्णता को समझ नहीं पाएँगे; शायद यह सोचें कि यदि वह कुछ और तरह का होता तो बेहतर होता; लेकिन जैसे ही हम व्यापक दृष्टि से उसे एक सुंदर शरीर के अंग के रूप में देखते हैं, हमारी राय बदल जाती है, और जिसे पहले हम अनुचित तथा ऐसा मानते थे जो नहीं होना चाहिए, वह पूरी तरह मिट जाता है।</w:t>
      </w:r>
    </w:p>
    <w:p>
      <w:pPr>
        <w:jc w:val="left"/>
      </w:pPr>
      <w:r>
        <w:rPr>
          <w:rFonts w:ascii="Calibri" w:hAnsi="Calibri" w:cs="Calibri"/>
          <w:sz w:val="28"/>
          <w:szCs w:val="28"/>
          <w:rtl w:val="0"/>
        </w:rPr>
        <w:t>हाफ़िज़ इसी ग़ज़ल के एक और शे’र में, जैसा कि उसका स्वभाव है कि हर ग़ज़ल में आम तौर पर या प्रायः अपने लगभग सभी संकेतात्मक, रूपकात्मक और कभी-कभी संदिग्धार्थक तथा द्विअर्थी आशयों को एक शे’र के माध्यम से समझाते हैं, अपना आशय स्पष्ट किया है: «मेरी आँख उसके रेखा और तिल के आईना रखने वालों में हुई, मेरा होंठ उसके सीने और कंधे पर चुंबन चुराने वालों में हो जाए।» इस शे’र के पहले मिसरे में वह ऐन-अल-यक़ीन के चरण तक पहुँचने की घोषणा करता है, जिसमें वह संसार को उसके रेखा, तिल, आँख और भौंह का प्रकटन तथा हर चीज़ को अपने स्थान पर सुंदर देखता है; दूसरे मिसरे में वह हक़्क़ुल-यक़ीन के चरण तक पहुँचने की आकांक्षा प्रकट करता है। हाफ़िज़ अपनी अन्य ग़ज़लों में भी बार-बार यह सत्य व्यक्त करता है कि आरिफ़ सत्य तक पहुँचने के बाद अपनी व्याख्या में पूर्णता के अलावा कुछ नहीं पाता है, जैसे वहाँ वह कहता है: «तुम्हारे सुंदर चेहरे ने हम पर कृपा का एक संकेत प्रकट किया; इसी कारण हमारी व्याख्या में कृपा और सुंदरता के अलावा कुछ नहीं»; या कहता है: मानवीय न्याय और ईश्वरीय न्याय। 69 «जगत के कामों की ओर मेरा कभी ध्यान नहीं था, तुम्हारे चेहरे ने मेरी नज़र में इसे इतना सुंदर सजा दिया।» मूलतः हाफ़िज़ जैसा व्यक्ति, जिसका विश्व-दृष्टिकोण सूफ़ी विश्व-दृष्टिकोण है, दार्शनिक बहुलता के स्थान पर एकता, दार्शनिक कारणता के स्थान पर प्रकटन, और प्रेम तथा सौंदर्य को दार्शनिक बुद्धि और अनिवार्यता के स्थान पर रखता है, और संसार को परम सुंदर की एकमात्र अभिव्यक्ति मानता है, वह ख़य्याम और अबुल-अला की तरह कैसे सोच सकता है?! हाफ़िज़ ने एकता, प्रकटन और सौंदर्य के इन तीन तत्वों को अपने सूफ़ी विश्व-दृष्टिकोण में अपनी प्रसिद्ध ग़ज़ल के इन तीन शे’रों में सबसे सुंदर और स्पष्ट रूप से व्यक्त किया है: «जब तुम्हारे चेहरे का प्रतिबिंब जाम के आईने में पड़ा, तो आरिफ़ मदिरा की आभा की कच्ची लालसा में पड़ गया; तुम्हारे मुख-सौंदर्य की एक ही झलक, जो आईने में पड़ी, उससे कल्पनाओं के आईने में इतने रूप उभर आए; मदिरा के ये सारे प्रतिबिंब और रंगीन आकृतियाँ जो दिखाई दीं, वे साक़ी के चेहरे की एक ही चमक हैं, जो जाम में पड़ी।» जिस बात के कारण कुछ लोगों ने विचाराधीन शे’र को हाफ़िज़ की ओर से सृष्टि पर आपत्ति माना है, वह «ख़तापोश» (त्रुटि को ढँकने वाला) शब्द का प्रयोग है। वे इस बात से अनजान हैं कि द्वयर्थता और तौरीया, यानी दो अर्थ वाला वाक्य या शब्द इस्तेमाल करना और कभी ऐसा शब्द प्रयोग करना जिसका आशय उसके प्रत्यक्ष अर्थ के विपरीत हो, अलंकार के सुंदर गुणों में से है और सूफ़ी कवि इसका बहुत उपयोग करते हैं। हाफ़िज़ की अन्य कविताएँ इस बात की अच्छी पुष्टि करती हैं। इसके अलावा, मान लीजिए कि हाफ़िज़ को सृष्टि पर आपत्ति हो, तो क्या उस पूरे सम्मान, आदर और पूर्ण विश्वास के साथ, जो वह पीर के प्रति रखता है, क्या उसके कथन को गलत ठहरा सकता है?! क्योंकि उस स्थिति में हाफ़िज़ का आशय या तो यह होगा कि पीर अपने इस दावे में कि सृजन की लेखनी से कोई भूल नहीं हुई, झूठा, भोला और चापलूस है, या मूर्ख है। हाफ़िज़ ने अपनी कुछ कविताओं में बुराइयों के औचित्य का मूल रहस्य, अर्थात सृष्टि की अविभाज्यता, सर्वोत्तम ढंग से बताया है और हम उस बात को उचित स्थान पर स्पष्ट करेंगे। इसलिए यह कल्पना कि हाफ़िज़ विचाराधीन शे’र में सृष्टि पर आपत्ति करना और पीर की राय को गलत ठहराना चाहता है, एक आम आदमी की कल्पना है। ५. शैतान और ईश्वरीय न्याय। यह सोचा जा सकता है कि यदि पारसी धर्म में यज़्दान और अह्रिमन की द्वैतवादी धारणा है, तो इस्लाम में भी ईश्वर और शैतान की मान्यता एक-दूसरे के विरोधी दो ध्रुवों के रूप में प्रस्तुत है। क्या अंतर है पारसी धर्म के अह्रिमन और इस्लाम के शैतान में? पारसी और मज़्दाई धर्म में अह्रिमन की धारणा तथा इस्लाम में शैतान की धारणा के बीच ज़मीन-आसमान का अंतर है। इस बात के लिए थोड़े स्पष्टीकरण की आवश्यकता है। अवेस्ता की शिक्षाओं में अंग्र मैन्यु या अह्रिमन नामक एक सत्ता का उल्लेख है, और सारी बुराइयों, विपत्तियों तथा हानिकारक प्राणियों की सृष्टि जैसे बीमारियाँ, हिंसक पशु, डंक मारने वाले जीव, साँप और बिच्छू, तथा अनुपजाऊ भूमि, सूखा और इसी प्रकार की चीज़ें उसी से जोड़ी गई हैं, न कि महान ईश्वर अहुरमज़्दा से और न ही स्पेंता मैन्यु से, जो अंग्र मैन्यु का प्रतिद्वंद्वी है। अवेस्ता की कुछ शिक्षाओं से ऐसा प्रतीत होता है कि अह्रिमन स्वयं एक अनादि सत्ता है, अहुरमज़्दा की तरह; वह किसी भी तरह अहुरमज़्दा की रचना नहीं है। अहुरमज़्दा ने उसे खोजा था, लेकिन उसकी सृष्टि नहीं की। परन्तु अवेस्ता की कुछ अन्य शिक्षाओं से, विशेषकर गाथाओं के एक अंश से, जो अवेस्ता का सबसे प्रामाणिक हिस्सा है, यह स्पष्ट होता है कि अहुरमज़्दा ने दो सत्ताओं की रचना की: एक स्पेंता मैन्यु या पवित्र बुद्धि, और दूसरी अंग्र मैन्यु या दुष्ट बुद्धि (अह्रिमन)। और अवेस्ता से जो कुछ प्रकट होता है, और जो पारसियों का विश्वास रहा है और अब भी है, वह यह है कि संसार के प्राणी और सृष्टियाँ दो वर्गों—शुभ और अशुभ—में विभाजित हैं। शुभ वे हैं जो हैं, जिनका होना आवश्यक है और अच्छा है कि वे हों; विश्व-व्यवस्था के लिए उनका अस्तित्व आवश्यक है। लेकिन अशुभ वे हैं जो हैं, पर उन्हें होना नहीं चाहिए; उनका अस्तित्व संसार में अपूर्णता का कारण बना है, और ये बुराइयाँ किसी भी तरह अहुरमज़्दा की रचना नहीं हैं, बल्कि अह्रिमन की रचनाएँ हैं, चाहे स्वयं अह्रिमन अहुरमज़्दा की रचना हो या न हो। अतः हर हाल में अह्रिमन संसार की अनेक सृष्टियों का स्रष्टा और रचयिता है; सृष्टि-जगत का एक हिस्सा उसके राज्य-क्षेत्र में है, और वह स्वयं या तो एक प्राचीन, अनादि मूल तत्त्व है और सत्ता में अहुरमज़्दा का साझी तथा उसके समकक्ष है, या उसकी रचना है, लेकिन सृजन-शक्ति में उसका साझीदार है।</w:t>
      </w:r>
    </w:p>
    <w:p>
      <w:pPr>
        <w:jc w:val="left"/>
      </w:pPr>
      <w:r>
        <w:rPr>
          <w:rFonts w:ascii="Calibri" w:hAnsi="Calibri" w:cs="Calibri"/>
          <w:sz w:val="28"/>
          <w:szCs w:val="28"/>
          <w:rtl w:val="0"/>
        </w:rPr>
        <w:t>मानवीय न्याय और ईश्वरीय न्याय। V लेकिन इस्लामी विश्वदृष्टि में मूलतः संसार और संसार के प्राणी दो वर्गों—शुभ और अशुभ—में विभाजित नहीं होते। संसार में ऐसी कोई सृष्टि नहीं है जिसे बनाया नहीं जाना चाहिए था, या जिसे बुरा बनाया गया हो। हर चीज़ सुंदर बनाई गई है और हर चीज़ यथास्थान बनाई गई है, और हर चीज़ उस परम एकत्वमय सत्ता की रचना है। शैतान का क्षेत्र विधि-विधान है, सृष्टि नहीं; अर्थात शैतान का क्षेत्र मानवीय विधि-विधान और कर्तव्य-संबंधी गतिविधियाँ हैं। शैतान केवल मनुष्य के अस्तित्व में प्रवेश कर सकता है, मनुष्येतर प्राणियों में नहीं। शैतान का क्षेत्र मनुष्य के अस्तित्व में भी उसकी विचार-शक्ति तक सीमित है, उसके शरीर में नहीं। शैतान का विचारों में प्रवेश भी केवल वसवसा डालने और किसी असत्य बात को उसकी नज़र में आकर्षक बनाकर पेश करने तक सीमित है। कुरआन इन अर्थों को ‘सजाना’, ‘बहकाना’, ‘वसवसा डालना’ आदि अभिव्यक्तियों से बताता है; लेकिन यह कि वह संसार की व्यवस्था में कोई चीज़ पैदा करे, या मनुष्य पर सृष्टिगत अधिकार रखे—अर्थात किसी दमनकारी शक्ति की तरह मनुष्य के अस्तित्व पर हावी हो सके और उसे बुरे काम के लिए विवश तथा बाध्य कर सके—यह शैतान की शक्ति के दायरे से बाहर है। मनुष्य पर शैतान का अधिकार सीमित है इस बात तक कि मनुष्य स्वयं उसके प्रति निष्ठा जताना चाहे। “ईमान लाने वालों और अपने रब पर भरोसा रखने वालों पर उसका कोई अधिकार नहीं; उसका अधिकार तो केवल उन लोगों पर है जो उसे अपना संरक्षक बनाते हैं और उसके साथ साझीदार ठहराते हैं।” अर्थात शैतान पर उन लोगों का कोई अधिकार नहीं है जो ईमान रखते हैं और अपने पालनहार पर भरोसा तथा निर्भरता रखते हैं। उसका अधिकार केवल उन लोगों तक सीमित है जिन्होंने स्वयं शैतान की संरक्षकता और सरपरस्ती स्वीकार की है और करते हैं। कुरआन क़ियामत के दिन शैतान के हवाले से बयान करता है कि जब वे लोग उस पर आपत्ति करते हैं और उसे अपनी गुमराही का ज़िम्मेदार ठहराते हैं, तो वह जवाब में कहता है: “मेरा तुम पर कोई अधिकार नहीं था, सिवाय इसके कि मैंने तुम्हें बुलाया और तुमने मेरी बात मान ली। इसलिए मुझे दोष मत दो, बल्कि अपने आपको दोष दो।” दुनिया में मेरे पास विवश करने और बाध्य करने की शक्ति नहीं थी। मेरी शक्ति की सीमा केवल बुलाने तक थी। मैंने तुम्हें पाप की ओर बुलाया और तुमने मेरी पुकार स्वीकार करके उसका जवाब दिया, इसलिए मुझे दोष मत दो, बल्कि अपने आपको दोष दो कि तुमने मेरी पुकार का सकारात्मक उत्तर दिया। (नहल 99-100; इब्राहीम 22; VY ईश्वरीय न्याय) मेरे और तुम्हारे बीच का संबंध केवल ‘बुलाने’ और ‘स्वीकार करने’ तक ही था, बस।” मनुष्य पर शैतान के इतने सीमित अधिकार का दर्शन और रहस्य मनुष्य की स्वतंत्र इच्छा है। मनुष्य की अस्तित्वगत अवस्था यह माँग करती है कि वह स्वतंत्र और स्वेच्छाचारी हो। स्वतंत्र इच्छा वाला प्राणी हमेशा दो रास्तों के बीच और दो आह्वानों के बीच खड़ा होना चाहिए, ताकि वह अपनी पूर्णता और वास्तविकता को—जो केवल अपनी इच्छा से और ‘चुनाव’ के माध्यम से ही प्राप्त होती है—हासिल कर सके। दुनिया से दो विपरीत पुकारें उठती हैं; एक पुकार शुभजनों की, “कौन-सी पुकार के लिए तुम तैयार हो?” और दूसरी पुकार अशुभजनों को दूर भगाने वाली है। इस्लामी विश्वदृष्टि में कोई भी प्राणी सृष्टि में स्वतंत्र रूप से कोई भूमिका नहीं निभाता। कुरआन किसी भी प्राणी को स्वतंत्र सत्ता नहीं मानता। हर प्राणी की हर भूमिका, ईश्वरीय इच्छा और संकल्प को कार्यान्वित करने का माध्यम और मार्ग बनने के रूप में होती है। कुरआन सृष्टि में ईश्वरीय इच्छा को कार्यान्वित करने के माध्यम के रूप में फ़रिश्तों की भूमिका मानता है; लेकिन शैतान के लिए ऐसी भूमिका भी नहीं मानता—यह तो दूर की बात है कि उसे स्वतंत्र स्रष्टा माने, जैसा कि अवेस्ता में अह्रिमन अहुरमज़्दा के सामने एक स्वतंत्र स्रष्टा है। इसी कारण इस्लामी ग्रंथों के अनुवाद में आम तौर पर ‘शैतान’ शब्द का ‘अह्रिमन’ या ‘देव’ अनुवाद करना एक बड़ी भूल है। फ़ारसी में ‘शैतान’ का कोई समानार्थी शब्द नहीं है; अनुवाद में इसे मूल शब्द के रूप में ही रखना चाहिए। कुरआन की दृष्टि में शैतान किसी भी तरह ईश्वर के सामने कोई ध्रुव नहीं है; वह तो उन फ़रिश्तों के सामने भी कोई ध्रुव नहीं है जो ईश्वर की अनुमति से सृष्टि के काम में लगे हैं और वस्तुओं की रचना में ईश्वरीय इच्छा को कार्यान्वित करते हैं। आम तौर पर हमारे लोगों की ‘जिन्न’ के बारे में धारणा, कुरआन जिन्नों का जो चित्र प्रस्तुत करता है उससे अलग है। कुरआन में जिन्न मनुष्य जैसा एक प्राणी है, जिस पर मनुष्य जैसे ही कर्तव्य लागू होते हैं, लेकिन वह अदृश्य है; जबकि आम लोगों की कल्पना में जिन्न ऐसा प्राणी है जिसे फ़रिश्तों की श्रेणी में रखा जाता है। कुरआन जिन्नों को इंस—मनुष्यों—के साथ रखता है, जबकि आम लोग उन्हें फ़रिश्तों के साथ रखते हैं। कुरआन के स्पष्ट कथन के अनुसार शैतान जिन्नों में से है। इस्लामी विश्वदृष्टि में फ़रिश्तों की सृष्टिगत व्यवस्था में कार्यान्वयनकारी भूमिका है, जबकि जिन्नों की इस दृष्टि से कोई भूमिका नहीं। जिन्न और फ़रिश्तों को एक ही श्रेणी में रखना, इस्लामी साहित्य में उस गलतफ़हमी के कारण है जो मुसलमानों पर पहले से मन में बसे ज़रदुश्ती विचारों के प्रभाव से हावी हुई है। मानवीय न्याय और ईश्वरीय न्याय। 73 अब मूल विषय पर लौटें। संसार के बारे में इस्लामी दृष्टिकोण, ज़रदुश्ती, मानी और मज़दकी दृष्टिकोणों के विपरीत, एकध्रुवीय है। कुरआन की दृष्टि में शैतान भी उस कथन का उदाहरण है “जिसने हर चीज़ को सुंदर बनाया”, और इस कथन का भी कि “हमारा रब वह है जिसने हर चीज़ को उसकी सृष्टि प्रदान की, फिर उसका मार्गदर्शन किया।” शैतान का अस्तित्व, उसकी शैतानियत और उसका गुमराह करना स्वयं एक बुद्धिमत्ता और हित पर आधारित है; और उसी बुद्धिमत्ता तथा हित के कारण शैतान सापेक्ष बुराई है, न कि वास्तविक, सच्ची और निरपेक्ष बुराई। इससे भी अधिक आश्चर्य की बात यह है कि कुरआन के तर्क के अनुसार, शैतान को ‘गुमराह करने’ का पद स्वयं ईश्वर ने प्रदान किया है। इस बारे में पवित्र कुरआन कहता है: “उनमें से जिसे भी तू अपनी आवाज़ से बहका सकता है, बहका; अपने घुड़सवारों और पैदल सैनिकों के साथ उन पर चढ़ाई कर; उनकी संपत्ति और संतानों में साझीदार बन जा और उन्हें वादे दे।” शैतान उन्हें केवल छलावे और धोखे के वादे देता है। यहाँ ईश्वर शैतान को संबोधित करके आदेश देता है कि आदम की संतानों में से जिसे तू बहका सके, उसे फिसला दे; अपने घुड़सवारों और पैदल सैनिकों के साथ उन पर चढ़ाई कर, उनकी संपत्ति और संतानों में साझीदार बन जा और उन्हें वादे दे— शैतान उन्हें केवल झूठ और धोखे के वादे देता है। motahari.in लगता है कि शैतान गुमराह करने का पद स्वीकार करने की अपनी तत्परता प्रकट करता है, जब वह कहता है: “इस कारण कि तूने मुझे गुमराह किया, मैं अवश्य ही उनके लिए तेरे सीधे रास्ते पर बैठूँगा; फिर मैं उनके पास आगे से और पीछे से, उनके दाएँ से और उनके बाएँ से आऊँगा, और तू उनमें से अधिकतर को कृतज्ञ नहीं पाएगा।” “इस कारण कि तूने मुझे गुमराह किया, मैं उनके लिए तेरे सीधे रास्ते पर अवश्य बैठूँगा; फिर मैं उनके पास आगे से और पीछे से, उनके दाएँ से और उनके बाएँ से आऊँगा, और तू उनमें से अधिकतर को कृतज्ञ नहीं पाएगा।” सज्दा 7। ताहा 50। इस्रा 64।</w:t>
      </w:r>
    </w:p>
    <w:p>
      <w:pPr>
        <w:jc w:val="left"/>
      </w:pPr>
      <w:r>
        <w:rPr>
          <w:rFonts w:ascii="Calibri" w:hAnsi="Calibri" w:cs="Calibri"/>
          <w:sz w:val="28"/>
          <w:szCs w:val="28"/>
          <w:rtl w:val="0"/>
        </w:rPr>
        <w:t>आराफ़ / 16 और 17। ईश्वरीय न्याय। बेशक, गुमराह करने का अर्थ और शैतान का कार्यक्षेत्र इस निम्न स्तर पर वही है जिसका पहले उल्लेख किया जा चुका है, इससे अधिक नहीं; अर्थात मनुष्य पर किसी प्रकार की ज़बरदस्ती या बाध्यता नहीं है; जो कुछ है, वह वसवसा, आमंत्रण, सजावट और “तसवी्ल” है। इस बात का उल्लेख करना आवश्यक है कि तख़्लीक़ के शैतान के कार्यक्षेत्र से बाहर होने की बात कहने से हमारा अभिप्राय यह नहीं कि शैतान की तख़्लीक़ में कोई भूमिका नहीं है। क्या यह संभव है कि सृष्टि में कोई अस्तित्व हो और उसकी कोई भूमिका या प्रभाव न हो?! अभिप्राय यह है कि शैतान न तो कुछ अस्तित्वों का स्वतंत्र सृष्टिकर्ता है और न ही ईश्वर के सामने कोई प्रतिद्वंद्वी शक्ति, न ही उसे विश्व की दीर्घ श्रेणीबद्ध व्यवस्था में फ़रिश्तों की तरह ब्रह्मांड के संचालन और व्यवस्था की कोई भूमिका सौंपी गई है, और न ही मनुष्य पर उसका ऐसा नियंत्रण है कि वह उसे अपनी इच्छित बात के लिए विवश कर सके। क़ुरआन शैतान और जिन्नों को तख़्लीक़ में भूमिका देता है, लेकिन कुल मिलाकर यह भूमिका मनुष्य की भूमिका से बढ़कर या ऊँची नहीं है। इस चर्चा का हमारा मुख्य उद्देश्य यह है कि क़ुरआन ने शैतान के प्रश्न को इस तरह प्रस्तुत किया है कि इससे तौहीद-ए-ज़ाती और “उस जैसी कोई चीज़ नहीं” के सिद्धांत पर तनिक भी आँच नहीं आती, और न ही सृष्टि में तौहीद तथा “सृष्टि और आदेश उसी के हैं”, “कहो, अल्लाह हर चीज़ का सृष्टिकर्ता है” के सिद्धांत पर; और न ही “राजसत्ता में उसका कोई साझीदार नहीं” के सिद्धांत पर। दार्शनिक निराशावाद। motahari.ir बुराइयों के प्रश्न का एक और परिणाम दार्शनिक निराशावाद है। निराशावादी दार्शनिक आम तौर पर भौतिकवादियों में से होते हैं। भौतिकवाद और दार्शनिक निराशावाद के बीच एक प्रकार का संबंध और अनिवार्य जुड़ाव है, जिसे नकारा नहीं जा सकता। क्यों? यह स्पष्ट है: भौतिकवाद बुराइयों की समस्या का समाधान करने में असमर्थ है। ईश्वरीय दर्शन की दृष्टि में अस्तित्व का अर्थ ही भलाई है; बुराई एक सापेक्ष और अतिरिक्त बात है, और बुराई के हर परदे के पीछे भलाई छिपी है; लेकिन भौतिकवादी दृष्टिकोण के अनुसार ऐसी कोई बात नहीं है। शूरा 11; आराफ़ /54। रअद /16। इस्रा /111। शैतान के विषय में चर्चा के लिए तफ़सीर अल-मीज़ान देखें, खंड 8, पृष्ठ 34–58, सूरह आराफ़ की शुरुआती आयतों के अंतर्गत; और इस पुस्तक के लेखक की लिखी पुस्तक “इस्लाम और ईरान की पारस्परिक सेवाएँ” भी। मानवीय न्याय और ईश्वरीय न्याय। ऐसी कोई बात नहीं है। दुनिया के प्रति निराशावाद पीड़ादायक है। यह बहुत दुखद है कि मनुष्य दुनिया को संवेदना, अनुभूति और उद्देश्य से रहित माने। वह मनुष्य जो स्वयं को दुनिया की छोटी-सी संतान मानता है और अपने लिए उद्देश्य निर्धारित करता है, जब यह सोचता है कि जिस दुनिया ने मुझे और मेरी सोच को जन्म दिया है तथा मुझे उद्देश्य रखना सिखाया है, उसी का अपना कोई उद्देश्य नहीं है, तो वह बुरी तरह काँप उठता है। जो व्यक्ति सोचता है कि दुनिया में न्याय नहीं है और प्रकृति में भेदभाव तथा अत्याचार मौजूद हैं, उसे दुनिया की सारी नेमतें दे दी जाएँ, तब भी वह निराश और असंतुष्ट रहेगा। अपनी खुशी और मानव जाति के कल्याण के लिए ऐसे व्यक्ति के प्रयासों के साथ किसी भी प्रकार का उत्साह या आशा नहीं होती। जब अस्तित्व की बुनियाद ही अत्याचार पर हो, तो मनुष्य का न्याय चाहना अर्थहीन हो जाता है। जब दुनिया का मूल सिद्धांत उद्देश्यहीनता हो, तो हमारा उद्देश्य रखना पानी पर बनी तस्वीर जैसा एक मूर्खतापूर्ण काम है। ईमान वाले लोगों को जो सर्वोत्तम मानसिक शांति और सुकून मिलता है, उसका कारण यह है कि वे दुनिया को बुद्धिमान, सर्वज्ञ और उद्देश्यपूर्ण मानते हैं, न कि भ्रमित, मूर्ख और उद्देश्यहीन; वे उसे न्यायप्रिय तथा सत्य और सत्यनिष्ठों का समर्थक मानते हैं, न कि अत्याचारी, अत्याचार का समर्थक या उदासीन। एकेश्वरवादी बुराइयों और अनिष्टों के बारे में मानते हैं कि कुछ भी निरर्थक नहीं है; बुराइयाँ या तो न्यायसंगत दंड होती हैं या उद्देश्यपूर्ण और प्रतिफल दिलाने वाली परीक्षाएँ। लेकिन ईमान से रहित लोग क्या करते हैं? वे किस बात से दिल बहलाते हैं? वे आत्महत्या का सहारा लेते हैं और, उनमें से एक के शब्दों में, साहसपूर्वक मृत्यु को गले लगा लेते हैं। विश्व स्वास्थ्य संगठन ने आँकड़े प्रकाशित करके घोषणा की है कि आत्महत्या की दर, विशेषकर बुद्धिजीवियों में, बढ़ रही है। इस संगठन की रिपोर्ट के अनुसार, यूरोप के आठ देशों में आत्महत्याएँ बहुत बढ़ गई हैं। उन आठ देशों में से एक स्विट्ज़रलैंड है, जिसे हम खुशहाली का उदाहरण मानते हैं। इस रिपोर्ट में कहा गया है कि मृत्यु के कारणों में आत्महत्या तीसरे स्थान पर है, अर्थात इससे कैंसर से भी अधिक मौतें होती हैं; और दुर्भाग्य से यह अशिक्षित वर्ग की तुलना में शिक्षित वर्ग में अधिक होती है। इसी रिपोर्ट में यह भी कहा गया है कि विकासशील देशों में, जहाँ लोग अपना ईमान खो रहे हैं, आत्महत्याएँ अधिक होती हैं। पश्चिमी जर्मनी में हर वर्ष 12,000 लोग आत्महत्या से मरते हैं और 60,000 लोग आत्महत्या का प्रयास करते हैं और बचा लिए जाते हैं। यही है उन लोगों का जीवन जिन्होंने ज्ञानी ईश्वर, “रब्बुल-आलमीन”, पर अपना ईमान खो दिया है।</w:t>
      </w:r>
    </w:p>
    <w:p>
      <w:pPr>
        <w:jc w:val="left"/>
      </w:pPr>
      <w:r>
        <w:rPr>
          <w:rFonts w:ascii="Calibri" w:hAnsi="Calibri" w:cs="Calibri"/>
          <w:sz w:val="28"/>
          <w:szCs w:val="28"/>
          <w:rtl w:val="0"/>
        </w:rPr>
        <w:t>V9 ईश्वरीय न्याय: आत्महत्या के कई कारण बताए गए हैं—ध्यान आकर्षित करना, प्रेम में विफलता, प्रतिस्पर्धाओं में असफलता सामाजिक और आर्थिक, गरीबी, नशे की लत, दमन, जीवन और अस्तित्व को निरर्थक समझना; लेकिन मूल कारण एक ही है—ईमान का अभाव। विलियम जेम्स अपनी पुस्तक के पहले अध्याय में, जिसका अनुवाद «धर्म और मन» नाम से हुआ है, एक मार्क ऑरेल नामक भौतिकवादी लेखक तथा नीत्शे और शोपेनहावर के बारे में कहते हैं: मार्क ऑरेल के शब्दों में गहरी जड़ें जमाए कड़वाहट और उदासी झलकती है। उसकी कराहें उस सूअर की कराह जैसी हैं जो छुरी के नीचे आवाज़ करता है। नीत्शे और शोपेनहावर की मनोदशा में उदासी और चिड़चिड़ापन दिखाई देता है, जो कड़वाहट भरी दाँत पीसने की आवाज़ों से मिला हुआ है। इन दोनों जर्मन लेखकों की पीड़ाभरी कराहें मनुष्य को उस चूहे की चीं-चीं याद दिलाती हैं जो मर रहा हो। इन दोनों लेखकों के शब्दों में वह शुद्धिदायक अर्थ और भाव नहीं मिलता, जो धर्म जीवन की कठिनाइयों और कष्टों को देता है। नीत्शे, जिसे विलियम जेम्स निराशावादी कहते हैं, का एक प्रसिद्ध दर्शन है, जो «शक्ति की प्रधानता» पर आधारित है। वह कहता है: करुणा और कोमल हृदयता को त्याग देना चाहिए; करुणा दुर्बलता से उत्पन्न होती है। विनम्रता और आज्ञाकारिता नीचता हैं। धैर्य, सहनशीलता, क्षमा और उदारता हिम्मत की कमी और कमज़ोरी से उपजती हैं... स्वयं को क्यों मारें? स्वयं को विकसित करना चाहिए। दूसरों के लिए जीना क्या है? अपने को चाहना चाहिए और अपनी ही पूजा करनी चाहिए। और कमज़ोर तथा असहाय लोगों को छोड़ देना चाहिए, ताकि वे मिट जाएँ। ऐसे विचारों और धारणाओं के साथ नीत्शे ने स्वाभाविक रूप से दुनिया को अपने लिए जेल बना लिया था। जीवन के अंतिम दिनों में उसे इन विचारों का फल मिला। जीवन के अंतिम दिनों में अपनी बहन को लिखे एक पत्र में वह लिखता है: जैसे-जैसे समय बीतता है, जीवन मेरे लिए और भारी होता जाता है। बीमारी के कारण अत्यंत उदासी और कमज़ोरी में बीते वर्षों में मैं कभी आज की तरह दुख से इतना भरा और आशा से इतना खाली नहीं था। क्या हुआ है? वही हुआ जो होना ही था। सब लोगों से मेरे मतभेदों ने उनसे मेरा विश्वास छीन लिया है, और दोनों पक्ष देखते हैं कि हम गलती पर थे। हे ईश्वर, आज मैं कितना अकेला हूँ! एक भी व्यक्ति नहीं जिसके साथ मैं हँस सकूँ और एक प्याला चाय पी सकूँ; कोई नहीं जो मुझ पर मित्रतापूर्ण स्नेह करे। 2. यूरोप में दर्शन का इतिहास, खंड 3, अध्याय 5। यूरोप में दर्शन का इतिहास, खंड 3, अध्याय 5। मानवीय न्याय और ईश्वरीय न्याय। शोपेनहावर, जिसका उल्लेख विलियम जेम्स ने भी किया है, का मानना है: VV जीवन में मूल तत्व पीड़ा और कष्ट है; सुख और आनंद केवल पीड़ा का निवारण हैं और सकारात्मक नहीं, बल्कि नकारात्मक हैं। और जीवित प्राणी जीवन के जितने ऊँचे स्तर पर होता है, उसकी पीड़ा उतनी ही अधिक होती है, क्योंकि वह अधिक महसूस करता है, बीते हुए कष्ट को अधिक याद करता है और आने वाली पीड़ा का बेहतर अनुमान लगा पाता है... सुख का एक पल जीवनभर के दुख के पीछे आता है। विवाह न करो तो कष्ट है, विवाह करो तो हज़ार झंझट हैं। सबसे बड़ी विपत्ति प्रेम का दुख है और स्त्री के साथ जीवन, जिसे लोग आनंद का कारण समझते हैं, जबकि वह दुखों का स्रोत है। मेलजोल रखो तो परेशानी; न रखो तो जीवन से ऊब जाते हो। दासता बेड़ी है और स्वामित्व सिरदर्द; जब तक शरीर में प्राण हैं, इस पीड़ा और कष्ट से छुटकारा नहीं पाया जा सकता। जीवन पूरी तरह मेहनत-मशक्कत है; बल्कि यह ऐसी मृत्यु है जो पल-पल टलती रहती है, और अंततः मृत्यु आ पहुँचती है, जबकि जीवन से कोई लाभ नहीं मिला और कोई उपयोगी नतीजा हासिल नहीं हुआ। इस्लामी दुनिया में भी कभी-कभी ऐसे लोग हुए हैं और हैं, जो संसार को अँधकारमय देखते हैं और सृष्टि की घटनाओं के सामने हमेशा उदास, त्योरियाँ चढ़ाए और क्रोधित चेहरा दिखाते हैं; विलियम जेम्स के अनुसार, उनकी बातें दाँत पीसने जैसी हैं। प्रसिद्ध अरब दार्शनिक और कवि अबू अल-अला अल-मआर्री तथा कवि उमर ख़य्याम भी इसी समूह के हैं। मैं ख़य्याम को कवि इसीलिए कहता हूँ कि विद्वानों का विश्वास नहीं है कि प्रसिद्ध निराशावादी कविताएँ दार्शनिक और गणितज्ञ ख़य्याम की हैं। कवि ख़य्याम के लिए जो बात हैरानी, पीड़ा और कराह का कारण है, वह दार्शनिक ख़य्याम के लिए सुलझ चुकी है। हमारे युग में यूरोपियों की नकल और अन्य कारणों से, जिनका उल्लेख करने का यह अवसर नहीं है, निराशावादी लेखक पैदा हुए हैं, जो इस रास्ते से युवाओं के मन में ज़हर घोलते हैं, उन्हें जीवन से विमुख करते हैं और कभी-कभी आत्महत्या के लिए उकसाते हैं; और दृश्य-अदृश्य शक्तियों द्वारा प्रोत्साहित किए जाते हैं, जिससे उनकी संख्या दिन-ब-दिन बढ़ती जाती है। सादिक़ हिदायत इसी समूह में हैं। विलियम जेम्स के शब्दों में, उनकी रचनाएँ उस सूअर जैसी लगती हैं जो छुरी के नीचे कराहता है, या उस चूहे जैसी जो मरते हुए चीं-चीं करता है। नीत्शे, शोपेनहावर, अबू अल-अला और ख़य्याम जैसे लोगों के विपरीत हैं दार्शनिक और विद्वान। यूरोप में दर्शन का इतिहास, खंड 3, चौथा भाग। इस्लाम और ईरान की पारस्परिक सेवाएँ पुस्तक का सातवें संस्करण और उसके बाद के संस्करणों में «इस्लाम के लिए ईरानियों की दार्शनिक सेवाएँ» वाला भाग देखें। ईश्वरीय न्याय के पक्षधर आशावादी होते हैं। ईश्वरवादी सामान्यतः, या उनमें से अधिकांश, इसी समूह के हैं। मौलाना रूमी, वह महान सूफ़ी, इस समूह के प्रवक्ता हैं। उनकी पूरी वाणी में प्रेम, उमंग और मस्ती दिखाई देती है। इस महान सूफ़ी की दृष्टि में मनुष्य आनंद, सुख और सौभाग्य का केंद्र है, बशर्ते वह इस केंद्र से निःशुल्क लाभ उठाना चाहे। संसार में ऐसा कोई दुख नहीं जिसे आनंद और प्रसन्नता में बदला न जा सके। वे उन लोगों का उपहास करते हैं जो केवल शराब, संभोग या समा से आनंद चाहते हैं। वे मनुष्य को संबोधित करके कहते हैं: वह मदिरा जो मटके में छिपकर उबलती है, तुम्हारे मुख के प्रेम में इस तरह उबलती है। ऐ समूचे सागर, तुम मेरे लिए बूँद का क्या करोगे? ऐ समूचे अस्तित्व, तुम शून्यता क्यों खोजते हो? «हमने सम्मान दिया» का ताज तुम्हारे सिर पर है; «हमने तुम्हें दिया» का हार अपने गले में डालो। क्या तुम व्यर्थ की पुस्तकों से ज्ञान खोजते हो? क्या तुम भूसी की मिठाई से स्वाद चाहते हो? शराब, संभोग या समा क्या हैं कि तुम उनसे आनंद और लाभ खोजते हो?</w:t>
      </w:r>
    </w:p>
    <w:p>
      <w:pPr>
        <w:jc w:val="left"/>
      </w:pPr>
      <w:r>
        <w:rPr>
          <w:rFonts w:ascii="Calibri" w:hAnsi="Calibri" w:cs="Calibri"/>
          <w:sz w:val="28"/>
          <w:szCs w:val="28"/>
          <w:rtl w:val="0"/>
        </w:rPr>
        <w:t>सूर्य कब कण से उधार माँगता है? शुक्र ग्रह कब सुराही से प्याला माँगता है? और वही हैं जो कहते हैं: मैं उसकी कृपा और उसके क्रोध—दोनों से सच्चा प्रेम करता हूँ; अचरज है कि मुझे ये दोनों प्रिय हैं। सादी, हाफ़िज़ और रहस्यवादी प्रवृत्ति के अन्य कवियों ने भी इसी राह पर कदम रखा है। हाफ़िज़ और अन्य कवियों की रचनाओं में कुछ दोअर्थी शब्द मिलते हैं, लेकिन जो लोग उनकी भाषा से परिचित हैं, वे जानते हैं कि उनके मत में अच्छाई के सिवा कुछ दिखाई नहीं देता। यह बात रहस्यवाद और सूफ़ी मत तक सीमित नहीं है; सामान्यतः ईमान की यही विशेषता है। ईमान का अभाव एक प्रकार की कमी है, जो अपने-आप असंतुलन पैदा करती है और असंतुलन पीड़ा उत्पन्न करता है। ईमान में बदलने और रूपांतरित करने की शक्ति होती है; वह दुख और पीड़ा को आनंद और उल्लास में बदल देता है। इस्लाम में प्रशिक्षित लोग घटनाओं और विपत्तियों के समय इस सत्य को याद करते हैं कि हम ईश्वर के हैं और हमारी वापसी भी उसी की ओर है। इस प्रशिक्षण का एक वास्तविक उदाहरण दिखाने के लिए, इन प्रशिक्षित लोगों में से एक स्त्री की कथा प्रस्तुत करते हैं: «और जब उन पर कोई विपत्ति आती है, तो वे कहते हैं, ‘निश्चय ही हम ईश्वर के हैं और उसी की ओर लौटकर जाने वाले हैं।’» (बक़रा/156)। मानवीय न्याय और ईश्वरीय न्याय। एक मुस्लिम पुरुष का प्रसंग प्रस्तुत करते हैं, जो पैग़म्बर (उन पर और उनके परिवार पर ईश्वर की कृपा और शांति हो) के सहाबियों में से था। 79 अबू तल्हा, पैग़म्बर के साथियों में से एक थे। उनकी एक धर्मपरायण पत्नी थीं, जिनका नाम उम्मे सुलैम था। इस स्त्री और उसके पति का एक बेटा था, जो उन दोनों को बहुत प्रिय था। अबू तल्हा बेटे से बहुत प्रेम करते थे। बेटा बीमार पड़ गया और उसकी बीमारी बढ़ती गई, यहाँ तक कि उम्मे सुलैम समझ गईं कि बेटे का अंत निकट है। बेटे की मृत्यु पर अपने पति को व्याकुल होने से बचाने के लिए उन्होंने किसी बहाने से उन्हें पैग़म्बर की सेवा में भेज दिया। कुछ ही देर बाद बच्चे ने प्राण त्याग दिए। उम्मे सुलैम ने बच्चे के शव को कपड़े में लपेटकर एक कमरे में छिपा दिया और घर के सभी लोगों से कहा कि वे अबू तल्हा को बेटे की मृत्यु की ख़बर न दें। फिर वह गईं, खाना तैयार किया, स्वयं भी सज-सँवरकर इत्र लगाया। कुछ देर बाद अबू तल्हा आए और उन्होंने घर का बदला हुआ हाल देखा। उन्होंने पूछा: बच्चा कहाँ है? उम्मे सुलैम ने कहा: बच्चा शांत हो गया है। अबू तल्हा भूखे थे और उन्होंने खाना माँगा। उम्मे सुलैम ने पहले से तैयार किया हुआ खाना परोसा और दोनों ने साथ भोजन किया और सहवास किया। अबू तल्हा शांत हो गए। उम्मे सुलैम ने कहा: मैं तुमसे एक बात पूछना चाहती हूँ। उन्होंने कहा: पूछो। उन्होंने पूछा: अगर मैं तुम्हें बताऊँ कि एक अमानत हमारे पास थी और हमने उसे उसके मालिक को लौटा दिया है, तो क्या तुम नाराज़ होगे? अबू तल्हा ने कहा: नहीं, कभी नहीं; इसमें दुखी होने की कोई बात नहीं। लोगों की अमानत उन्हें लौटा देनी चाहिए। उम्मे सुलैम ने कहा: ईश्वर पवित्र है! मुझे तुम्हें बताना चाहिए कि ईश्वर ने हमारे बच्चे को, जो हमारे पास उसकी अमानत था, हमसे ले लिया और अपने पास बुला लिया। पत्नी की यह बात सुनकर अबू तल्हा बुरी तरह विचलित हुए। उन्होंने कहा: ईश्वर की क़सम, बेटे के शोक में धैर्य रखने की तुमसे अधिक योग्यता मेरी है, जबकि तुम उसकी माँ हो। वह उठे, स्नान किया और दो रकअत नमाज़ अदा की, फिर पैग़म्बर की सेवा में गए और पूरी घटना शुरू से अंत तक उन्हें सुनाई। पैग़म्बर (उन पर और उनके परिवार पर ईश्वर की कृपा और शांति हो) ने फ़रमाया: ईश्वर आज आप दोनों को बरकत से जोड़े और आपको पवित्र संतान प्रदान करे। मैं ईश्वर का शुक्र अदा करता हूँ कि उसने मेरी उम्मत में बनी इस्राईल की उस धैर्यशील स्त्री जैसी एक स्त्री रखी है। हाँ, यह ईमान और धर्म का प्रभाव है कि वे कठिनाइयों और कष्टों को शुद्ध कर देते हैं, बल्कि उन्हें ख़ुशी, आनंद और सौभाग्य में बदल देते हैं। विलियम जेम्स ने उस पुस्तक में, जिसका हमने पहले उल्लेख किया था, धर्म और केवल नैतिकता—अर्थात धर्मरहित नैतिकता—के बीच के अंतर पर चर्चा की है। वे कहते हैं: बिहार अल-अनवार, खंड 18, मृतकों से संबंधित विधानों के प्रसंग में, «धैर्यवानों के धैर्य का उल्लेख» नामक अध्याय, कंपनी संस्करण, पृष्ठ 227। ईश्वरीय न्याय का आधार धर्म या नैतिकता में यह है कि हम सृष्टि और अस्तित्व के संसार को किस तरह देखते हैं? क्या हम इस अस्तित्व और ब्रह्मांड को कठिनाइयों और पीड़ाओं से भरा मानते हैं, उसके कुछ हिस्से को स्वीकार करते हैं और कुछ हिस्सों को स्वीकार नहीं करते? या इसके विपरीत, हम उसका खुले दिल से और प्रेम से भरे हुए हृदय के साथ स्वागत करते हैं? शुद्ध नैतिकता ब्रह्मांड पर शासन करने वाले विश्व के सामान्य नियमों का ज्ञान और समझ के आधार पर पालन करती है; लेकिन इस आज्ञापालन के साथ बोझिलता और ऊब जुड़ी होती है, और हृदय में कोई गर्मजोशी या उत्साह नहीं होता। यह भावना कि ये नियम उसके गले में पड़े जुए की तरह हैं, उससे कभी दूर नहीं होती। लेकिन धर्म में इसके विपरीत, इस ठंडे और दुखद आज्ञापालन की जगह गर्मजोशी से स्वागत और स्वीकार कर लेते हैं, जो जीवन की हर चीज़ को स्नेह, उत्साह, आत्मीयता और उल्लास से भर देता है। संसार की आत्मा की आत्मा, जिसके आगे स्तोइक दार्शनिक स्वयं को समर्पित करता है, आदर और श्रद्धा की अपेक्षा करती है, लेकिन ईसाई ईश्वर (धर्म का ईश्वर) प्रेम और अनुराग चाहता है। यहीं हम देखते हैं कि ये दोनों समूह भावनाओं और संवेदनाओं के दो अलग-अलग परिवेशों में रहते हैं; एक ध्रुव की ठंडक और दूसरा भूमध्य रेखा की गर्मी के समान है, हालाँकि उनमें से प्रत्येक का परिणाम—अर्थात पूर्ण और बिना किसी सवाल के समर्पण—एक ही हो सकता है। नाज़ या एतराज़? बुराइयों के बारे में चर्चा और कभी-कभी उनके अस्तित्व पर आपत्ति हमारी साहित्यिक परंपरा का एक अपेक्षाकृत बड़ा हिस्सा है। कवि गंभीरता से या मज़ाक में इस विषय में काफ़ी आगे तक गए हैं। बेशक, इस विषय में कही गई हर बात को गंभीरता से, अर्थात सृष्टि की आलोचना और उस पर आपत्ति के रूप में नहीं लिया जा सकता; अक्सर उसका स्वर हास्यपूर्ण होता है और वह कविता का विषय भर होती है। उनमें से कुछ को रहस्यवादी के नाज़-अंदाज़ में कही गई बातों में गिना जा सकता है। ख़य्याम से सम्बद्ध रुबाइयों में इस तरह की कविताएँ बहुत हैं। जैसा कि हमने पहले कहा, यह निश्चित नहीं है कि ये कविताएँ दार्शनिक ख़य्याम की रचनाएँ हों; जो बातें कवि ख़य्याम की कविता में प्रश्न या आपत्ति के रूप में उठाई गई हैं, वे दार्शनिक ख़य्याम के लिए पहले ही सुलझ चुकी थीं।</w:t>
      </w:r>
    </w:p>
    <w:p>
      <w:pPr>
        <w:jc w:val="left"/>
      </w:pPr>
      <w:r>
        <w:rPr>
          <w:rFonts w:ascii="Calibri" w:hAnsi="Calibri" w:cs="Calibri"/>
          <w:sz w:val="28"/>
          <w:szCs w:val="28"/>
          <w:rtl w:val="0"/>
        </w:rPr>
        <w:t>इसलिए ये कविताएँ या तो दार्शनिक ख़य्याम की नहीं हैं, या उनमें व्यंग्य और धर्मशास्त्रियों का मज़ाक उड़ाने का भाव है और वे सतही किस्म की हैं, या फिर रहस्यवादी के नाज़-अंदाज़ वाली हैं। बहरहाल, ख़य्याम से जोड़ी गई इन रुबाइयों में वे कहते हैं: “इस आकाश-मंडप के निवासी ग्रह, बुद्धिमानों के भ्रम का कारण हैं। खबरदार, अपनी बुद्धि का सूत्र मत खोना, क्योंकि जो उनका संचालन करते हैं, वे स्वयं भटक रहे हैं।” *</w:t>
      </w:r>
    </w:p>
    <w:p>
      <w:pPr>
        <w:jc w:val="left"/>
      </w:pPr>
      <w:r>
        <w:rPr>
          <w:rFonts w:ascii="Calibri" w:hAnsi="Calibri" w:cs="Calibri"/>
          <w:sz w:val="28"/>
          <w:szCs w:val="28"/>
          <w:rtl w:val="0"/>
        </w:rPr>
        <w:t>मानवीय न्याय और ईश्वरीय न्याय। यदि वे लोग, जो अभी आए नहीं हैं, जान लें कि ये आकाश-मंडल केवल दुःख ही बढ़ाते हैं, तो फिर हम... ...उन्हें नहीं रहने देंगे, ताकि वे फिर न छीनें। काल से हम जो सह रहे हैं, वह फिर न हो। * * मनुष्य का इस उजाड़ संसार में हासिल दुःख खाने के सिवा कुछ नहीं, जब तक प्राण न निकल जाएँ; सुखी है वह, जो इस संसार से जल्दी चला गया और जिसने स्वयं इस दुनिया में जन्म ही नहीं लिया। ऐ आकाश-मंडल, यह बर्बादी तेरी शत्रुता के कारण है; ऐ धरती, यदि तेरा सीना चीरें... ...तो तेरे सीने में कितने अनमोल रत्न हैं। अत्याचार करना तेरी पुरानी आदत है। M ये शिकायतें और गालियाँ, जो आकाश-मंडल पर बरसाई जाती हैं... ...वास्तव में उच्चतर सत्ता के विरुद्ध शिकायतें हैं, क्योंकि आकाश-मंडल का इसमें कोई वश नहीं... ...जिस टेढ़ेपन और अनुचित व्यवहार का उस पर आरोप है, वह उसकी अपनी इच्छा से नहीं है। शायद इसी... ...कारण हदीस में आया है: “काल को बुरा मत कहो, क्योंकि काल ही अल्लाह है।” समय को गाली मत दो, क्योंकि समय... ...स्वयं ईश्वर है। यह भी कहता है: * * motahari.in प्रकृतियों का संयोजन करने वाले ने... ...यदि यह अच्छा बना, तो इसे तोड़ने की क्या ज़रूरत थी? इसे कमी और नुक़सान में क्यों डाला? और यदि यह अच्छा नहीं बना, तो इसका दोष किसका है? प्याले का वह संयोजन, जो आपस में जुड़ा; इतने लंबे, सुंदर कद और सुंदर भुजाओं को तोड़ना... ...मतवाले को उचित नहीं लगता। इसे क्यों बनाया और फिर क्यों तोड़ा? हदीस की सही व्याख्या यह है कि... ...समय की आलोचना, पूरे जगत-व्यवस्था की आलोचना और ईश्वर के विरुद्ध आपत्ति है; लेकिन कुछ विद्वानों का दावा है... ...कि यह हदीस ज़रवानी लोगों की गढ़ी हुई बातों में से है, जो सचमुच मानते थे कि काल ही ईश्वर है। AY जाम का प्याला है, जिसे बुद्धि प्रशंसा के गीत गाकर बनाती है। यह काल का कुम्हार इतना सुंदर प्याला... ...बनाता है और फिर ज़मीन पर पटक देता है; वह उसके माथे पर प्रेम से सौ चुंबन अंकित करता है। नासिर ख़ुसरो एक ऐसे कवि हैं... ...जिन्हें वास्तव में दार्शनिक कहा जा सकता है। यह कवि एक ओर सूक्ष्म दृष्टि वाला है और विचार तथा... ...दर्शन की दृष्टि से इस तरह की आपत्तियों से ऊपर है; दूसरी ओर उसकी धार्मिक मान्यताएँ दृढ़ हैं और उन मान्यताओं के अनुसार... ...उसे विरोध में मुँह नहीं खोलना चाहिए। फिर भी उसके दीवान में इस विषय की ऐसी कविताएँ भी हैं... ...जिन्हें या तो एक तरह का व्यंग्य और मज़ाक़ समझना चाहिए, या रहस्यवादी की लाड़भरी अदा। उन्हीं में से दलाल-ए-आरिफ़ कहते हैं: ऐ प्रभु, यदि तू ईश्वर है, तो रूमी चेहरे और हब्शी सूरत को हिंदुस्तानी रूप और... ...तुर्की चेहरा क्यों दिया? कोई सुखी और कोई दुखी क्यों हुआ? सृष्टि-रचना में यह भेद कैसा? मान भी लें कि दुनिया संसार की उपेक्षा के कारण है, तो उपकार करने वाले की नेमतें सागर-सागर क्यों हैं? मनुष्य की प्रकृति सुंदर ढंग से रची गई... ...तो अच्छाई का आधार क्या था और कुरूपता का कारण क्या? नर्क जैसा दिल और स्वर्ग जैसा चेहरा? मेहराब का ज़ाहिद और गिरजे का पादरी? ...जब तू ही सबकी धाय और शृंगार करने वाली बनी? किसी को मूर्ख और निकम्मा, किसी को स्वर्गीय बनाया; निर्धन को कष्ट क्यों, वह भी इतने ढेरों? नासिर ख़ुसरो का एक लंबा और प्रसिद्ध क़सीदा है, जो इस शेर से शुरू होता है: motahari.ir ऐ ईश्वर, क्या तू अपने संसार की लंबाई और चौड़ाई चींटी के दिल में समा सकता है? इस क़सीदे में वह कहता है: मेरी सारी पीड़ा बुल्गारियों के कारण है... ...लेकिन बुल्गारियों का भी इसमें कोई दोष नहीं। यदि कहूँ, तो क्या तू सुन सकता है कि मेरी आहों का बोझ मुझे ही उठाना पड़ता है? हे ईश्वर, सच कहूँ तो उपद्रव तेरी ओर से है, लेकिन डर के मारे मैं शिकायत नहीं कर सकता। ख़िताई तुर्कों के होंठ और दाँत... ...इतने सुंदर नहीं बनाने चाहिए थे कि उनके होंठों और दाँतों के कारण हाथ और होंठ दाँतों तले दबाने पड़ें। हिरन पर चिल्लाकर उसे भागने को कहता है, और अरबी घोड़े को बार-बार दौड़ाता है। कुछ विद्वानों का दावा है कि यह क़सीदा... ...गढ़ा हुआ है और नासिर ख़ुसरो का नहीं। १३ मानवीय न्याय और ईश्वरीय न्याय। लगभग चालीस वर्ष पहले... ...शीराज़ के एक कवि ने इस विषय पर एक काव्य-रचना लिखी और उसका उत्तर दिवंगत कर्नल अख़गर की ओर से... ...पत्रिका «अख़गर» में प्रतियोगिता के लिए रखा गया। रसिकों और विद्वानों से अपना मत प्रकट करने का अनुरोध किया गया। ...देश के कोने-कोने से, धार्मिक और ग़ैर-धार्मिक, स्त्री और पुरुष—सब... ...इस प्रतियोगिता में शामिल हुए। कुछ ने पद्य में और कुछ ने गद्य में उत्तर दिया, और कुछ ने संभवतः... ...कवि के मत का समर्थन किया। उन सबको दिवंगत अख़गर ने «सृष्टि के रहस्य» नामक पुस्तक में छापकर प्रकाशित किया। उन उत्तरों का मूल्य क्या है—यह ऐसी बात है जिस पर यह विनम्र लेखक अभी कुछ कहना नहीं चाहता। बेशक, कुछ विद्वानों ने अपनी बातों में दिलचस्प बिंदु प्रस्तुत किए हैं। motahari.ir motahari.ir motahari.ir</w:t>
      </w:r>
    </w:p>
    <w:p>
      <w:pPr>
        <w:jc w:val="left"/>
      </w:pPr>
      <w:r>
        <w:rPr>
          <w:rFonts w:ascii="Calibri" w:hAnsi="Calibri" w:cs="Calibri"/>
          <w:sz w:val="28"/>
          <w:szCs w:val="28"/>
          <w:rtl w:val="0"/>
        </w:rPr>
        <w:t>इस्लामी दर्शन में ‘सर्वोत्तम व्यवस्था’ का प्रश्न और बुराइयों की आपत्ति दर्शन के सबसे महत्वपूर्ण प्रश्नों में से हैं, और जैसा कि हमने पहले भाग में समझाया, इस प्रश्न ने पूर्व और पश्चिम में द्वैतवाद, भौतिकवाद और निराशावाद के दर्शनों को जन्म दिया है। ऐसा बहुत कम कोई होगा जिसने इस प्रश्न पर ध्यान न दिया हो और इसके बारे में कुछ न कहा हो। पूर्व और पश्चिम के दार्शनिकों ने बुराइयों की आपत्ति पर ध्यान दिया है, लेकिन जहाँ तक मैंने अध्ययन किया है, पश्चिमी दार्शनिकों को इस आपत्ति का कोई निर्णायक उत्तर नहीं मिला; लेकिन इस्लाम के दार्शनिकों और हकीमों ने इस आपत्ति का विश्लेषण किया और उसका उत्तर देने में अच्छी तरह सफल हुए, तथा एक महत्वपूर्ण रहस्य से पर्दा उठाया। यहाँ पूर्व की ईश्वरीय प्रज्ञा के बारे में एक वाक्य कहना और इस महान आध्यात्मिक निधि के प्रति कृतज्ञता प्रकट करना अनुचित न होगा। पूर्व की ईश्वरीय प्रज्ञा एक विशाल और बहुमूल्य पूँजी है, जो इस्लाम की उज्ज्वल किरणों के प्रकाश में अस्तित्व में आई और मानवता को भेंट की गई। लेकिन अफ़सोस कि बहुत ही कम लोग इस विशाल निधि से गहराई से परिचित हैं, और अनजान लोगों तथा कट्टर शत्रुओं ने इसके साथ बड़ा अन्याय किया है। कुछ लोग, जिनकी प्राचीन दर्शन के बारे में जानकारी सामान्यतः नौ आकाशों और दस बुद्धियों की सीमाओं से आगे नहीं जाती, और जिन्होंने केवल उसका नाम सुना है, या पुस्तकों की ओर रुख़ किया भी है तो उससे कुछ समझ नहीं पाए, यह कल्पना कर बैठे कि इस्लामी दर्शन वही है जो नौ आकाशों और दस बुद्धियों पर चर्चा करता है; और चूँकि आज आकाशों के सिद्धांत का आधारहीन होना स्पष्ट हो चुका है, इसलिए वे दैवी न्याय के सामने गर्दन उठा सकते हैं और स्वयं को फ़ाराबी, बू अली और सद्र अल-मुतअल्लिहीन से श्रेष्ठ समझ सकते हैं। हाँ, ये लोग सोचते हैं कि इस्लामी ईश्वरीय प्रज्ञा वही प्राचीन यूनानी दर्शन है और उसमें कुछ भी अतिरिक्त नहीं; और यह भी कि वह अनुचित रूप से इस्लाम में दाख़िल हुआ है। ये लोग समझे-बूझे या अनजाने में इस्लाम और इस्लामी ज्ञान के प्रति एक बहुत बड़ा अपराध कर रहे हैं। इस्लामी प्रज्ञा, यूनानी दर्शन से उतनी ही अलग है जितना आइंस्टीन का भौतिक विज्ञान यूनानी भौतिक विज्ञान से। ऐसे प्रमाण मौजूद हैं कि इब्न सीना का ईश्वरीय दर्शन भी पूरी तरह यूरोप तक नहीं पहुँचा और यूरोपीय लोग आज भी इस मूल्यवान निधि से अनजान हैं। उदाहरण के लिए, निम्नलिखित बात का उल्लेख पर्याप्त होगा। ‘उसूल-ए-फ़लसफ़ा व रविश-ए-रियालिस्म’ के दूसरे खंड की टिप्पणियों में हमने याद दिलाया है कि देकार्त का प्रसिद्ध कथन—“मैं सोचता हूँ, इसलिए मेरा अस्तित्व है”—जिसे यूरोपीय दर्शन में एक नए और अत्यंत मूल्यवान विचार के रूप में माना गया है, एक खोखली और निरर्थक बात है, जिसे बू अली ने ‘इशारात’ के तीसरे नमूने में अत्यंत स्पष्टता और पूरी सफ़ाई से प्रस्तुत किया, और फिर एक मज़बूत तर्क से उसका खंडन कर दिया। यदि इब्न सीना के दर्शन का यूरोपीय भाषाओं में सही अनुवाद हुआ होता, तो देकार्त का कथन नए आविष्कार और नए विचार के तमगे के साथ आधुनिक दर्शन की बुनियाद न बनता। लेकिन क्या किया जाए कि आजकल हर चीज़ जिस पर यूरोपीय होने की छाप हो, चलन में आ जाती है, भले ही वह पुरानी और घिसी-पिटी बात हो, जिसे हम वर्षों पहले छोड़ चुके हैं। अब हम उन प्रश्नों के उत्तर की ओर आते हैं जिन्हें हमने पहले भाग में उठाया था। हमने उन प्रश्नों को चार शीर्षकों के अंतर्गत रखा था: पक्षपात, विनाश और अभाव, कमियाँ, और आपदाएँ। इन चार प्रकारों में से पहले का उत्तर हम ‘पक्षपात’ शीर्षक के अंतर्गत देंगे और शेष का ‘बुराइयाँ’ शीर्षक के अंतर्गत; इससे पहले आवश्यक समझते हैं कि इस प्रकार की आपत्तियों के समाधान के विभिन्न दृष्टिकोणों और मार्गों की संक्षिप्त चर्चा करें। मार्ग और दृष्टिकोण। ईश्वरीय न्याय से जुड़ी समस्याओं के समाधान के मार्ग और दृष्टिकोण भिन्न-भिन्न हैं। आम तौर पर धर्म और आस्था के प्रकाश में ईश्वर पर विश्वास करने वाले लोग एक संक्षिप्त उत्तर से अपने अंतःकरण को संतुष्ट कर लेते हैं; वे अपने मन में इस प्रकार विचार करते हैं कि निर्णायक प्रमाणों ने सर्वशक्तिमान, सर्वज्ञ और हकीम ईश्वर के अस्तित्व को सिद्ध किया है; इसका कोई कारण नहीं कि सर्वशक्तिमान, सर्वज्ञ और हकीम ईश्वर अन्याय करे। सन् १३३३ हिजरी-शम्सी में प्रकाशित। समस्या का समाधान। ८९ क्या ईश्वर किसी से शत्रुता रखता है कि शत्रुता के कारण उसका अधिकार छीन ले, या उसे किसी के अधिकार को हड़पकर अपने लिए रख लेने की आवश्यकता है? अन्याय की प्रेरणा या तो मन की गाँठें होती हैं, या ज़रूरतें और अभाव; और चूँकि ईश्वर में अन्याय की कोई प्रेरणा नहीं है, इसलिए ईश्वर के बारे में अन्याय का कोई अर्थ नहीं। वह सर्वशक्तिमान, सर्वज्ञ और सर्वहिकमत है; वह सर्वोत्तम और सर्वाधिक हितकारी व्यवस्था को जानता भी है और उसे अस्तित्व में लाने में सक्षम भी है। इसलिए कोई कारण नहीं कि ईश्वर संसार को ऐसी रीति से बनाए जो सर्वोत्तम और सर्वाधिक हितकारी व्यवस्था के विपरीत हो। निश्चित ही, जिन्हें बुराइयाँ कहा जाता है, यदि वे सर्वोत्तम और सर्वाधिक हितकारी व्यवस्था के विरुद्ध होतीं, तो वे पैदा ही नहीं की जातीं। कभी-कभी यदि इस समूह के लोग ऐसी घटनाएँ देखें जिन्हें वे अपनी समझ से उचित नहीं ठहरा सकते, तो वे उन्हें किसी ऐसी प्रज्ञा और हित के आधार पर उचित ठहराते हैं जो हमसे छिपा हुआ है और जिसका रहस्य केवल ईश्वर जानता है। दूसरे शब्दों में, वे इसे ‘रहस्य-ए-क़दर’ कहते हैं। इसमें कोई संदेह नहीं कि विचार करने और निष्कर्ष निकालने का यह तरीका भी एक प्रकार का तर्क है, और एक सही तर्क है। ये लोग कह सकते हैं कि मान भी लें कि कुछ बुराइयों की समस्या का औचित्य समझ में न आए, तो यह संसार के रहस्यों और भेदों को समझने में मनुष्य की असमर्थता के कारण है। जब मनुष्य स्वयं को रहस्यों और प्रज्ञा से भरे संसार में पाता है, तो स्वाभाविक है कि यदि वह कुछ विशेष मामलों में प्रज्ञा का रहस्य और हित का भेद न समझ पाए, तो उसे मूल सिद्धांत पर संदेह नहीं करना चाहिए। यदि कोई व्यक्ति किसी पुस्तक का अध्ययन करे और पूरी पुस्तक में लेखक की सूक्ष्मता, विवेक और विचार-शक्ति देखे, लेकिन कुछ जगहों पर कुछ वाक्य अज्ञात और अनसुलझे रह जाएँ, तो स्वाभाविक रूप से वह निर्णय करेगा कि इन कुछ जगहों पर मैं लेखक का आशय नहीं समझ पा रहा हूँ; वह कभी यह निर्णय नहीं करेगा कि इन कुछ बातों के अनसुलझे रह जाने के कारण लेखक में विवेक, सूक्ष्मता, समझ और बुद्धि का अभाव था, और बाकी बातें संयोगवश अर्थपूर्ण हो गईं। यह अत्यंत अहंकार और अज्ञान की बात है कि किसी ऐसी पुस्तक के एक या कुछ हिस्सों का अज्ञात रह जाना, जिसके लेखक की विद्वत्ता पूरी पुस्तक में सिद्ध हो चुकी है, उसकी अज्ञानता पर या सभी बुद्धिमत्तापूर्ण बातों के संयोगवश और आकस्मिक होने पर डाल दिया जाए। आम आस्थावान लोग जब भी इन प्रश्नों से सामना करते हैं, तो ऊपर बताए गए तरीके से अपनी समस्या का समाधान कर लेते हैं।</w:t>
      </w:r>
    </w:p>
    <w:p>
      <w:pPr>
        <w:jc w:val="left"/>
      </w:pPr>
      <w:r>
        <w:rPr>
          <w:rFonts w:ascii="Calibri" w:hAnsi="Calibri" w:cs="Calibri"/>
          <w:sz w:val="28"/>
          <w:szCs w:val="28"/>
          <w:rtl w:val="0"/>
        </w:rPr>
        <w:t>जैसा कि हमने पहले कहा, अहल-ए-हदीस का वर्ग ईश्वरीय ज्ञान के विषय में परंपरा-आधारित श्रद्धा और मौन का पक्षधर है और स्वाभाविक रूप से इन मामलों में अपनी राय व्यक्त करने से बचता है; वास्तव में उसका मार्ग आम लोगों का ही मार्ग है, कोई दूसरा नहीं। अशअरी धर्मशास्त्रियों ने भी ऐसा मार्ग अपनाया है कि स्वाभाविक रूप से उनके सामने कोई ऐसा प्रश्न शेष नहीं रहता जिसे हल करने की आवश्यकता हो। लेकिन अन्य धर्मशास्त्री, और साथ ही ईश्वर-विज्ञान में इंद्रिय-आधारित तथा अनुभववादी पद्धति के समर्थक, समाधान खोजते हैं—ईश्वरीय न्याय की समस्याओं का समाधान और सृष्टि के रहस्यों तथा उसके लाभों और हितों की जाँच। लेकिन ईश्वरीय दार्शनिक भी कारण-सिद्धि के मार्ग से आगे बढ़ते हैं और ऊपर प्रस्तुत व्याख्या के अनुसार उसे प्रमाणात्मक रूप देते हैं। वे इस मार्ग से विचार करते हैं कि संसार, जो ईश्वर का प्रभाव है, परमेश्वर की छाया के समान है। ईश्वर परम सौंदर्यवान है और सुंदर की छाया भी सुंदर होती है; और वे बुराइयों के स्वरूप का विश्लेषण भी करते हैं और बताते हैं कि बुराइयाँ अभावात्मक हैं तथा गौण रूप से सृजित हैं, मूलतः नहीं; वे बुराइयों की अनिवार्यता और उनका भलाई से अविभाज्य होना—दूसरे शब्दों में, सृष्टि के अविभाज्य होने—को भी सिद्ध करते हैं; और बुराइयों के प्रभावों तथा लाभों पर भी चर्चा करते हैं। यहाँ हम कारण-सिद्धि के उस रूप पर चर्चा नहीं करेंगे जिसे दार्शनिक प्रस्तुत करते हैं, क्योंकि वह इस पुस्तिका के स्तर से बहुत ऊपर है; लेकिन अन्य भागों की व्याख्या करेंगे। जैसा कि हमने पहले कहा, इस विषय की आपत्तियाँ और समस्याएँ दो शीर्षकों में समेटी जा सकती हैं: पक्षपात और बुराइयाँ। पहले हम पक्षपातों की चर्चा करेंगे और फिर एक अलग खंड में बुराइयों का विश्लेषण करेंगे।</w:t>
      </w:r>
    </w:p>
    <w:p>
      <w:pPr>
        <w:jc w:val="left"/>
      </w:pPr>
      <w:r>
        <w:rPr>
          <w:rFonts w:ascii="Calibri" w:hAnsi="Calibri" w:cs="Calibri"/>
          <w:sz w:val="28"/>
          <w:szCs w:val="28"/>
          <w:rtl w:val="0"/>
        </w:rPr>
        <w:t>भेदभाव की आपत्ति यह थी कि यद्यपि सभी अस्तित्वों का परम सत्य के साथ समान संबंध है, motahari.ir motahari.ir फिर भी उन्हें अलग-अलग और भिन्न क्यों बनाया गया है? कोई काला है और दूसरा गोरा? कोई कुरूप है और दूसरा सुंदर? कोई पूर्ण है और दूसरा अपूर्ण? कोई फ़रिश्ता है, दूसरा मनुष्य, तीसरा पशु और चौथा वनस्पति तथा पाँचवाँ निर्जीव पदार्थ? ऐसा उलटा क्यों नहीं हुआ? पशु फ़रिश्ता और फ़रिश्ता पशु क्यों नहीं हुआ? क्यों सभी सृष्टियों में केवल मनुष्य को ऐसा बनाया गया कि वह कर्तव्य, पुण्य और दंड के योग्य हो, जबकि अन्य अस्तित्व ऐसे नहीं हैं? यदि यह अच्छा है तो सभी ऐसे क्यों नहीं हैं? और यदि यह बुरा है तो मनुष्य को ऐसा क्यों बनाया गया? इन प्रश्नों के दो प्रकार के उत्तर हैं—संक्षिप्त और विस्तृत। संक्षिप्त उत्तर वह है जो हमने पहले, वहाँ प्रस्तुत किया था जहाँ हम विभिन्न मार्गों और पद्धतियों की व्याख्या कर रहे थे। हमने कहा था कि आम तौर पर आस्थावान लोग एक संक्षिप्त व्याख्या से अपने मन को संतुष्ट कर लेते हैं। वे कहते हैं: ये प्रश्न अज्ञात बातों की एक शृंखला प्रस्तुत करते हैं, न कि आपत्तियों और खंडनों की। अधिक-से-अधिक हम इतना ही कह सकते हैं कि हमें नहीं मालूम। हम ईश्वर को सर्वज्ञ, तत्वदर्शी, निरपेक्ष, पूर्ण, न्यायवान और उदार गुणों से युक्त मानते हैं; और जब हम उसे इन गुणों से युक्त जानते हैं, तो हम जानते हैं कि जो कुछ भी घटित होता है, वह बुद्धिमत्ता और हित पर आधारित होता है, भले ही हम उन सारी बुद्धिमत्ताओं और हितों को समझ न सकें। हम दैवी न्याय और नियति के रहस्य से अवगत नहीं हैं। मनुष्य के लिए यह बहुत बड़ा आत्माभिमान और दंभ होगा कि वह कई हज़ार वर्षों के सामूहिक प्रयासों के बावजूद अभी तक अपने प्रत्यक्ष शरीर के रहस्यों का पूरा ज्ञान प्राप्त नहीं कर पाया है, लेकिन अस्तित्व के रहस्य और नियति के भेद को जान लेना चाहता है। मनुष्य जब अस्तित्व की व्यवस्था में इतनी बुद्धिमत्ता और सूझ-बूझ देखता है कि उसकी बुद्धि चकित रह जाती है, तो उसे स्वीकार करना चाहिए कि जहाँ किसी बात की बुद्धिमत्ता उसके लिए अज्ञात है, उसका कारण उसकी समझ की कमी और अपूर्णता है, सृष्टि में कोई कमी नहीं। यह समूह ऐसे क्यों और कैसे वाले प्रश्नों में कभी उलझता नहीं; इन प्रश्नों पर अपना समय लगाने के बजाय वे उन विषयों की जाँच में समय लगाते हैं जिन्हें वे समझते हैं और जिन्हें अपने आचरण का आधार भी बनाते हैं। इसमें कोई संदेह नहीं कि यह उत्तर सही है। आस्थावान लोगों का कर्तव्य नहीं कि वे इन प्रश्नों के विवरण में गहराई तक जाएँ; और आम लोगों में तो इन विषयों में प्रवेश करने की क्षमता भी नहीं है, बल्कि उन्हें इन विषयों में प्रवेश करने से रोका गया है। वास्तव में, यह एक प्रकार का तर्क है कि कारण और कारण की पूर्णता के आधार पर हम कार्य की पूर्णता को स्वीकार करें। लेकिन यहाँ एक और बात है: अधिकांश लोग ईश्वर को उसके प्रभावों, अर्थात् संसार की व्यवस्था के माध्यम से जानते हैं; उनके ज्ञान का आधार संसार है। इस प्रकार का ज्ञान स्वाभाविक रूप से अपूर्ण होता है। इसलिए जब वे अपने ज्ञान के उसी आधार में कुछ अज्ञात बातों से टकराते हैं, तो वे कमोबेश विचलित हो जाते हैं, और उनकी समस्या का समाधान उन आपत्तियों के पहलुओं की जाँच के सिवा संभव नहीं। उन्होंने ईश्वर को संसार से स्वतंत्र रूप में नहीं जाना है, ताकि परम पूर्णता, परम निरपेक्षता और परम सौंदर्य के रूप में ईश्वर का ज्ञान उन्हें संसार से परिचित कराए—सबसे सुंदर प्रभाव के रूप में, जो सबसे सुंदर कर्ता से निकला है; और सबसे पूर्ण प्रभाव के रूप में, जो सबसे पूर्ण कर्ता से निकला है। उनका संसार से केवल एक ही प्रकार का संबंध है, और वह सामान्य और प्रचलित इंद्रियबोध का मार्ग है। वे संसार के दर्पण में ईश्वर को देखते हैं; इसलिए दर्पण की सतह पर जो धब्बा उन्हें दिखाई देता है, वह दृश्य के प्रति उनकी दृष्टि को प्रभावित करता है। यदि वे संसार को ईश्वर के दर्पण में देख पाते, या दूसरे शब्दों में, यदि वे संसार को ऊपर से देख पाते, तो वे सारी कमियाँ और कुरूपताएँ, जो नीचे से दिखाई देती हैं, मिटकर लुप्त हो जातीं और स्पष्ट हो जाता कि वे अपूर्ण दृष्टि के भ्रम के प्रकार की हैं। यही वह दृष्टिकोण है जिसे हमने हाफ़िज़ का «मार्गदर्शक पीर का दृष्टिकोण» कहा था। हमारे पीर ने कहा: “सृष्टि की लेखनी से कोई त्रुटि नहीं हुई; उसकी त्रुटि को ढँक देने वाली निर्मल दृष्टि की जय हो!” जिन लोगों के ज्ञान का एकमात्र आधार संसार है, उन्होंने संसार के दर्पण में ही ईश्वर को न्यायवान, तत्वदर्शी और सर्वज्ञ, न्यायवान, निरपेक्ष और पूर्ण देखा है। इसलिए संसार में इस संदर्भ में जो अज्ञात बातें उन्हें मिलती हैं, वे उनके दर्पण के चेहरे पर धब्बा बन जाती हैं और सही प्रतिबिंब दिखाने में बाधा डालती हैं। दूसरी ओर, विशेष रूप से हमारे युग में, भौतिकवाद की ओर झुकाव रखने वालों द्वारा ये आपत्तियाँ और समस्याएँ भाषणों तथा लेखों में बहुत उठाई जाती हैं। यह सेवक ऐसे प्रश्न उठाने वाले लोगों से अक्सर मिलता है। ये प्रश्नकर्ता या तो मूलतः ईश्वर में विश्वास नहीं रखते, या उनका विश्वास इतना दृढ़ नहीं है कि वे ईश्वरीय बुद्धिमत्ता और हित के संक्षिप्त स्वीकार से संतुष्ट हो सकें। इसलिए कुछ ऐसे विषयों को प्रस्तुत करना आवश्यक है जिनका संबंध इन प्रश्नों की जड़ से है, ताकि समस्याओं का समाधान हो सके। एक और बात यह है कि बुद्धिमत्ताओं और हितों के संबंध में एक महत्त्वपूर्ण आपत्ति है, जिस पर कम चर्चा होती है; और यदि इस आपत्ति का समाधान न हो, तो ऊपर दिया गया संक्षिप्त उत्तर अपना महत्त्व खो देता है। इस आपत्ति का समाधान इस बात पर निर्भर है कि हम एक मूल सिद्धांत की नींव रखें, जो आगे दिए जाने वाले विस्तृत उत्तर का आधार है, और जिस पर दार्शनिक अधिकतर अपने उत्तर को टिकाते हैं। केवल इसी सिद्धांत के सहारे पहले दिया गया संक्षिप्त उत्तर भी सार्थक होता है और आगे दिया जाने वाला विस्तृत उत्तर भी। आपत्ति यह है: क्या ईश्वर के संदर्भ में «हित» और «बुद्धिमत्ता» का कोई अर्थ और आशय हो सकता है? क्या यह कहा जा सकता है कि ईश्वर ने अमुक काम अमुक हित के लिए किया है, या ईश्वर के अमुक कार्य की बुद्धिमत्ता यह या वह है? और क्या ईश्वर के बारे में इस प्रकार सोचना ईश्वर की तुलना सृष्ट प्राणियों से करने के कारण नहीं है?</w:t>
      </w:r>
    </w:p>
    <w:p>
      <w:pPr>
        <w:jc w:val="left"/>
      </w:pPr>
      <w:r>
        <w:rPr>
          <w:rFonts w:ascii="Calibri" w:hAnsi="Calibri" w:cs="Calibri"/>
          <w:sz w:val="28"/>
          <w:szCs w:val="28"/>
          <w:rtl w:val="0"/>
        </w:rPr>
        <w:t>कोई दावा कर सकता है कि मूलतः ईश्वर के बारे में “बुद्धिमत्ता” और “हित” की कोई अवधारणा और अर्थ नहीं है, और ये सभी बातें सृष्टिकर्ता की तुलना सृष्टि से करने के कारण पैदा हुई हैं; क्योंकि “हित इसकी मांग करता है” का अर्थ यह है कि किसी विशेष उद्देश्य तक पहुँचने के लिए किसी विशेष साधन का उपयोग करना चाहिए; उस साधन को चुनना हितकर है, क्योंकि वह उस विशेष उद्देश्य तक पहुँचाता है, जबकि किसी दूसरे साधन को चुनना हितकर नहीं है, क्योंकि वह उस उद्देश्य से दूर ले जाता है। उदाहरण के लिए, हम कहते हैं कि हित की मांग थी कि पीड़ा और कष्ट हों, ताकि आनंद का अर्थ और अवधारणा हो; बुद्धिमत्ता की मांग थी कि माँ के स्तन हों, ताकि बच्चे को तैयार भोजन मिल सके; बुद्धिमत्ता और हित की मांग थी कि किसी विशेष पशु के सींग हों, ताकि वह शत्रु के हमले के सामने अपनी रक्षा कर सके। क्या यह नहीं कहा जा सकता कि इन सभी बातों में ईश्वर की तुलना मनुष्य और अन्य अपूर्ण प्राणियों से की गई है?</w:t>
      </w:r>
    </w:p>
    <w:p>
      <w:pPr>
        <w:jc w:val="left"/>
      </w:pPr>
      <w:r>
        <w:rPr>
          <w:rFonts w:ascii="Calibri" w:hAnsi="Calibri" w:cs="Calibri"/>
          <w:sz w:val="28"/>
          <w:szCs w:val="28"/>
          <w:rtl w:val="0"/>
        </w:rPr>
        <w:t>96 मनुष्य और प्रत्येक अन्य अपूर्ण प्राणी के लिए ईश्वरीय न्याय, हित और बुद्धिमत्ता का अर्थ और अवधारणा है, क्योंकि मनुष्य या कोई अन्य अपूर्ण प्राणी ऐसी व्यवस्था के भीतर स्थित है, जो किसी भी स्थिति में कारणों और कार्यों की एक शृंखला से बनी है। उस प्राणी के पास कार्य तक पहुँचने के लिए कोई उपाय नहीं, सिवाय कारण का सहारा लेने के। ऐसा प्राणी जब किसी लक्ष्य तक पहुँचना चाहता है, तो यदि वह जिस चीज़ को साधन के रूप में चुनता है, वही वह चीज़ हो जिसे संसार की व्यवस्था में उस लक्ष्य का कारण बनाया गया है, तो उसने हित और बुद्धिमत्ता के अनुरूप काम किया है; अन्यथा उसने हित और बुद्धिमत्ता के विरुद्ध काम किया है। हित और बुद्धिमत्ता उस प्राणी के संदर्भ में सार्थक हैं, जो मौजूदा व्यवस्था का एक हिस्सा है और जिसके पास सीमित शक्ति है तथा जिसके पास मौजूदा व्यवस्था को स्वीकार करने के अलावा कोई उपाय नहीं है। शक्ति का सीमित होना हित और बुद्धिमत्ता की अवधारणा का एक हिस्सा है। लेकिन जो सत्ता इस व्यवस्था से परे है और जिसने स्वयं इस व्यवस्था को बनाया है, उसके लिए बुद्धिमत्ता और हित का क्या अर्थ और अवधारणा हो सकती है? उसे किसी लक्ष्य तक पहुँचने के लिए कारणों का सहारा लेने की क्या आवश्यकता है, ताकि कहा जाए कि उसका अमुक काम बुद्धिमत्तापूर्ण था और अमुक काम बुद्धिमत्तापूर्ण नहीं था? इसलिए यह कहना सही नहीं है कि ईश्वर ने, उदाहरण के लिए, पीड़ा और कष्ट इसलिए पैदा किए कि आनंद का अर्थ और अवधारणा हो; उसने माँ के स्तन इसलिए बनाए कि बच्चा भोजन से वंचित न रहे। ईश्वर बच्चे को दूध और माँ के स्तन की आवश्यकता के बिना भी तृप्त कर सकता है, और बिना मनुष्य को कष्ट पहुँचाए उसे आनंद की अवधारणा और अर्थ समझा सकता है। कारणों और कार्यों की व्यवस्था हमारे लिए एक गंभीर वास्तविकता है, लेकिन ईश्वर की दृष्टि में यह महज़ एक औपचारिक बात है। इसलिए हम बुद्धिमान हो सकते हैं, ईश्वर नहीं। हमारा कर्म बुद्धिमत्तापूर्ण हो सकता है, अर्थात मौजूदा व्यवस्था के अनुरूप हो सकता है— ईश्वर का कर्म नहीं, क्योंकि वह स्वयं व्यवस्था है। स्वयं व्यवस्था किसी दूसरी व्यवस्था के अनुरूप नहीं बनाई गई। ईश्वर उस व्यवस्था का रचयिता है, जिसके सृजन और स्थापित होने के बाद, यदि कोई उस व्यवस्था को जान ले और अपने कर्म को उसके अनुरूप कर ले, तो उसने बुद्धिमत्तापूर्ण काम किया है। यदि कहा जाए कि ईश्वर ने संसार को व्यवस्थित और कारणों, साधनों, पूर्ववर्ती स्थितियों तथा परिणामों के आधार पर बनाया, ताकि वह अपने बंदों के सामने अपना ज्ञान और बुद्धिमत्ता स्पष्ट करे और उन्हें उसे जानने का साधन दे; क्योंकि यदि कोई व्यवस्था और सुसंगति न होती, अर्थात यदि सब कुछ आकस्मिक होता और हर पूर्ववर्ती स्थिति के बाद किसी भी तरह का परिणाम अपेक्षित होता, तो ईश्वर को जानने का कोई मार्ग न होता—तो इसका उत्तर यह है कि बंदों का ज्ञान प्राप्त करना सृष्टि की बुद्धिमत्तापूर्ण व्यवस्था के अध्ययन पर निर्भर है, इस बात का अर्थ यह है कि संसार पर एक निश्चित और अनिवार्य व्यवस्था शासन करती है; जबकि ऊपर दिए गए सिद्धांत के अनुसार परिणाम पाने के लिए कारणों का सहारा लेना बंदों का काम है, ईश्वर का नहीं; ईश्वर के लिए संभव है कि वह उन्हीं ज्ञानों को बंदों में इस मार्ग का उपयोग किए बिना उत्पन्न कर दे। इसलिए इस तर्क के आधार पर, उन लोगों के विचार पर आपत्ति की जा सकती है जो बुराइयों और भेदभावों को “बुद्धिमत्ता” और “हित” के आधार पर उचित ठहराते हैं: भेदभावों और बुराइयों को “बुद्धिमत्ता” और “हित” के आधार पर उचित नहीं ठहराया जा सकता, क्योंकि ईश्वर उन सभी प्रभावों और लाभों को भी पैदा कर सकता था, जो भेदभावों और बुराइयों से हासिल होते हैं, बिना ऐसे कष्टदायक साधनों के। यह एक बड़ी आपत्ति है, जिसका पहले समाधान होना चाहिए, उसके बाद ही आपत्ति के उत्तर में “हित” की चर्चा की जा सकती है। क्या संसार की व्यवस्था संसार का स्वभाव है? अब हम मूल उत्तर की ओर आते हैं। मुख्य बात यह है कि हम संसार की व्यवस्था को समझें। क्या संसार की व्यवस्था एक मनमानी व्यवस्था है या स्वाभाविक व्यवस्था? सृष्टि और रचना का अर्थ, इस दृष्टि से, क्या है? क्या इसका अर्थ यह है कि ईश्वर वस्तुओं और घटनाओं का एक समूह रचता है, जबकि उनके बीच कोई वास्तविक और स्वाभाविक संबंध नहीं होता; फिर वह उन्हें पंक्तिबद्ध करता है और एक को दूसरे के पीछे रखता है, और इस व्यवस्था से पूर्ववर्ती स्थिति और परिणाम, तथा लक्ष्य और उद्देश्य की व्यवस्था बनती है? या कारणों और साधनों का अपने प्रभावों और परिणामों से, और पूर्ववर्ती स्थितियों का परिणामों से तथा जिन चीज़ों का लक्ष्य है उनका लक्ष्यों से संबंध ऐसा है कि हर प्रभाव और परिणाम का अपने कारण और साधन के पीछे, हर परिणाम का अपनी पूर्ववर्ती स्थिति के पीछे, और हर लक्ष्य का उस चीज़ के पीछे होना जिसका वह लक्ष्य है—उसके अस्तित्व के समान ही है; दूसरे शब्दों में, संसार की लंबवत और क्षैतिज व्यवस्था में हर अस्तित्व का दर्जा उस अस्तित्व के मूल स्वभाव का अंग है, ठीक वैसे ही जैसे संख्याओं के दर्जे हैं। अब संख्याओं का एक स्पष्टीकरण और उदाहरण: संख्याओं में हम देखते हैं कि संख्या एक, संख्या “दो” से पहले आती है और संख्या “दो”, संख्या “तीन” से पहले और संख्या एक के बाद आती है; इसी तरह, संख्या एक को छोड़कर हर संख्या किसी दूसरी संख्या के बाद और किसी अन्य संख्या से पहले आती है। हर संख्या एक दर्जे पर स्थित है और उस दर्जे में उसके अपने नियम और प्रभाव हैं; और संख्याओं के पूरे समूह ने, जिसकी कोई सीमा नहीं, एक व्यवस्था बनाई है। संख्याओं की स्थिति क्या है? क्या संख्याओं का अस्तित्व और सार उनके दर्जे से अलग दो चीज़ें हैं, और क्या हर संख्या का अपना ऐसा अस्तित्व और सार है जो उसके दर्जे से स्वतंत्र है, और क्या वह किसी भी दर्जे पर स्थित हो सकती है? उदाहरण के लिए, पाँच हर हाल में पाँच ही है और इससे कोई फर्क नहीं पड़ता कि वह चार और छह के बीच हो या छह और आठ के बीच; और क्या चार और छह के बीच स्थित संख्या सात हो सकती है? क्या ऐसा है? क्या संख्याओं में से प्रत्येक का किसी भी दर्जे पर होना उनके सार को बनाए रखते हुए संभव है? जैसे मनुष्य समाज में विभिन्न दर्जों पर स्थित होते हैं और वे सामाजिक दर्जे उनकी पहचान और सार को प्रभावित नहीं करते; उनकी पहचान और सार का उन दर्जों से कोई संबंध भी नहीं होता; या फिर बात इसके विपरीत है?</w:t>
      </w:r>
    </w:p>
    <w:p>
      <w:pPr>
        <w:jc w:val="left"/>
      </w:pPr>
      <w:r>
        <w:rPr>
          <w:rFonts w:ascii="Calibri" w:hAnsi="Calibri" w:cs="Calibri"/>
          <w:sz w:val="28"/>
          <w:szCs w:val="28"/>
          <w:rtl w:val="0"/>
        </w:rPr>
        <w:t>संख्या पाँच का स्वभाव पाँच है, और पाँच का पाँच होना उसके क्रम और दर्जे से—अर्थात इस बात से कि वह संख्या चार और संख्या छह के बीच है—एक ही बात है, दो अलग बातें नहीं; संख्या पाँच के बीच होने की कल्पना संख्या छह और संख्या आठ के समान इस बात के है कि पाँच, पाँच न रहे, बल्कि स्वयं सात हो जाए; यानी कल्पित और काल्पनिक पाँच पाँच नहीं है, बल्कि वही सात है जो अपने स्थान पर स्थित है, और हमने भूल और भ्रमवश उसका नाम पाँच रख दिया है। दूसरे शब्दों में: संख्या पाँच को संख्या सात के स्थान पर रखने की कल्पना केवल एक निरर्थक, अर्थहीन और अविवेकपूर्ण कल्पना है, जिसे हमारी कल्पना और वहम अंजाम देते हैं। अब देखें कि कारणों और परिणामों, साधनों और साध्यताओं तथा पूर्ववर्तियों और परिणामों की व्यवस्था कैसी है? क्या इन्हें एक बार पैदा किया जाता है और फिर दूसरी बार इनके लिए स्थान और दर्जा निर्धारित किया जाता है? या उनका अस्तित्व उसी दर्जे के समान है जिसमें वे स्थित हैं? उदाहरण के लिए, सादी स्थान और समय की परिस्थितियों के एक विशेष दर्जे और स्तर पर स्थित हैं, जिसके परिणामस्वरूप काल की दृष्टि से वे हमसे पहले हैं। क्या सादी की रचना हुई और फिर वे उन विशेष परिस्थितियों में रखे गए? या सादी का अस्तित्व अस्तित्व के उसी विशेष दर्जे के समान है, जिसमें समय और स्थान की वे सभी परिस्थितियाँ, तथा वे दर्जे, स्थान और संबंध शामिल हैं जो सादी ने अन्य वस्तुओं के साथ बनाए हैं और सादी के अस्तित्व के सूत्र का हिस्सा हैं; सादी का अस्तित्व यानी इन सबका समुच्चय। इसलिए सादी को उसके समय और स्थान से अलग करना, सादी को स्वयं उससे अलग करना है; अर्थात सादी सादी न रहे, बल्कि उदाहरण के लिए बाद के समय में आने वाले जामी को सादी मान लिया जाए और उसे सादी नाम दे दिया जाए। अस्तित्व की व्यवस्था का विषय अत्यंत रोचक है। कुछ लोगों ने समझा है कि यदि वे अस्तित्व की व्यवस्था और हर परिणाम के अपने स्थान पर होने को अनिवार्य और निश्चित मानें, तो उन्होंने ईश्वर की निरपेक्ष शक्ति और इच्छा पर किसी प्रकार की सीमा लगा दी है; वे इस बात से अनजान हैं कि चर्चा इस बारे में नहीं है कि संसार में स्वयं जगत की सत्ताओं से अलग कोई चीज़ है जिसे होना ही चाहिए और जिससे विचलन संभव नहीं; और वह चीज़ सत्ताओं की व्यवस्था और क्रम है। चर्चा इस बात की है कि सत्ताओं का क्रम और व्यवस्था ही उनका अस्तित्व है, जिसे परम सत्य की सत्ता से प्रवाहित किया जाता है; इच्छा परम सत्य की ही है जिसने उन्हें व्यवस्था दी, लेकिन इसका अर्थ यह नहीं कि उसने एक इच्छा से उन्हें अलग-अलग बनाकर दूसरी इच्छा से उन्हें व्यवस्था दी, ताकि यह माना जा सके कि व्यवस्था की इच्छा हटा दी जाए, तो उनकी मूल सृष्टि की इच्छा बनी रहे। चूँकि सत्ताओं का अस्तित्व और उनके अस्तित्व का दर्जा एक ही हैं, इसलिए उनका अस्तित्व चाहना, व्यवस्था चाहने के समान है और व्यवस्था चाहना उनके अस्तित्व चाहने के समान है। इस कारण, परमेश्वर की किसी वस्तु के अस्तित्व की इच्छा केवल उस वस्तु के कारण के अस्तित्व की इच्छा के माध्यम से पूरी होती है; और उस कारण के अस्तित्व की इच्छा उसके कारण के अस्तित्व की इच्छा के माध्यम से पूरी होती है; इसके अलावा कुछ और संभव नहीं। अस्तित्व की ऊर्ध्वाधर व्यवस्था में सत्ताएँ उस कारण तक पहुँचती हैं, जिसकी ओर परम सत्य की इच्छा सीधे निर्देशित हुई है; उसका अस्तित्व चाहना सभी वस्तुओं और सभी व्यवस्थाओं के अस्तित्व चाहने के समान है, और “और हमारा आदेश तो बस एक ही है।” इसलिए परमेश्वर के बारे में भी, उसकी शक्ति और इच्छा के अनंत होने के साथ-साथ, और इस तथ्य के बावजूद कि वह स्वयं रची हुई व्यवस्था के अधीन नहीं है, हिकमत भी सत्य है और हित भी। हिकमत का अर्थ है कि परमेश्वर वस्तुओं को उनके अस्तित्वगत उद्देश्यों और पूर्णताओं तक पहुँचाता है। लेकिन मनुष्य के कर्म में हिकमत का अर्थ है कि वह स्वयं किसी उद्देश्य और पूर्णता तक पहुँचने के लिए कोई काम करता है। चूँकि परिणाम का अस्तित्व और अपने कारण के साथ उसका संबंध एक ही बात है, दो चीज़ें नहीं, जिनमें अलगाव की कल्पना की जा सके, इसलिए परमेश्वर की उसके प्रति इच्छा का अर्थ है उसके अपने विशेष कारण के साथ उसके संबंध की इच्छा; और उस कारण की इच्छा भी उसके अपने विशेष कारण के साथ उसके संबंध की इच्छा के समान है, यहाँ तक कि उस कारण तक जा पहुँचती है जिसकी इच्छा परम सत्य से उसके संबंध के समान है; और परम सत्य की उसके प्रति इच्छा सभी वस्तुओं, सभी संबंधों और सभी व्यवस्थाओं की इच्छा के समान है। मेरी स्मृति में एक सुखद और अमर याद है: जब मैं क़ुम में पढ़ाई कर रहा था, एक दिन मैंने अपने जीवन में चुने हुए मार्ग और अपनी पढ़ाई का मूल्यांकन किया। मैंने सोचा कि यदि इसके बजाय मैंने आधुनिक शिक्षा की किसी शाखा को अपनाया होता, तो क्या वह बेहतर होता? स्वाभाविक रूप से, मेरी प्रवृत्ति और आस्था तथा आध्यात्मिक ज्ञान को दिए जाने वाले महत्व को देखते हुए, सबसे पहले मेरे मन में यह बात आई कि उस स्थिति में मेरी आध्यात्मिक और मानसिक दशा क्या होती? । क़मर / ५० ईश्वरीय न्याय। मैंने सोचा कि अब मुझे एकेश्वरवाद, पैग़ंबरी, पुनरुत्थान और इमामत आदि के सिद्धांतों पर विश्वास और आस्था है और मैं इन्हें अत्यंत प्रिय मानता हूँ; यदि मैंने प्राकृतिक विज्ञान, गणित या साहित्य की किसी शाखा को अपनाया होता, तो मेरी स्थिति क्या होती? मैंने स्वयं को उत्तर दिया कि इन सिद्धांतों में विश्वास, बल्कि मूलतः सच्चा धर्मगुरु होना, इस बात पर निर्भर नहीं है कि कोई व्यक्ति प्राचीन विज्ञानों की शाखाओं में अध्ययन करे। ऐसे बहुत से लोग हैं जो इन अध्ययनों से वंचित हैं और अन्य क्षेत्रों में विशेषज्ञ हैं, फिर भी उनका विश्वास दृढ़ और शक्तिशाली है; वे व्यवहार में धर्मपरायण और संयमी हैं, और कभी-कभी इस्लाम के समर्थक और प्रचारक भी, तथा उन्होंने कुछ-न-कुछ इस्लामी अध्ययन भी किया है; संभव है कि उन क्षेत्रों में मुझे अपनी आस्था के लिए ऐसे वैज्ञानिक आधार मिलते जो मुझे अब मिले आधारों से बेहतर होते। उन दिनों मैं अभी-अभी इस्लामी ईश्वरीय दर्शन से परिचित हुआ था और उसे एक ऐसे शिक्षक से सीख रहा था—जो इस विषय का दावा करने और पढ़ाने वालों के अत्यंत बड़े बहुमत के विपरीत, केवल कुछ याद की हुई बातों का ज्ञाता नहीं था, बल्कि इस्लामी धर्ममीमांसा को सचमुच आत्मसात कर चुका था, उसकी सबसे गहरी विचारधाराओं को समझ चुका था और उन्हें अत्यंत मधुर अभिव्यक्ति में प्रस्तुत करता था—उन दिनों का आनंद, और विशेष रूप से शिक्षक के गहन, सूक्ष्म और मधुर कथन, मेरे जीवन की अविस्मरणीय स्मृतियों में से हैं।</w:t>
      </w:r>
    </w:p>
    <w:p>
      <w:pPr>
        <w:jc w:val="left"/>
      </w:pPr>
      <w:r>
        <w:rPr>
          <w:rFonts w:ascii="Calibri" w:hAnsi="Calibri" w:cs="Calibri"/>
          <w:sz w:val="28"/>
          <w:szCs w:val="28"/>
          <w:rtl w:val="0"/>
        </w:rPr>
        <w:t>उन दिनों मैं इसी मसले से परिचित हुआ था, जिसे मैंने उन दिनों पूरी भूमिका के साथ सीखा था—यह नियम ‘अल-वाहिदु ला यस्दुरु मिन्हु इल्लल-वाहिद’—एक से केवल एक ही उत्पन्न होता है—मैंने उसे उस तरह समझा था, जिस तरह कोई दार्शनिक समझता है। कम-से-कम मुझे तो ऐसा ही लगता था। मैं बुद्धि की दृष्टि से संसार की निश्चित और अटल व्यवस्था को देखता था। मैं सोचता था कि मेरे सवाल और आपत्तियाँ अचानक पानी पर खिंची लकीर की तरह कैसे मिट गईं? और मैं कैसे समझ पाया कि इस निश्चित नियम के बीच, जो वस्तुओं को एक निश्चित व्यवस्था में रखता है, और इस सिद्धांत के बीच कि ‘अस्तित्व में अल्लाह के सिवा कोई प्रभावकारी नहीं’, मुझे कोई विरोधाभास नहीं दिखा; मैं उन्हें साथ-साथ और एक-दूसरे के आलिंगन में कैसे रख पाया? मैं इस वाक्य का अर्थ समझता था कि ‘कर्म अल्लाह का कर्म है और वही हमारा कर्म है’; और इस वाक्य के दोनों हिस्सों के बीच मुझे कोई विरोधाभास नहीं दिखता था। ‘दो मामलों के बीच का मामला’ मेरे लिए स्पष्ट हो गया था। सद्र अल-मुतअल्लिहीन का कारण और कार्य के संबंध के स्वरूप के बारे में विशेष विवेचन, और विशेषकर इसी बात का उपयोग करके ‘एक से केवल एक ही उत्पन्न होता है’ के नियम को सिद्ध करना, मुझे अत्यंत प्रभावित और आनंदित कर गया था। संक्षेप में, मेरे मन में एक बुनियादी रूपरेखा बन गई थी, जो समस्याओं को एक व्यापक विश्वदृष्टि में हल करने की नींव थी। इस बात और इसी तरह की कई अन्य बातों को समझने के परिणामस्वरूप मुझे इस्लामी ज्ञान-परंपरा की प्रामाणिकता पर विश्वास हो गया था। एकेश्वरवादी ज्ञान-परंपरा—यहाँ संभवतः आशय इमाम ख़ुमैनी से है।</w:t>
      </w:r>
    </w:p>
    <w:p>
      <w:pPr>
        <w:jc w:val="left"/>
      </w:pPr>
      <w:r>
        <w:rPr>
          <w:rFonts w:ascii="Calibri" w:hAnsi="Calibri" w:cs="Calibri"/>
          <w:sz w:val="28"/>
          <w:szCs w:val="28"/>
          <w:rtl w:val="0"/>
        </w:rPr>
        <w:t>भेदभाव 11 कुरआन, नहजुल-बालाग़ा तथा पैग़म्बर-ए-अकरम और अहले-बैत की कुछ हदीसों और दुआओं को एक उच्च शिखर पर महसूस करता था। उस समय मैंने सोचा और देखा कि यदि मैं इस शाखा में न होता और इस उस्ताद की संगति का फ़ैज़ न पाता, तो बाकी सब चीज़ें, भौतिक और आध्यात्मिक, दोनों दृष्टियों से, शायद आज की तुलना में बेहतर होतीं। अब मेरे पास जो कुछ है, वह सब मेरे पास होता, और कम-से-कम उसके समान या उसका विकल्प, बल्कि कभी-कभी उससे बेहतर भी होता; लेकिन एकमात्र चीज़ जो वास्तव में न मेरे पास होती, न उसका कोई विकल्प, वह यही विचार-रूपरेखा और उसके परिणाम थे। आज भी मेरा यही विश्वास है। ईश्वरीय न्याय की चर्चा, जिसे शुरू में सरल रूप में प्रस्तुत करने का विचार था, गहन दार्शनिक चर्चाओं की चोटी तक जा पहुँची। यदि हम आगे बढ़ना चाहें, तो ऊँची चोटियों पर चढ़ने के लिए तैयार होना होगा और ऐसा नहीं लगता कि ऐसी तैयारी मौजूद है। बेहतर होगा कि अधिक सरल भाषा में और निचले स्तर पर इस विषय की समीक्षा करें। जिन पाठकों के बारे में मैं सोचता हूँ कि वे यह पुस्तक पढ़ेंगे, वे सरल व्याख्या से विषय को बेहतर समझेंगे। सारांश यह है कि “भेदभाव” और “बुराइयों” की आपत्ति का संक्षिप्त उत्तर यह है कि कुछ हित काम कर रहे हैं और उनसे जुड़े लाभों और हितों के कारण उनका अस्तित्व पूर्णतः बुरा नहीं है, बल्कि वह बुराई है जो अच्छाई से मिली हुई है; और चूँकि अच्छाई का पक्ष बुराई के पक्ष पर भारी है, कुल मिलाकर यह अच्छाई है, बुराई नहीं। यह इस सिद्धांत पर आधारित है कि कारणों और परिणामों की व्यवस्था एक निश्चित, कभी न टूटने वाली तथा स्वाभाविक व्यवस्था है, न कि औपचारिक और मनमानी। इस बात को जानना आगामी चर्चा की भूमिका तैयार करता है कि जो कुछ मौजूद है, वह अंतर है, भेदभाव नहीं। सृष्टि में जो कुछ है, वह अंतर है, भेदभाव नहीं।” “भेदभाव यह है कि समान परिस्थितियों और समान पात्रता वाले पदार्थों के बीच अंतर किया जाए; जबकि अंतर यह है कि असमान परिस्थितियों में भिन्नता हो। दूसरे शब्दों में, भेदभाव देने वाले की ओर से होता है और अंतर पाने वाले से संबंधित होता है। एक सरल उदाहरण से बात स्पष्ट हो जाएगी। यदि समान क्षमता वाले दो बर्तन —जिनमें से प्रत्येक में दस लीटर पानी आ सकता है—नल के सामने रखें और एक में दस लीटर पानी भरें तथा दूसरे में पाँच लीटर, तो यहाँ भेदभाव हुआ है; इस अंतर का कारण वह शक्ति है जो पानी भरती है। लेकिन यदि हमारे पास दो बर्तन हों, एक दस लीटर की क्षमता वाला और दूसरा १०२ ईश्वरीय न्याय: पाँच लीटर की क्षमता वाला, और दोनों को समुद्र में डुबो दें, तो फिर भी अंतर होगा, लेकिन अंतर का कारण उन दोनों बर्तनों की अपनी क्षमता और सामर्थ्य का भिन्न होना है, न कि समुद्र और पानी के दबाव की शक्ति। एक और उदाहरण: यदि कोई शिक्षक समान स्तर के और समान काम करने वाले विद्यार्थियों को अलग-अलग अंक दे, तो यह भेदभाव है; लेकिन यदि शिक्षक सभी को समान दृष्टि से देखे, सभी को एक ही तरह पढ़ाए और एक ही तरह परीक्षा ले, और परीक्षा के प्रश्न सभी के लिए समान हों, फिर उसके कुछ विद्यार्थी अपनी मंदबुद्धि और कम समझ या परिश्रम न करने के कारण परीक्षा में अच्छी तरह या बिल्कुल सफल न हो सकें, जबकि उसके कुछ अन्य विद्यार्थी अपनी प्रबल प्रतिभा और अच्छे काम के कारण परीक्षा के प्रश्नों के पूरे उत्तर दें, और शिक्षक उनमें से प्रत्येक को परीक्षा के उत्तरों के अनुसार अंक दे, जो स्वाभाविक रूप से अलग-अलग होंगे, तो यहाँ अंतर हुआ है, भेदभाव नहीं। न्याय यह नहीं है कि शिक्षक सभी अंकों को जोड़कर फिर सभी विद्यार्थियों में बराबर बाँट दे; न्याय यह है कि प्रत्येक को वही दिया जाए जिसका वह हकदार है। ऐसे मामलों में भिन्नता करना ही न्याय और समानता है, और भिन्नता न करना ही भेदभाव और अन्याय। यहाँ स्वाभाविक रूप से यह विचार मन में आता है कि ईश्वर की तुलना किसी शिक्षक से नहीं की जा सकती। ईश्वर प्राणियों का सृष्टिकर्ता है, और जो भी अंतर है, वह उसी से उत्पन्न हुआ है; जबकि शिक्षक विद्यार्थियों का सृष्टिकर्ता नहीं है। यदि कोई बुद्धिमान है और दूसरा मंदबुद्धि, तो यह शिक्षक से संबंधित नहीं; यदि किसी में प्रतिभा है और उसने मेहनत की है, जबकि दूसरे में प्रतिभा नहीं या उसने मेहनत नहीं की, तो इसका शिक्षक से संबंध नहीं। ईश्वर और अस्तित्व के मामले में यह स्वीकार करना होगा कि सभी भिन्नताएँ और अंतर भी ईश्वर ही के हाथों से हैं। ईश्वर ने दो चरणों में काम किया है: एक चरण में प्राणियों को अलग-अलग बनाया और दूसरे चरण में उनके अंतरों के अनुसार उनसे व्यवहार किया तथा प्रत्येक को उसका हक दिया। आपत्ति पहले चरण पर है कि उसने शुरू से सबको एक जैसा क्यों नहीं बनाया? देखना होगा कि इन अंतरों का रहस्य क्या है। अंतरों का रहस्य—अंतर का रहस्य एक ही शब्द है: प्राणियों के अंतर उनके स्वभाव में निहित हैं और कारण-कार्य व्यवस्था की अनिवार्यता हैं। यह एक भारी वाक्य है, लेकिन कोई उपाय नहीं, इसे स्पष्ट करना होगा। यहाँ भेदभाव १०३ हमें विवश होकर उस बात को एक बार फिर दूसरे ढंग से दोहराना होगा जो हम एक बार कह चुके हैं, और अंततः एक गहरी चर्चा की कठिनाई को अपने ऊपर लेना होगा, इस आशा में कि कोई ऊँचा और संतोषजनक निष्कर्ष प्राप्त होगा; अतः पिछली चर्चा को आगे बढ़ाएँगे और विवश होकर कुछ दार्शनिक बनेंगे। जैसा कि पहले संकेत किया गया, ईश्वरीय दर्शन में यह चर्चा सृष्ट वस्तुओं के परम सत्ता के सार से उत्पन्न होने की रीति के शीर्षक के अंतर्गत आती है। चर्चा का विषय यह है कि क्या ईश्वर की इच्छा अलग-अलग प्राणियों की सृष्टि से संबंधित होती है? उदाहरण के लिए, वह इच्छा करता है और ‘अ’ नामक व्यक्ति को पैदा करता है; फिर एक दूसरी इच्छा करता है और ‘ब’ नामक व्यक्ति को पैदा करता है, और तीसरी इच्छा करता है तथा मान लीजिए, वस्तु ‘ज’ को पैदा करता है; और इसी तरह हर चीज़ को उससे संबंधित एक अलग इच्छा के साथ पैदा करता है? या वह सभी वस्तुओं को एक ही, अविभाजित इच्छा से अस्तित्व में लाता है? और ईश्वरीय ज्ञान में सतही ढंग से सोचने वाले कुछ धर्मशास्त्री पहली संभावना के समर्थक हैं; लेकिन वह सिद्धांत जिसे अकाट्य तर्क-बुद्धि और निर्णायक दार्शनिक प्रमाण सिद्ध करते हैं, और जिसकी सत्यता के समर्थन में पवित्र कुरआन के प्रमाण भी मौजूद हैं, वह दूसरी धारणा है।</w:t>
      </w:r>
    </w:p>
    <w:p>
      <w:pPr>
        <w:jc w:val="left"/>
      </w:pPr>
      <w:r>
        <w:rPr>
          <w:rFonts w:ascii="Calibri" w:hAnsi="Calibri" w:cs="Calibri"/>
          <w:sz w:val="28"/>
          <w:szCs w:val="28"/>
          <w:rtl w:val="0"/>
        </w:rPr>
        <w:t>इस सिद्धांत के अनुसार, आरंभ से अंत तक पूरा संसार एक ही ईश्वरीय इच्छा से अस्तित्व में आता है, अर्थात् अनगिनत चीज़ें अस्तित्व में आती हैं और सब ईश्वर की इच्छा से आती हैं, लेकिन अलग-अलग इच्छाओं से नहीं, बल्कि केवल एक इच्छा से, और वह भी एक अविभाज्य इच्छा से। जैसा कि पवित्र कुरआन कहता है: “निश्चय ही हमने हर चीज़ को एक निश्चित माप के अनुसार पैदा किया है, और हमारा आदेश तो बस एक ही है, पलक झपकने जैसा।” हमने हर चीज़ को निश्चित माप और अनुपात के साथ पैदा किया है और हमारा काम बस एक ही है, पलक झपकने जैसा। और इस मत के अनुसार सृष्टि का एक विशेष तंत्र, नियम और निश्चित क्रम है। वस्तुओं के अस्तित्व में आने के लिए ईश्वर की इच्छा उस तंत्र की इच्छा के समान है। इसी से कारण और कार्य का नियम, या कारणों और परिणामों की व्यवस्था अस्तित्व में आती है। कारणों और परिणामों की व्यवस्था का अर्थ है कि हर परिणाम का एक विशिष्ट कारण और हर कारण का एक विशिष्ट परिणाम होता है। कोई निश्चित परिणाम किसी भी कारण से सीधे उत्पन्न होकर अस्तित्व में नहीं आ सकता, और न ही कोई निश्चित कारण किसी भी परिणाम को सीधे पैदा कर सकता है। वास्तव में, हर अस्तित्व और हर वस्तु कारण-कार्य की व्यवस्था में एक निश्चित स्थान और ज्ञात पद रखती है; अर्थात् वह परिणाम किसी निश्चित वस्तु का परिणाम है और किसी निश्चित वस्तु का कारण है। यही उस अवधारणा का अर्थ है “निश्चय ही हमने हर चीज़ को एक निश्चित माप के अनुसार पैदा किया है।” इस बात को स्पष्ट करने के लिए हम संसार की व्यवस्था को दो भागों में समझाएँगे: “ऊर्ध्वाधर व्यवस्था” और “क्षैतिज व्यवस्था”। ऊर्ध्वाधर व्यवस्था से अभिप्राय कारण-कार्य के क्रम से है, वस्तुओं को पैदा करने और अस्तित्व में लाने का क्रम, और दूसरे शब्दों में, वस्तुओं के संबंध में ईश्वर की कर्तृत्व-शक्ति का क्रम तथा वस्तुओं के उससे उत्पन्न होने का क्रम। ईश्वर के अस्तित्व की महानता और उसकी पवित्रता की अपेक्षा है कि अस्तित्व एक के बाद एक, पद-क्रम से उसके संबंध में स्थित हों; कोई प्रथम उत्पन्न हो, कोई दूसरा और कोई तीसरा उत्पन्न हो, और इसी तरह वे एक के बाद एक अस्तित्व में आएँ और उनमें से हर एक अपने से पहले वाले का परिणाम हो। बेशक, प्रथम, द्वितीय और तृतीय होने का अर्थ समय की दृष्टि से प्रथम, द्वितीय और तृतीय होना नहीं है; वहाँ समय का प्रश्न ही नहीं उठता, क्योंकि समय स्वयं सृष्ट वस्तुओं में से एक है। धर्म की भाषा में जिनका उल्लेख फ़रिश्तों, ईश्वरीय सेनाओं और ईश्वरीय दूतों (सृजन-संबंधी दूतों, न कि विधान-संबंधी दूतों), कार्यों का विभाजन करने वालों और कार्यों का प्रबंध करने वालों के रूप में हुआ है; और अर्श, कुर्सी, लौह और क़लम जैसी अवधारणाएँ, जो ईश्वर के लिए आध्यात्मिक और ईश्वरीय संगठन की एक शृंखला के अस्तित्व को दर्शाती हैं—ये सब इसी सत्य को समझाने के लिए हैं, कि परमेश्वर सृष्टि को एक विशेष व्यवस्था और निश्चित क्रम के साथ चाहता और कार्यान्वित करता है। इस बात को दार्शनिकों ने अपनी विशेष शब्दावली और भाषा में व्यक्त किया है, और इस्लामी शिक्षाओं में दूसरी भाषा में बयान किया गया है। हम वही इस्लामी भाषा चुनते हैं, जो अधिक मधुर और अधिक स्पष्ट है। इस व्यवस्था में परम सत्य का अस्तित्व सभी सृष्ट प्राणियों के शीर्ष पर है और फ़रिश्ते उसके आदेशों को कार्यान्वित करते हैं। फ़रिश्तों के बीच भी पदानुक्रम मौजूद है; कुछ अध्यक्ष और सेनापति हैं, जबकि कुछ सहायक और समर्थक माने जाते हैं। मीकाईल फ़रिश्ते को आजीविका का ज़िम्मा सौंपा गया है और अज़राईल मृत्यु के फ़रिश्ते हैं, जिन्हें प्राण हरने का दायित्व दिया गया है। इन दोनों में से प्रत्येक के सहायक और साथी भी हैं। हर फ़रिश्ते का एक निश्चित पद और स्थान है। “हममें से ऐसा कोई नहीं जिसका एक निश्चित स्थान न हो।” हम फ़रिश्तों में से हर एक का एक निश्चित स्थान है। (क़मर 49; साफ़्फ़ात 164) भेदभाव 105: यह न भूलें कि ईश्वर का सृष्ट प्राणियों से संबंध पैदा करने, अस्तित्व में लाने और सृजन करने का है। उसकी व्यवस्था और संगठन को मानव समाज में प्रचलित सामाजिक संगठनों और संविदात्मक संबंधों जैसा नहीं समझना चाहिए। ईश्वर और फ़रिश्तों के बीच आदेश और आज्ञापालन की व्यवस्था सृजनात्मक और वास्तविक है, संविदात्मक और काल्पनिक नहीं। ईश्वर का आदेश केवल शब्द नहीं, बल्कि सृजन है; फ़रिश्तों की आज्ञाकारिता भी उसी के अनुरूप है। जब हम कहते हैं कि उसने फ़रिश्तों को यह करने का आदेश दिया, तो इसका अर्थ है कि उसने उन्हें इस प्रकार पैदा किया कि वे किसी विशेष कार्य और परिणाम के कारण तथा कर्ता हों। फ़रिश्तों की आज्ञाकारिता का अर्थ भी यही सृजनात्मक कारणता और कार्य-परिणाम का संबंध है। यह व्यवस्था सृजनात्मक तंत्र को स्पष्ट करती है। इसी कारण पवित्र कुरआन कभी सृष्टि के संचालन को ईश्वर से और कभी फ़रिश्तों से जोड़ता है। कभी वह कहता है: “वह आकाश से धरती तक मामले का संचालन करता है।” और कभी कहता है: “कार्य का प्रबंध करने वालों की शपथ”—अर्थात् कार्यों का संचालन करने वाले फ़रिश्ते। कभी मरने वाले मनुष्यों के प्राणों को ग्रहण करने का कार्य फ़रिश्तों से जोड़ता है, कभी मृत्यु के विशेष फ़रिश्ते से और कभी ईश्वर से। कभी वह वह्य को एक फ़रिश्ते से जोड़ता है: “इसे विश्वसनीय आत्मा लेकर उतरी तुम्हारे हृदय पर।” विश्वसनीय आत्मा जिब्राईल ने कुरआन को तुम्हारे हृदय पर उतारा। और कभी उसे परम पवित्र सत्ता से जोड़ता है और कहता है: (सज्दा 5; नाज़िआत 5; शुअरा 193–194)</w:t>
      </w:r>
    </w:p>
    <w:p>
      <w:pPr>
        <w:jc w:val="left"/>
      </w:pPr>
      <w:r>
        <w:rPr>
          <w:rFonts w:ascii="Calibri" w:hAnsi="Calibri" w:cs="Calibri"/>
          <w:sz w:val="28"/>
          <w:szCs w:val="28"/>
          <w:rtl w:val="0"/>
        </w:rPr>
        <w:t>निश्चय ही हमने तुम पर कुरआन को क्रमशः अवतरित किया है। हमने स्वयं कुरआन को तुम पर अवतरित किया है। इसका रहस्य यह है कि ईश्वर का कार्य व्यवस्था और क्रम के अनुसार है, और सृष्टि तथा विश्व के संचालन के लिए ईश्वर की इच्छा व्यवस्था की इच्छा के समान है। अस्तित्वों के बीच किसी निश्चित व्यवस्था का न होना इस बात को आवश्यक बनाता है कि प्रत्येक अस्तित्व किसी भी चीज़ को उत्पन्न करने का स्रोत बन सके और यह भी संभव हो कि हर चीज़ हर चीज़ से पैदा हो। उदाहरण के लिए, यह संभव होना चाहिए कि एक छोटी-सी शक्ति से एक बड़ा विस्फोट पैदा हो, जो बड़ी शक्ति के अनुरूप हो और इसके विपरीत, बड़ी शक्ति कम प्रभाव दिखाए। यह भी संभव होना चाहिए कि माचिस की एक तीली की लौ का प्रभाव विश्व को प्रकाशित करने वाले सूर्य के प्रभाव के बराबर हो। यह संभव होना चाहिए कि कोई परिणाम अपने कारण की जगह ले ले और कारण उसकी जगह आ जाए; और इस हिसाब से यह भी संभव होना चाहिए कि ईश्वर सृष्टि बन जाए और सृष्टि ईश्वर बन जाए। अनिवार्य सत्ता का अनिवार्य होना और संभाव्य सत्ता का संभाव्य होना उनका अंतर्निहित स्वभाव है; अर्थात ऐसा नहीं है कि संभाव्य सत्ता के लिए अनिवार्य होना संभव था और अनिवार्य सत्ता के लिए संभाव्य होना संभव था, लेकिन संयोग से या किसी बाहरी कारण से एक अनिवार्य हो गया और दूसरा संभाव्य। नहीं, संभाव्य सत्ता में संभाव्यता अनिवार्य है और अनिवार्य सत्ता में अनिवार्यता अनिवार्य है। संभाव्यताओं के स्तरों की भी यही स्थिति है। संभाव्यताओं का हर स्तर, अस्तित्व के जिस भी दर्जे और जिस भी स्थान पर हो, इसी स्थिति में है; उदाहरण के लिए, जो अस्तित्वों का विस्तार करने और उन्हें रोज़ी देने का प्रभारी है, या जिसे अस्तित्वों को समेटने और ग्रहण करने का काम सौंपा गया है, उसे जो पद सौंपा गया है, वह उसके अस्तित्व के ढंग और उसे प्रदान किए गए अस्तित्व के स्तर की अनिवार्य परिणति है। ऐसा नहीं है कि मसलन, संभव था कि एक मच्छर एक नियुक्ति-पत्र से मीकाईल की जगह ले ले, और एक चींटी दूसरे नियुक्ति-पत्र से अज़राईल की जगह, और एक इंसान जिब्राईल की जगह। वे सारी गलतफहमियाँ—जिनमें यह कल्पना की जाती है कि पूर्ण, अपूर्ण के स्थान पर बैठ जाए और अपूर्ण पूर्ण के स्थान पर—इससे पैदा हुई हैं कि लोग अस्तित्वों के निश्चित और अनिवार्य संबंधों को नहीं समझते और अस्तित्व की दुनिया में उनके स्तरों की कल्पना समाज में व्यक्तियों के पारंपरिक और मनमाने दर्जों की तरह करते हैं। सारी गलतियाँ ईश्वर की तुलना मनुष्य से और विश्व की अंतर्निहित व्यवस्था की तुलना मानव समाज की पारंपरिक व्यवस्था से करने के कारण होती हैं। ऐसे लोग अपने मन में सोचते हैं: जैसे किसी अमुक प्रमुख का अधीनस्थ और किसी अधीनस्थ का प्रमुख होना असंभव नहीं, तो भेड़ मनुष्य की जगह और मनुष्य भेड़ की जगह क्यों नहीं हो सकता? उसने उसे भेड़ और इसे मनुष्य क्यों बनाया? वे नहीं जानते कि ऐसी बात असंभव है, क्योंकि किसी निश्चित कारण का किसी निश्चित परिणाम का कारण होना और किसी निश्चित परिणाम का किसी निश्चित कारण का परिणाम होना मनमाना या परंपरा से तय नहीं होता। यदि ‘अ’ ‘ब’ का कारण है, तो यह उस विशेषता के कारण है जो ‘अ’ के स्वभाव में मौजूद है और जिसने उसे ‘ब’ का कारण बनाया है; और इसी तरह ‘ब’, जो ‘अ’ का परिणाम है, उसमें एक ऐसी विशेषता है जिसके कारण उसका संबंध ‘अ’ से हुआ है; और यह विशेषता उनके अस्तित्व के ढंग के अलावा कुछ नहीं है; इसी कारण वह विशेषता वास्तविक है, मनमानी, आकस्मिक या स्थानांतरित की जा सकने वाली नहीं। इसलिए हर कारण का अपने परिणाम से और हर परिणाम का अपने कारण से संबंध कारण के स्वभाव और परिणाम के स्वभाव से उत्पन्न होता है। परिणाम अपने पूरे अस्तित्व से कारण से जुड़ा है और कारण भी अपने पूरे अस्तित्व से परिणाम के प्रकट होने का स्रोत है। इसी से—जैसा कि हमने पहले संकेत किया था— यह स्पष्ट होता है कि हर अस्तित्व का स्तर उसका अपना स्वभाव है और उससे अलग नहीं किया जा सकता। ठीक संख्याओं के क्रमों की तरह। बस की कतार में लोगों को आगे-पीछे किया जा सकता है, लेकिन संख्याओं के क्रम को आगे-पीछे नहीं किया जा सकता। पाँच, जिसका क्रम चार के बाद है, यह संभव नहीं कि वह चार से पहले आ जाए। चार से पहले तीन के अलावा कुछ नहीं हो सकता; यहाँ तक कि अगर हम उसे पाँच भी कह दें, तो हमने केवल उसका नाम बदला है; यह असंभव है कि उसकी वास्तविकता बदल दें। विश्व के सभी अस्तित्वों के बीच ऐसी अंतर्निहित और गहरी व्यवस्था कायम है। फ़रिश्तों के बारे में पवित्र कुरआन का यह वाक्य कि “हममें से ऐसा कोई नहीं जिसका एक निश्चित स्थान न हो”—अर्थात हममें से हर एक का एक निश्चित स्थान है—सभी अस्तित्वों के बारे में सत्य है। हर चीज़ का अपना विशेष स्थान है और उसे उसके अलावा किसी स्थान पर मानना उसके स्वभाव के नष्ट होने के बराबर है और विरोधाभास है। ऊर्ध्वाधर व्यवस्था के अतिरिक्त एक दूसरी व्यवस्था भी है, जो अस्तित्वों को कर्तृत्व, सृजनशीलता और उत्पत्ति के लिहाज़ से क्रमबद्ध करती है और विशेष रूप से प्रकृति की दुनिया पर शासन करती है; यह किसी घटना के घटित होने की भौतिक तैयारी की परिस्थितियों को निर्धारित करती है। अधिक विस्तार के लिए ‘दर्शन के सिद्धांत और यथार्थवाद की पद्धति’ की आठवीं और नौवीं रचना देखें। यह व्यवस्था निर्धारित करती है; एक दूसरी व्यवस्था भी है जो विशेष रूप से प्रकृति की दुनिया पर शासन करती है और किसी घटना के घटित होने की भौतिक तैयारी की परिस्थितियों को निर्धारित करती है। इस व्यवस्था के अनुसार ही विश्व का इतिहास एक निश्चित और स्पष्ट स्थिति प्राप्त करता है। हर घटना किसी विशेष स्थान और समय में घटित होती है और हर विशेष समय तथा विशेष स्थान, निश्चित घटनाओं का पात्र बनता है। आम तौर पर जब हम किसी घटना पर प्रश्न उठाते हैं और संदेह करते हैं, तो केवल उसी घटना पर ध्यान देते हैं और यह हिसाब नहीं करते कि अस्तित्व की व्यवस्था में उस घटना का क्या स्थान और क्या स्थिति है? जबकि हर घटना, चाहे अच्छी हो या बुरी, विशेष कारणों की एक शृंखला और निश्चित परिस्थितियों पर निर्भर होती है; कोई आग कभी भी अन्य कारकों और घटनाओं से संबंध के बिना नहीं लगती और उसके घटित होने को रोकना भी भौतिक या आध्यात्मिक कारणों और कारकों की एक शृंखला से अलग संभव नहीं है। कोई घटना विश्व में अन्य घटनाओं से अलग और स्वतंत्र नहीं होती; विश्व के सभी हिस्से एक-दूसरे से जुड़े और संबंधित हैं। यह जुड़ाव और संबंध विश्व के सभी घटकों को समेटता है और एक सार्वभौमिक तथा सर्वांगीण निरंतरता पैदा करता है। वस्तुओं की एक-दूसरे पर निर्भरता का सिद्धांत और दूसरे शब्दों में, विश्व की वास्तविक एकता—एक अंग-सदृश एकता—वह सिद्धांत है जिस पर ईश्वरीय दर्शन बहुत अधिक भरोसा करता है।</w:t>
      </w:r>
    </w:p>
    <w:p>
      <w:pPr>
        <w:jc w:val="left"/>
      </w:pPr>
      <w:r>
        <w:rPr>
          <w:rFonts w:ascii="Calibri" w:hAnsi="Calibri" w:cs="Calibri"/>
          <w:sz w:val="28"/>
          <w:szCs w:val="28"/>
          <w:rtl w:val="0"/>
        </w:rPr>
        <w:t>ईश्वरीय दर्शन में वस्तुओं की परस्पर निर्भरता का मूल सिद्धांत और भी गंभीर अर्थ ग्रहण करता है—वह है विश्व की अविभाज्यता। आगे चलकर हम इस सिद्धांत के बारे में और विस्तार से बताएँगे। दर्शनशास्त्र में कहा जाता है: हर उत्पन्न वस्तु पदार्थ और अवधि से पूर्ववर्ती होती है; यानी हर घटना एक विशेष समय और विशेष स्थान के दायरे में घटित होती है। हर घटना का अपना विशेष समय और विशेष स्थान होता है। यह संभव नहीं कि किसी घटना के लिए सभी समय या सभी स्थान समान रूप से उपयुक्त हों। भौतिक और कालगत कारण—जैसे संतान के लिए माता-पिता की कारणता और पौधे के लिए पानी, हवा तथा ऊष्मा की कारणता—दार्शनिकों की दृष्टि में इस प्रकार की कारणता सृजनात्मक नहीं, बल्कि तैयारी करने वाली कारणता है। ये कारण अपने कार्यों को अस्तित्व में लाने वाले नहीं होते, बल्कि निकास-द्वार की तरह होते हैं; वे केवल सृजनकर्ता और सृजनात्मक कर्ता की ओर से अस्तित्व में आने की पृष्ठभूमि और उसके संभव होने की परिस्थितियाँ तैयार करते हैं। दार्शनिक उन कारणों को, जो अस्तित्व के स्तर की दृष्टि से अपने कार्यों के समकक्ष होते हैं और कभी-कभी कार्य अपने कारणों से अधिक ऊँचे और पूर्ण स्तर पर होते हैं, भले ही समय की दृष्टि से वे अपने कारणों के बाद आते हों, आड़ी पंक्ति के कारण कहते हैं। जबकि उत्पन्न करने वाले कारण, जो अस्तित्व के स्तर की दृष्टि से अधिक ऊँचे स्तर पर होते हैं और इस संसार को घेरे हुए तथा उस पर प्रभुत्व रखते हैं, ‘अनुदैर्ध्य कारण’ कहलाते हैं। हमारे प्रत्यक्ष अवलोकन भी इस बात की पुष्टि करते हैं। जब संसार के किसी स्थान पर आग लगती है, तो वह एक निश्चित समय और निश्चित स्थान पर तथा किसी विशेष पदार्थ में लगती है। आग का अस्तित्व उन परिस्थितियों पर निर्भर करता है जो उसके समय और स्थान को निर्धारित करती हैं। उन परिस्थितियों का भी अपना निश्चित समय और स्थान होता है और वे विशेष कारणों और कारकों पर निर्भर होती हैं। यदि हम इस क्रम का अनुसरण करें, तो इस निष्कर्ष पर पहुँचते हैं कि घटनाओं की शृंखला, ज़ंजीर की कड़ियों की तरह, एक-दूसरे से जुड़ी होती है; हर घटना अपने से पहले की घटना और अपने बाद की घटना से जुड़ी होती है; दूसरे शब्दों में, हर वस्तु अपने अतीत और भविष्य से संबंधित होती है। यह जुड़ाव एक अनादि और अनंत शृंखला बनाता है। इससे भी अधिक रोचक बात यह है कि गहरी पड़ताल करने पर हम एक-दूसरे के समानांतर स्थित और एक ही समय में घटित होने वाली घटनाओं के बीच भी संबंध और निरंतरता पाते हैं। एक कालीन मरम्मत करने वाला कारीगर कालीन की मरम्मत करता है और एक शल्य-चिकित्सक किसी रोगी का ऑपरेशन करता है। सतही दृष्टि से इन दोनों कामों के बीच कोई संबंध दिखाई नहीं देता; लेकिन यदि हम समझें कि किसी आग ने रोगी और कालीन, दोनों को जला दिया था, तो हम मान लेंगे कि शल्य-चिकित्सक और कालीन मरम्मत करने वाले का काम एक ही मूल से निकला है—एक ही घटना थी, जो न हुई होती तो इन दोनों में से कोई भी काम शुरू न करता। उन सभी मनुष्यों के काम, जो एक ही परदादा से उत्पन्न हुए हैं, उस परदादा के अपने विशेष समय और स्थान में अस्तित्व से जुड़े हैं; परिणामस्वरूप, इन सभी मनुष्यों के काम भी एक-दूसरे से जुड़े होंगे। पृथ्वी का सूर्य से अलग होना, पृथ्वी पर होने वाले सभी कार्यों और गतिविधियों का साझा बिंदु है। यदि वह घटना न हुई होती, तो पृथ्वी की कोई भी दूसरी घटना नहीं होती। उस घटना के अस्तित्व ने अन्य घटनाओं को भी उसके बाद जन्म लेने का कारण बना। दर्शनशास्त्र में ‘तुलनात्मक अनिवार्यता’ और ‘तुलनात्मक संभावना’ नामक पद हैं। इन पदों का प्रयोग तब होता है जब हम एक घटना की तुलना दूसरी घटना से करते हैं। यदि पहली घटना के अस्तित्व को मान लेने पर दूसरी घटना का अस्तित्व अनिवार्य हो, तो हम कहते हैं कि दूसरी घटना का पहली घटना के सापेक्ष तुलनात्मक अनिवार्यता है; लेकिन यदि पहली घटना को मान लेने पर दूसरी घटना का अस्तित्व और अनस्तित्व, दोनों संभव हों, तो हम कहते हैं कि दूसरी घटना का पहली घटना के सापेक्ष ‘तुलनात्मक संभावना’ है। सतही दृष्टि से ऐसा लगता है कि कुछ घटनाओं और दूसरी घटनाओं के बीच तुलनात्मक अनिवार्यता होती है, जबकि कुछ मामलों में दो घटनाओं के बीच कोई अनिवार्य संबंध नहीं होता और उनके बीच तुलनात्मक संभावना लागू होती है; लेकिन अधिक सूक्ष्म दृष्टि से हम पाते हैं कि हर दो घटनाओं के बीच तुलनात्मक अनिवार्यता का शासन है और तुलनात्मक संभावना का बाहरी जगत में कोई वास्तविक अस्तित्व नहीं है; क्योंकि आखिरकार सभी घटनाएँ एक मूल कारण में साझा आधार रखती हैं और चूँकि हर कारण तथा कार्य के बीच अनिवार्य संबंध होता है, इसलिए सभी घटनाओं के बीच अनिवार्यता का शासन है। इस अनिवार्य और सार्वभौमिक निरंतरता को सिद्ध करने वाले सिद्धांत ये हैं: कारण और कार्य का सार्वभौमिक नियम; कारण और कार्य की अनिवार्यता; कारण और कार्य की समजातीयता; अस्तित्व का समूचा जगत एक परम कारण तक पहुँचता है। पहला सिद्धांत वही बुनियादी और स्वयंसिद्ध नियम है जिस पर सभी विज्ञान निर्भर करते हैं; इसका खंडन करने का अर्थ है हर चीज़ का खंडन करना और संशयवाद के दलदल में डूब जाना। दूसरा सिद्धांत इस सत्य को स्पष्ट करता है कि हर कार्य तभी अस्तित्व में आता है जब न केवल उसका कारण मौजूद हो, बल्कि कारण के अस्तित्व की ओर से उसके अस्तित्व की अनिवार्यता भी स्थापित हो चुकी हो। जब तक किसी कार्य का अस्तित्व उसके कारण की ओर से अनिवार्य न हो जाए, तब तक यह असंभव है कि वह कार्य अस्तित्व में आए; और इसके विपरीत, जब किसी वस्तु का पूर्ण कारण साकार हो जाता है, तो वह उसके कार्य के अस्तित्व को अनिवार्य कर देता है; ऐसी स्थिति में कार्य का अस्तित्व में न आना असंभव है। इस सिद्धांत से यह निष्कर्ष निकलता है कि जो कुछ भी अस्तित्व में आया है, उसका अस्तित्व अनिवार्य था; और जो कुछ अस्तित्व में नहीं आया, उसका अनस्तित्व अनिवार्य था। तीसरा सिद्धांत कारण और कार्य के बीच विशिष्ट संबंध को सुनिश्चित करता है और यह निष्कर्ष देता है कि कोई कारण अपने कार्य के स्थान पर किसी दूसरे कार्य को अस्तित्व में नहीं ला सकता; और यह भी संभव नहीं कि कोई कार्य अपने कारण के अलावा किसी अन्य कारण से अस्तित्व में आए। इन तीन सिद्धांतों से यह निष्कर्ष निकलता है कि जगत की एक दृढ़ और अपरिवर्तनीय व्यवस्था है; और चौथे सिद्धांत—मूल की एकता के सिद्धांत—को इसके साथ जोड़ने पर जगत की सभी घटनाओं के बीच दृढ़ और सार्वभौमिक संबंध तथा निरंतरता का निष्कर्ष निकलता है। तीसरे भाग में, ‘क्षमताओं की भिन्नता’ शीर्षक के अंतर्गत, इस विषय के बारे में और स्पष्टीकरण दिया जाएगा।</w:t>
      </w:r>
    </w:p>
    <w:p>
      <w:pPr>
        <w:jc w:val="left"/>
      </w:pPr>
      <w:r>
        <w:rPr>
          <w:rFonts w:ascii="Calibri" w:hAnsi="Calibri" w:cs="Calibri"/>
          <w:sz w:val="28"/>
          <w:szCs w:val="28"/>
          <w:rtl w:val="0"/>
        </w:rPr>
        <w:t>भेदभाव 111 ईश्वरीय परंपरा—दर्शनशास्त्र की पारिभाषिक भाषा में जिसे «विश्व-व्यवस्था» और «कारणों का नियम» कहा जाता है धर्म की भाषा में उसे ईश्वरीय परंपरा कहा जाता है। पवित्र कुरआन ने कई जगह कहा है कि तुम ईश्वर की परंपरा में कभी कोई बदलाव नहीं पाओगे। अर्थात ईश्वर के कार्य की एक विशिष्ट शैली और निश्चित सूत्र है, जो बदलता नहीं। सूरह फ़ातिर में इस आशय को बार-बार और ज़ोर देकर कहा गया है: «अतः तुम ईश्वर की परंपरा में कोई परिवर्तन नहीं पाओगे» और «तुम ईश्वर की परंपरा में कोई फेरबदल नहीं पाओगे»। तुम ईश्वर की परंपरा में कभी कोई बदलाव नहीं पाओगे (अर्थात ईश्वरीय परंपरा किसी दूसरी परंपरा में नहीं बदलती, जैसे कोई क़ानून निरस्त करके उसकी जगह दूसरा क़ानून लागू कर दिया जाए; और कभी तुम ईश्वर की परंपरा में ऐसा बदलाव नहीं पाओगे, जैसे किसी संविदात्मक क़ानून में कोई उपधारा जोड़ दी जाए या उसका कोई हिस्सा रद्द कर दिया जाए और उसमें परिवर्तन किए जाएँ, जबकि मूल क़ानून रद्द न हो। क्या अद्भुत वाक्य है, अद्भुत पुस्तक का! कुरआन कितना महान है—ज्ञानों का अग्रदूत, परहेज़गारों का साथी, महान विचार! दार्शनिक वर्षों तक खोजबीन करता है और कार्य-कारण के सार्वभौम नियम तथा सृष्टि की व्यवस्था को खोज निकालता है। वह चाहता है कि स्वयं पर गर्व करे और इतराए कि मैंने कैसा रहस्य खोल दिया और कितना महान नियम जाना, कि तभी अचानक उसके सामने कुरआन आ जाता है, जिसने बहुत सटीक और साथ ही सरल शब्दों में इस रहस्य को बयान कर दिया है: ईश्वर की परंपरा कभी नहीं बदलती। इससे अधिक स्पष्ट कौन कह सकता है? इससे अधिक सारगर्भित और दृढ़ वाक्य कौन-सा हो सकता है? ईश्वर की परंपरा कभी नहीं बदलती। पवित्र कुरआन केवल सामान्य रूप से यह नहीं बताता कि सृष्टि नियमबद्ध है और उसकी अपनी परंपरा है, बल्कि कुछ स्थानों पर वह कुछ विशिष्ट परंपराओं का भी परिचय देता है। समाजों की ख़ुशहाली और बदहाली के बारे में वह कहता है: अहज़ाब/62 और फ़त्ह/23। 2. फ़ातिर/43। 112 ईश्वरीय न्याय। निश्चय ही अल्लाह... किसी क़ौम की दशा नहीं बदलता, जब तक वे स्वयं अपनी दशा न बदलें। ईश्वर किसी क़ौम की स्थिति तब तक नहीं बदलता, जब तक वे स्वयं अपने भीतर बदलाव न करें। यह पवित्र आयत क़ौमों के आगे बढ़ने और पीछे रह जाने का रहस्य बताती है। कोई भी क़ौम बदहाली से ख़ुशहाली तक नहीं पहुँचती, जब तक वह बदहाली के कारणों को अपने से दूर न कर दे, और इसके विपरीत, ईश्वर किसी ख़ुशहाल क़ौम को बदहाल नहीं करता, जब तक वे स्वयं अपने लिए बदहाली के कारण पैदा न कर लें। हम शिकायत करते हैं कि ईश्वर मुट्ठीभर यहूदियों—अमेरिका के जाँबाज़ों—को सात सौ मिलियन मुसलमानों पर तरह-तरह से, सैनिक, राजनीतिक, वैचारिक और आर्थिक रूप से हावी क्यों होने देता है? पाँच जून के युद्ध में सौ मिलियन अरब क्यों हार गए? ईश्वर मुसलमानों को सम्मान क्यों नहीं देता? वह प्रकृति के नियमों को मुसलमानों के पक्ष में क्यों नहीं मोड़ता? हम क्रोधित होते हैं, दुख के मारे रात को सो नहीं पाते, कष्ट सहते और विलाप करते हैं, दुआ और फ़रियाद करते हैं, लेकिन वे क़बूल नहीं होतीं। कुरआन का हमें दिया हुआ उत्तर एक वाक्य है: «निश्चय ही अल्लाह किसी क़ौम की दशा नहीं बदलता, जब तक वे स्वयं अपनी दशा न बदलें।» ईश्वर अपना नियम नहीं बदलता। हमें स्वयं को बदलना होगा। हम अज्ञान में डूबे हैं, नैतिक भ्रष्टाचार में लिप्त हैं, हमारे बीच किसी तरह की एकता और मेल-मिलाप नहीं है, और फिर भी हम उम्मीद करते हैं कि ईश्वर हमारा संरक्षक और सहायक बने। हम एक छोटी-सी घटना पर हज़ार तरह की अफ़वाहें गढ़ते हैं, झूठ और बेईमानी को अपना तरीक़ा बना लिया है और हर सद्गुण से नाता तोड़कर उससे इस्तीफ़ा दे चुके हैं, फिर भी चाहते हैं कि दुनिया पर हमारा शासन और प्रभुत्व हो। यह संभव नहीं। पिछली आसमानी किताबों में यहूदी क़ौम के बारे में—जिसके लोगों की गंदगी और अपवित्रता के कारण उनमें किसी भी अन्य क़ौम से अधिक पैग़म्बर भेजे गए, क्योंकि उन्हें मार्गदर्शक की ज़रूरत अधिक थी—हाँ, इस क़ौम के लिए सामाजिक घटनाक्रम की दो धाराओं, दो क्रांतियों और परिवर्तनों की भविष्यवाणी की गई थी; और दोनों घटित हुईं। कुरआन यहूदियों के इतिहास में इन भविष्यवाणियों और उनके सच साबित होने की घटनाओं का उल्लेख करता है। इस भविष्यवाणी में कहा गया है कि वे धरती पर दो बार फ़साद फैलाएँगे और ईश्वर उन्हें कुचल देगा। रअद/11। भेदभाव 113। फिर कुरआन एक सामान्य सूत्र याद दिलाता है। वह सूत्र यह है कि हर फ़साद पराजय और बदहाली की भूमिका होता है, और हर सुधारात्मक पुनर्विचार ईश्वर की कृपा को फिर से ले आता है। अब आयतों का पाठ: «और हमने किताब में इसराईल की संतानों को बता दिया था कि तुम धरती में दो बार फ़साद फैलाओगे और बहुत बड़ी सरकशी करोगे। फिर जब उनमें से पहली बार का वादा आ पहुँचा, तो हमने तुम पर अपने ऐसे बंदे भेजे जो बड़े पराक्रमी थे; वे घरों के बीच घुस आए और यह वादा पूरा होकर रहा। फिर हमने उनके मुक़ाबले में तुम्हें दोबारा विजय दी, धन और पुत्रों से तुम्हारी मदद की और तुम्हारी संख्या अधिक कर दी। यदि तुमने भलाई की, तो अपने ही लिए भलाई की; और यदि बुराई की, तो वह भी तुम्हारे ही लिए। फिर जब आख़िरी वादे का समय आया, ताकि वे तुम्हारे चेहरों को बिगाड़ दें और मस्जिद में उसी तरह दाख़िल हों जैसे पहली बार दाख़िल हुए थे और जिस पर भी उनका अधिकार हो, उसे पूरी तरह तबाह कर दें। शायद तुम्हारा रब तुम पर दया करे; और यदि तुम फिर लौटोगे, तो हम भी लौटेंगे; और हमने काफ़िरों के लिए जहन्नम को क़ैदख़ाना बना रखा है।» हमने इसराईल की संतानों को चेतावनी दी थी कि तुम धरती पर दो बार फ़साद फैलाओगे और ऊँचाई तथा श्रेष्ठता चाहोगे, अर्थात अपनी शक्ति लोगों पर थोपोगे और दूसरों के अधिकारों का उल्लंघन करोगे, जैसा उपनिवेशवादी उपनिवेशों के साथ करते हैं। पहली बार के बाद हम अपने ऐसे बंदों को भेजेंगे जो शक्तिशाली होंगे और उन्हें तुम पर हावी कर देंगे; वे तुम्हें कुचलेंगे और तुम्हारी धरती के भीतर तक घुस आएँगे। दूसरी बार—जब तुम स्वयं को बदल लोगे— हम तुम्हें अपने शत्रुओं पर विजय देंगे और धन, संतान तथा सैनिकों से तुम्हारी सहायता करेंगे। यदि तुम नेकी का रास्ता अपनाओगे, तो उसका लाभ तुम्हें ही होगा; और यदि बुराई करोगे, तो उसका नुक़सान भी तुम्हें ही होगा। motaharr.In जब तुम दूसरी बार फ़साद फैलाओगे, तो हम फिर से शत्रु को तुम पर हावी कर देंगे, ताकि वे तुम्हें बदहाल करें और फिर तुम्हारी धरती और तुम्हारे मंदिर में पैर रखें और हर चीज़ को उलट-पुलट कर दें।</w:t>
      </w:r>
    </w:p>
    <w:p>
      <w:pPr>
        <w:jc w:val="left"/>
      </w:pPr>
      <w:r>
        <w:rPr>
          <w:rFonts w:ascii="Calibri" w:hAnsi="Calibri" w:cs="Calibri"/>
          <w:sz w:val="28"/>
          <w:szCs w:val="28"/>
          <w:rtl w:val="0"/>
        </w:rPr>
        <w:t>उम्मीद है कि तुम्हारा पालनहार तुम पर दया करे, अर्थात दुर्भाग्य के बाद संभव है कि वह तुम्हें फिर सुखी कर दे। लेकिन यदि तुम लौटोगे, तो हम भी लौटेंगे, क्योंकि हमारा नियम यह है कि यदि सौ बार तुम फ़साद करोगे, तो हम सौ बार तुम्हें कुचलेंगे; और यदि तुम भलाई और नेकी की दिशा में स्वयं को बदलोगे, तो हम भी तुम्हारे साथ अपना तरीक़ा बदल देंगे और जहन्नम को काफ़िरों को घेरने वाला बना दिया है। वास्तव में ये आयतें उसी सामान्य सूत्र का विस्तार हैं कि: अल्लाह किसी क़ौम की हालत नहीं बदलता जब तक वे स्वयं अपनी हालत न बदलें। (इसरा / 4-8) 114 ईश्वरीय न्याय कानून क्या है? अब तक जो कहा गया, उससे हमने जाना कि जगत की घटनाएँ स्थिर नियमों और अपरिवर्तनीय ईश्वरीय परंपराओं के अधीन हैं; दूसरे शब्दों में, संसार में ईश्वर की कुछ निश्चित कार्य-पद्धतियाँ हैं, जिनसे बाहर वह कार्यों का संचालन कभी नहीं करता। अब देखें कि कानून क्या है? और परंपरा का क्या अर्थ है? क्या ईश्वरीय परंपरा और कानून बनाए गए नियमों के प्रकार के हैं, और सामाजिक प्रतिबद्धताओं, अनुबंधों तथा मानसिक दायित्वों में से हैं? या वह कोई विशिष्ट सृष्टि है जिसे ईश्वर ने पैदा किया है? या इन दोनों में से कोई भी अभिव्यक्ति ईश्वरीय परंपरा और कानून के बारे में सही नहीं है? और हर हाल में क्या ईश्वर अपनी परंपरा को बना या स्थापित नहीं कर सकता? ईश्वर के कानून और परंपरा का बदलना असंभव क्यों है? उत्तर में हम कहते हैं कि परंपरा और कानून ऐसी चीज़ नहीं हैं जिनकी अलग से रचना या सृष्टि की गई हो। कानून एक सामान्य धारणा और मन का अमूर्तन है; बाहरी जगत में वह सामान्यता और कानून होने के रूप में मौजूद नहीं है। बाहरी जगत में जो मौजूद है, वह कारण और परिणाम का क्रम तथा अस्तित्व के स्तर और दर्जे हैं, जो हमारे मन में अमूर्त और पृथक किए जाते हैं तथा कानून के रूप में प्रतिबिंबित होते हैं। अस्तित्व के स्तर हैं और हर स्तर की एक स्थिर और निश्चित स्थिति है। यह कल्पना नहीं की जा सकती कि कोई कारण अपनी विशेष स्थिति किसी दूसरे को सौंप दे, या कोई परिणाम अपनी जगह से स्थानांतरित हो जाए; और यही सत्य है जिसे इस तरह व्यक्त किया जाता है कि जगत के नियम हैं। अतः सृष्टि का कानून कोई अनुबंध या मान्यता नहीं है, क्योंकि वह वस्तुओं के अस्तित्व की प्रकृति से अमूर्त किया गया है; इसी कारण उसका रूपांतरण और परिवर्तन भी असंभव है। अपवाद क्या सृष्टि के नियम अपवाद स्वीकार करते हैं? क्या चमत्कार और असाधारण कार्य ईश्वर की परंपरा का उल्लंघन हैं? उत्तर दोनों ही मामलों में नकारात्मक है। न सृष्टि के नियम अपवाद स्वीकार करते हैं, न असाधारण कार्य सृष्टि के नियमों में अपवाद हैं। यदि संसार की परंपराओं में परिवर्तन दिखाई देते हैं, तो वे परिस्थितियों के बदलने के कारण होते हैं और यह स्पष्ट है कि हर परंपरा विशेष परिस्थितियों में लागू होती है; परिस्थितियाँ बदलने पर दूसरी परंपरा लागू होती है, और वह परंपरा भी अपनी विशेष परिस्थितियों में सार्वभौमिक होती है। इसलिए कानून और परंपरा का बदलना कानून और परंपरा के अनुसार ही होता है; लेकिन इसका अर्थ यह नहीं कि एक कानून दूसरे कानून के आदेश से निरस्त हो जाता है, बल्कि इसका अर्थ यह है कि किसी कानून की परिस्थितियाँ बदल जाती हैं और नई परिस्थितियाँ उत्पन्न होती हैं, और नई परिस्थितियों में नया कानून प्रभावी होता है। जगत में अपरिवर्तनीय नियमों और परंपराओं के सिवा कुछ नहीं है। यदि कोई मृत व्यक्ति चमत्कार से जीवित हो जाता है, तो उसका भी अपना हिसाब और कानून होता है। यदि मरियम के पुत्र ईसा (अ.) जैसा बच्चा बिना पिता के जन्म लेता है, तो यह ईश्वरीय परंपरा और जगत के कानून के विरुद्ध नहीं है। मनुष्य सृष्टि के सभी नियमों और परंपराओं को नहीं जानता; और जब वह किसी चीज़ को अपने ज्ञात नियम और परंपरा के विरुद्ध मानता है, तो समझता है कि वह बिल्कुल ही कानून और परंपरा के विरुद्ध है, अपवाद है, कारणता के नियम का उल्लंघन है; जबकि कई मामलों में जिसे वह कानून के रूप में जानता है, वह कानून का बाहरी रूप है, वास्तविक कानून नहीं। उदाहरण के लिए, हम मानते हैं कि जीवन की सृष्टि की परंपरा यह है कि हर जीवित प्राणी माता-पिता के संयोग से उत्पन्न होता है, लेकिन यह परंपरा का बाहरी रूप है, सृष्टि की परंपरा स्वयं नहीं। मरियम के पुत्र ईसा ने परंपरा के बाहरी रूप को तोड़ा है, स्वयं परंपरा को नहीं। यह कि सृष्टि के वास्तविक नियम अटल हैं, एक बात है; और यह कि हमने जिन नियमों को जाना है, वे जगत के वास्तविक नियम हैं या नियम का बाहरी रूप, यह दूसरी बात है। चमत्कार का अर्थ कानून-विहीन होना या कानून से ऊपर होना नहीं है। भौतिकवादी इस प्रकार की भूल में पड़ गए हैं कि उन्होंने विज्ञान द्वारा खोजे गए जगत के प्राकृतिक नियमों के एक हिस्से को वास्तविक और एकमात्र नियम मान लिया है, और फिर चमत्कारों को नियमों का उल्लंघन समझा है। हम कहते हैं कि विज्ञान ने जो कुछ बताया है, वह विशेष और सीमित परिस्थितियों में सत्य है; और जब किसी पैग़म्बर या ईश्वर के वली की इच्छा से कोई असाधारण कार्य किया जाता है, तो परिस्थितियाँ बदल जाती हैं; अर्थात एक शक्तिशाली, पवित्र और ईश्वर की अविनाशी शक्ति से जुड़ी आत्मा परिस्थितियों को बदल देती है; और दूसरे शब्दों में, एक विशिष्ट कारक और तत्व मैदान में प्रवेश करता है। स्पष्ट है कि नई परिस्थितियों में, जो एक नए कारक अर्थात सत्य के वली की शक्तिशाली और दिव्य इच्छा के अस्तित्व से उत्पन्न होती हैं, एक दूसरा कानून प्रभावी हो जाता है। दुआ और सदक़े के प्रभाव से विपत्तियों आदि को टालने के मामले में भी यही स्थिति है। हदीस में आया है कि रसूल-ए-अकरम (उन पर और उनके परिवार पर अल्लाह की शांति हो) से पूछा गया कि जबकि हर घटना जो जगत में घटती है, ईश्वरीय नियति और उसके निश्चित फ़ैसले के अनुसार है, तो दुआ और</w:t>
      </w:r>
    </w:p>
    <w:p>
      <w:pPr>
        <w:jc w:val="left"/>
      </w:pPr>
      <w:r>
        <w:rPr>
          <w:rFonts w:ascii="Calibri" w:hAnsi="Calibri" w:cs="Calibri"/>
          <w:sz w:val="28"/>
          <w:szCs w:val="28"/>
          <w:rtl w:val="0"/>
        </w:rPr>
        <w:t>११६ ईश्वरीय न्याय: दुआ का क्या प्रभाव हो सकता है? उन्होंने उत्तर दिया: दुआ भी क़ज़ा और क़दर में शामिल है। एक दूसरी रिवायत में आया है कि अली (उन पर शांति हो) एक दीवार के पास बैठे थे; उन्होंने देखा कि दीवार टूटी हुई है और गिर सकती है; वे तुरंत उठे और वहाँ से दूर चले गए। एक व्यक्ति ने आपत्ति की: क्या आप ईश्वरीय क़ज़ा से भाग रहे हैं? अर्थात यदि तुम्हारी मृत्यु होनी नियत है, तो टूटी दीवार के पास से भागो या न भागो, तुम मरोगे; और यदि तुम्हें कोई नुकसान पहुँचना नियत नहीं है, तो हर हाल में सुरक्षित रहोगे; इसलिए टूटी दीवार के नीचे से हटने का क्या अर्थ है? हज़रत ने उसे उत्तर दिया: «मैं अल्लाह की क़ज़ा से उसकी क़दर की ओर भागता हूँ।» इस वाक्य का अर्थ यह है कि संसार में घटने वाली हर घटना ईश्वरीय क़ज़ा और तक़दीर के अधीन है। यदि मनुष्य स्वयं को ख़तरे में डालकर घायल हो जाए, तो यह ईश्वर की क़ज़ा और उसका नियम है; और यदि ख़तरे से भागकर बच जाए, तो वह भी ईश्वर का नियम और उसकी तक़दीर है। यदि मनुष्य कीटाणुओं वाले वातावरण में जाए और बीमार पड़ जाए, तो यह नियम है; और यदि दवा लेकर बीमारी से छुटकारा पा ले, तो वह भी नियम है। इसलिए यदि मनुष्य टूटी दीवार के नीचे से उठकर एक ओर चला जाए, तो उसने ईश्वर के नियम और ईश्वरीय क़ज़ा के विरुद्ध कोई काम नहीं किया; ऐसी स्थिति में ईश्वर का नियम यह है कि वह मृत्यु से सुरक्षित रहे; और यदि वह दीवार के नीचे बैठा रहे और दीवार गिरने से नष्ट हो जाए, तो यह भी सृष्टि का नियम है। पवित्र क़ुरआन ने इस सत्य को बड़े रोचक ढंग से बयान किया है। सूरह तलाक़ में हम पढ़ते हैं: «जो अल्लाह से डरता है, उसके लिए वह मुक्ति का मार्ग बना देता है और उसे वहाँ से रोज़ी देता है जहाँ से उसे गुमान भी नहीं होता; और जो अल्लाह पर भरोसा करता है, उसके लिए वही काफ़ी है। निस्संदेह, अल्लाह अपना काम पूरा करके रहता है; हर चीज़ के लिए अल्लाह ने एक मात्रा निर्धारित कर दी है।» जो कोई परहेज़गारी अपनाता है, अल्लाह उसके लिए कठिनाइयों से निकलने का मार्ग बना देता है और ऐसे रास्ते से उसे रोज़ी पहुँचाता है जिसकी उसे उम्मीद नहीं होती; और जो अल्लाह पर भरोसा करके अपना काम उसके हवाले कर देता है, उसके लिए अल्लाह काफ़ी है। निस्संदेह, अल्लाह अपना आदेश पूरा करता है। बहार अल-अनवार, नया संस्करण, खंड ५, पृष्ठ ७८। तौहीद-ए-सदूक़, लिथोग्राफ़ संस्करण, पृष्ठ ३३७। तलाक़ / २-३। भेदभाव ११७ और उसे परिणाम तक पहुँचाता है, और जो कुछ वह चाहता है, उसमें कोई बाधा नहीं डाल सकता। सचमुच, अल्लाह ने हर चीज़ के लिए एक निश्चित मात्रा और माप तय किया है। इस आयत में मानो उस नियम का वर्णन है जो सभी नियमों से ऊपर और उन सब पर शासन करता है। वह नियम तक़वा और तवक्कुल का है। इस आयत से यह निष्कर्ष निकलता है कि तवक्कुल के बाद प्रभु की कृपा निश्चित है; जो कोई सच्चे अर्थों में अल्लाह पर भरोसा करता है, उसे अल्लाह की कृपा प्राप्त होती है; और अल्लाह की कृपा तथा उसकी सहायता से—जिसका अपना एक विशेष प्रवाह और परंपरा है और जिसमें कारणों की एक शृंखला और परिणाम काम करते हैं—लक्ष्य तक पहुँचना निश्चित है। यह ऐसा नियम है जो अन्य सभी नियमों पर शासन करता है। फिर भी, ताकि यह न भुलाया जाए कि ईश्वर का काम एक व्यवस्था और नियम के अनुसार होता है, उसने बताया कि अल्लाह ने हर चीज़ के लिए एक माप और हिसाब निर्धारित किया है; और यह भी कहा है कि जो कोई परहेज़गारी अपनाता है, उसके लिए अल्लाह रास्ता बनाता है; अर्थात उसका काम नियमहीन और साधनरहित नहीं होता, हालाँकि संभव है कि वह साधन सामान्य साधनों और जाने-पहचाने रास्तों में से न हो, बल्कि «ऐसी जगह से जहाँ उसे गुमान भी न हो» हो। क़ज़ा और क़दर तथा नियतिवाद का प्रश्न: इस बात को ध्यान में रखते हुए कि ईश्वरीय तक़दीर का अर्थ यह है कि संसार नियम और परंपरा के अधीन है, क़ज़ा और क़दर में विश्वास के कारण पैदा होने वाली नियतिवाद की समस्या भी हल हो जाती है। हमने अपनी पुस्तक «इंसान और भाग्य» में इस विषय पर विस्तार से चर्चा की है और जिज्ञासुओं को उस पुस्तक की ओर निर्देशित करते हैं। यहाँ संक्षेप में और संकेत मात्र से कहते हैं कि यह समस्या इस कारण पैदा हुई कि कुछ लोगों ने समझ लिया कि ईश्वरीय तक़दीर का अर्थ यह है कि ईश्वर सीधे और संसार के नियमों से बाहर हर घटना को इच्छित करता है। ख़य्याम से संबद्ध यह शेर है: «मैं शराब पीता हूँ और जो मेरी तरह योग्य है, वह भी पीता है; मेरे शराब पीने को ईश्वर ने अनादि काल से जान रखा था; मेरे शराब पीने में उसके लिए कोई कठिनाई नहीं थी। यदि मैं शराब न पीऊँ, तो ईश्वर का ज्ञान अज्ञान हो जाएगा।» इस शेर के रचयिता ने यह समझा कि किसी काम के प्रति मनुष्य की इच्छा, ईश्वर की इच्छा के सामने और उसके विरोध में होती है; इसलिए उसने माना कि यदि मनुष्य शराब न पीना चाहे, तो यह संभव नहीं है; क्योंकि ईश्वर की इच्छा यही थी कि वह शराब पिए। और चूँकि ईश्वर की इच्छा और ज्ञान में परिवर्तन नहीं हो सकता, इसलिए मनुष्य चाहे या न चाहे, शराबख़ोरी करेगा। यह बात बहुत ही कमज़ोर है और अत्यंत अज्ञान से कही गई है, इसलिए यह विश्वास करना कठिन है कि इसका कहने वाला दार्शनिक ख़य्याम था। हर दार्शनिक और आधा दार्शनिक भी इतना समझता है कि ईश्वर किसी के शराब पीने की प्रत्यक्ष इच्छा नहीं करता, और न ही किसी के शराब न पीने की। ईश्वर ने संसार के लिए एक व्यवस्था और नियम बनाया है, और संसार में कोई काम नियम से बाहर नहीं होता। जिस तरह कोई प्राकृतिक घटना प्राकृतिक कारण के बिना घटित नहीं होती, उसी तरह मनुष्यों के ऐच्छिक कर्म भी उनकी इच्छा और चयन के बिना घटित नहीं होते। मनुष्य के संबंध में ईश्वर का नियम यह है कि मनुष्य के पास इच्छा, सामर्थ्य और चयन की स्वतंत्रता हो, और वह अच्छे या बुरे कामों को स्वयं चुने। स्वतंत्र इच्छा और चयन मनुष्य के अस्तित्व के मूलभूत घटक हैं। स्वतंत्रता से रहित मनुष्य असंभव है; अर्थात मनुष्य होने और साथ ही स्वतंत्र न होने की कल्पना केवल एक कल्पना है, वास्तविकता नहीं। और यदि वह मनुष्य न हो, तो उस पर कोई दायित्व नहीं; यह ऐसा ही है जैसे कोई गाय या गधा शराब के पीपे में मुँह डालकर पीने लगे। अतः ईश्वरीय क़ज़ा और क़दर, जिसने मनुष्य को अस्तित्व देना चाहा है, उसने उसे स्वतंत्र भी चाहा है। इसलिए मनुष्य का शराब पीना उसकी अपनी इच्छा और चयन के आधार पर नहीं, बल्कि ईश्वरीय विवशता के आधार पर है—यह ईश्वर के अनादि ज्ञान के विरुद्ध है; और यदि मनुष्य ईश्वर के प्रति अज्ञानी होता।</w:t>
      </w:r>
    </w:p>
    <w:p>
      <w:pPr>
        <w:jc w:val="left"/>
      </w:pPr>
      <w:r>
        <w:rPr>
          <w:rFonts w:ascii="Calibri" w:hAnsi="Calibri" w:cs="Calibri"/>
          <w:sz w:val="28"/>
          <w:szCs w:val="28"/>
          <w:rtl w:val="0"/>
        </w:rPr>
        <w:t>इससे ईश्वरीय नियतिवाद का निष्कर्ष निकलता है। आज शोधकर्ताओं को संदेह है कि कवि ख़य्याम वही दार्शनिक ख़य्याम था, वे यह संभावना जताते हैं, बल्कि सिद्ध करते हैं कि दो या उससे अधिक व्यक्ति हुए हैं और इतिहास ने उन्हें आपस में मिला दिया है। जो भी हो, ख़य्याम नाम के कई व्यक्ति रहे हों या एक ही ख़य्याम दो परस्पर विरोधी व्यक्तित्वों के साथ अस्तित्व में रहा हो, यह कहना कि ईश्वरीय ज्ञान और ईश्वरीय नियति पाप करने का कारण हैं, और इस तरह चयन करने वाले कर्ता मनुष्य से ज़िम्मेदारी छीन ली जाए—ग़लत है। इसके उत्तर में उचित ही कहा गया है: विवेकशील लोगों की दृष्टि में अनादि ज्ञान को अवज्ञा का कारण मानना घोर अज्ञानता है। इसके लिए मुर्तज़ा मुतह्हरी की पुस्तक ‘मनुष्य और भाग्य’ का अंतिम अध्याय देखें। भेदभावों का सारांश: पृष्ठ 119 पर, इस भाग में हुई लंबी और शायद उबाऊ चर्चा से भेदभाव और विभिन्नताओं की आपत्ति का उत्तर इस प्रकार संक्षेप में दिया जा सकता है: 1. अस्तित्व-जगत का संचालन स्वाभाविक और अपरिवर्तनीय नियमों तथा क़ानूनों की एक शृंखला से होता है, और इनके अनुसार हर वस्तु और हर घटना का एक ख़ास स्थान, दर्जा और स्थिति होती है, जिसमें परिवर्तन या अदला-बदली की कोई गुंजाइश नहीं होती। अस्तित्व में व्यवस्था होने का तक़ाज़ा है कि उसके विभिन्न स्तर और अलग-अलग दर्जे हों, और यही बात भिन्नताओं और अंतर का, तथा अभावों और कमियों के पैदा होने का कारण है। भिन्नता और अंतर पैदा नहीं किए जाते, बल्कि वे सृष्ट प्राणियों की अंतर्निहित प्रकृति का हिस्सा हैं। यह कल्पना ग़लत है कि सृष्टिकर्ता ने प्राणियों के बीच भेदभाव किया है। न्याय या बुद्धिमत्ता का उल्लंघन भेदभाव हो सकता है, भिन्नता नहीं; और जगत में जो मौजूद है, वह भिन्नता है, भेदभाव नहीं। motahari.ir motahari.ir</w:t>
      </w:r>
    </w:p>
    <w:p>
      <w:pPr>
        <w:jc w:val="left"/>
      </w:pPr>
      <w:r>
        <w:rPr>
          <w:rFonts w:ascii="Calibri" w:hAnsi="Calibri" w:cs="Calibri"/>
          <w:sz w:val="28"/>
          <w:szCs w:val="28"/>
          <w:rtl w:val="0"/>
        </w:rPr>
        <w:t>बुराइयाँ: तीन पहलुओं में चर्चा। अब तक हमने भेदभावों और भिन्नताओं के बारे में जो चर्चा की, जैसा कि पहले कहा, ईश्वरीय न्याय से संबंधित आपत्तियाँ और समस्याएँ कई भागों में हैं: भेदभाव, विनाश और अभाव, कमियाँ और न्यूनताएँ, तथा आपदाएँ। पहले हमने वादा किया था कि इन चार प्रकार की आपत्तियों में से पहले भाग पर ‘भेदभाव’ शीर्षक के अंतर्गत चर्चा करेंगे और शेष तीन भागों पर ‘बुराइयाँ’ शीर्षक के अंतर्गत। अब जब हम भेदभावों पर चर्चा से निवृत्त हो चुके हैं, तो बुराइयों पर चर्चा शुरू करते हैं। बुराइयों की समस्या पर दार्शनिकों का उत्तर तीन भागों में है: अ. बुराइयों की प्रकृति क्या है? क्या बुराइयाँ वास्तविक और अस्तित्ववान चीज़ें हैं, या वे अभावात्मक और सापेक्ष चीज़ें हैं? ब. चाहे बुराइयाँ अस्तित्ववान हों या अभावात्मक, क्या अच्छाइयों और बुराइयों को एक-दूसरे से अलग किया जा सकता है, या उन्हें अलग नहीं किया जा सकता? और दूसरे अनुमान के अनुसार, जब उन्हें अलग नहीं किया जा सकता, तो क्या सारी अच्छाइयों और बुराइयों सहित संसार समग्र रूप से अच्छा है या बुरा? यानी क्या संसार में अच्छाइयाँ बुराइयों से अधिक हैं, या संसार की बुराइयाँ उसकी अच्छाइयों से अधिक हैं? या उनमें से कोई भी दूसरी से अधिक नहीं, बल्कि दोनों बराबर हैं? ज. चाहे बुराइयाँ अस्तित्ववान हों या अभावात्मक, और चाहे उन्हें अच्छाइयों से अलग किया जा सके या नहीं, क्या जो बुरा है वह वास्तव में बुरा है और उसमें अच्छाई का कोई पहलू नहीं है—यानी कम-से-कम वह एक या अनेक अच्छाइयों का आधार और प्रस्तावना नहीं है? या हर बुराई के भीतर कोई अच्छाई, बल्कि अनेक अच्छाइयाँ छिपी हैं और हर बुराई एक या कई अच्छाइयों को जन्म देती है? पहले भाग में दो-स्रोतवादियों के उत्तर पर चर्चा होगी, जो अस्तित्व के दो मूल स्रोत मानते हैं; और दूसरा भाग जोड़ने पर उन भौतिकवादियों की आपत्ति का उत्तर दिया जाएगा, जिन्होंने बुराइयों को ईश्वरीय बुद्धिमत्ता के विरुद्ध माना है, और उन लोगों का भी, जिन्होंने बुराइयों की समस्या के आधार पर ईश्वरीय न्याय पर आपत्ति की है। चर्चा का तीसरा भाग अस्तित्व-जगत की सुंदर और अनूठी व्यवस्था को उजागर करता है, और इसे पहले उत्तर का स्वतंत्र, किंतु संतोषजनक उत्तर या उसका उपयोगी पूरक माना जा सकता है। हमारी शैली और पद्धति: इस चर्चा में इस्लाम के दार्शनिकों द्वारा प्रस्तुत उन्हीं बातों का उपयोग करते हुए, एक नई शैली और रूपरेखा में हमने बुराइयों की समस्या का उत्तर दिया है। इस पुस्तक में प्रस्तुत हमारा उत्तर उन्हीं तत्वों को समेटे हुए है, जिनका उल्लेख इस्लामी दर्शन की पुस्तकों—विशेष रूप से सद्रुल-मुतअल्लिहीन की पुस्तकों—में बुराइयों की आपत्ति के उत्तर में किया गया है, और दोनों उत्तर प्रकृति की दृष्टि से एक ही हैं। हमारे और उनके उत्तरों में अंतर उस विशिष्ट पद्धति का है, जिसे हमने अपनाया है। इसका कारण यह है कि हमने समस्या बुराइयों का अध्ययन ‘ईश्वरीय न्याय’ के दृष्टिकोण से किया है, जबकि इस्लाम के दार्शनिकों की सामान्य पद्धति यह रही है कि वे इस समस्या को एकेश्वरवाद की चर्चा और दो-स्रोतवादियों की आपत्ति के खंडन में, या ईश्वरीय कृपा और ईश्वरीय ज्ञान की समस्या में—और इस बात के संदर्भ में कि बुराइयों से ईश्वरीय फ़ैसले का संबंध किस प्रकार है—उठाते हैं। चूँकि उन्होंने इस समस्या का अध्ययन इसी विशेष दृष्टिकोण से किया है, इसलिए उनका उत्तर सीधे तौर पर दोहरे मूल स्रोत की आपत्ति के खंडन या बुराइयों से ईश्वरीय फ़ैसले के संबंध के तरीक़े पर केंद्रित होता है; ईश्वरीय न्याय की चर्चा में उसका उपयोग केवल अप्रत्यक्ष रूप से किया जा सकता है। अस्तित्व का द्वैत: दो-स्रोतवादियों और उनके समर्थकों की आपत्ति का आधार—जैसा कि पहले भी संकेत किया गया है—यह है कि चूँकि अस्तित्व अपने स्वरूप में दो प्रकार के हैं: अच्छे अस्तित्व और बुरे अस्तित्व, इसलिए उनका उद्गम भी अनिवार्यतः दो अलग-अलग मूल स्रोतों से हुआ होगा, ताकि हर बुराई और अच्छाई का संबंध अलग-अलग सृष्टिकर्ता से हो। वास्तव में, दो-स्रोतवादियों ने ईश्वर को बुराई से मुक्त करना चाहा है, लेकिन उन्होंने उस पर बुराइयों में एक साझेदार रखने का आरोप लगाया है। दो-स्रोतवादियों की दृष्टि में, जिन्होंने संसार को अच्छे और बुरे दो भागों में बाँटा है, और बुराइयों को अनावश्यक, बल्कि हानिकारक माना है, वे स्वाभाविक रूप से उन्हें ईश्वर से नहीं, बल्कि ईश्वर के विरोध में स्थित किसी शक्ति से मानते हैं। ईश्वर एक ऐसे मनुष्य की तरह है जो नेकनीयत तो है, लेकिन दुर्बल और असमर्थ है; वह मौजूदा स्थिति से दुखी है और उससे सहमत नहीं है, लेकिन उसके सामने एक दुष्ट और दुर्भावनापूर्ण प्रतिद्वंद्वी है, जो उसकी इच्छा के विरुद्ध भ्रष्टता और विनाश पैदा करता है। दो-स्रोतवादी इस विश्वास को कि ईश्वर की शक्ति अनंत है, उसकी इच्छा सर्वोपरि है और उसके फ़ैसले तथा नियति का कोई प्रतिद्वंद्वी नहीं—इस विश्वास के साथ कायम नहीं रख सके कि ईश्वर बुद्धिमान, न्यायी और भला है। लेकिन इस्लाम ईश्वर को समस्त अस्तित्व का स्रोत और असीम दया तथा पूर्ण बुद्धिमत्ता का स्वामी मानते हुए भी उसकी शक्तिशाली इच्छा और अपराजेय सामर्थ्य पर कोई आक्षेप नहीं करता। वह हर चीज़ को उसी से संबद्ध करता है, यहाँ तक कि शैतान और उसका बहकाना भी। इस्लाम की दृष्टि में बुराइयों की समस्या एक दूसरे ढंग से हल होती है। वह कहता है कि एक दृष्टि से संसार की चीज़ें अच्छाइयों और बुराइयों की दो श्रेणियों में बाँटी जाती हैं, लेकिन दूसरी दृष्टि से सृष्टि की व्यवस्था में किसी प्रकार की बुराई नहीं है। जो कुछ है, वह भलाई है; मौजूदा व्यवस्था सर्वोत्तम है और इससे अधिक सुंदर व्यवस्था संभव नहीं है। ‘बुराइयों’ की समस्या का इस प्रकार उत्तर देना, तर्क की दृष्टि से एक ऐसे विशेष दर्शन पर आधारित है जिसमें अस्तित्व और अभाव के प्रश्नों की गहरी पड़ताल की जाती है। यह दर्शन दो-स्रोतवादियों को जो उत्तर देता है, वह यह है कि बुराइयाँ वास्तविक और मूलभूत अस्तित्ववान चीज़ें नहीं हैं, जिन्हें किसी सृष्टिकर्ता और मूल स्रोत की आवश्यकता हो। इस बात को दो तरीक़ों से प्रतिपादित किया जा सकता है: बुराई का अभावात्मक होना और बुराई का सापेक्ष होना। इन दोनों बातों की व्याख्या से अस्तित्व के द्वैत की आपत्ति पूरी तरह दूर हो जाती है। बुराई अभावात्मक है। एक साधारण विश्लेषण से पता चलता है कि बुराइयों की प्रकृति अभाव है; यानी सभी बुराइयाँ किसी-न-किसी प्रकार का अभाव और अनस्तित्व हैं। इस विचार की एक बहुत पुरानी परंपरा है; इस विचार की जड़ें प्राचीन यूनान में हैं।</w:t>
      </w:r>
    </w:p>
    <w:p>
      <w:pPr>
        <w:jc w:val="left"/>
      </w:pPr>
      <w:r>
        <w:rPr>
          <w:rFonts w:ascii="Calibri" w:hAnsi="Calibri" w:cs="Calibri"/>
          <w:sz w:val="28"/>
          <w:szCs w:val="28"/>
          <w:rtl w:val="0"/>
        </w:rPr>
        <w:t>दर्शन की पुस्तकों में इस विचार का श्रेय प्राचीन यूनानियों, विशेषकर प्लेटो, को दिया जाता है, लेकिन बाद के विचारकों ने इसका अधिक और बेहतर विश्लेषण किया है; और चूँकि हम इस बात को सही और बुनियादी मानते हैं, इसलिए इसे यहाँ इस पुस्तक के अनुरूप सीमा तक प्रस्तुत करते हैं, और आरंभ में ही आदरणीय पाठकों से विषय की कठिनता के लिए क्षमा माँगते हुए अनुरोध करते हैं कि वे थोड़ा धैर्य रखें और प्रयास करें कि आशय को समझ सकें।</w:t>
      </w:r>
    </w:p>
    <w:p>
      <w:pPr>
        <w:jc w:val="left"/>
      </w:pPr>
      <w:r>
        <w:rPr>
          <w:rFonts w:ascii="Calibri" w:hAnsi="Calibri" w:cs="Calibri"/>
          <w:sz w:val="28"/>
          <w:szCs w:val="28"/>
          <w:rtl w:val="0"/>
        </w:rPr>
        <w:t>१२६ ईश्वरीय न्याय: हम सोचते हैं कि यह विषय ध्यान देने योग्य है, और निश्चय ही हम प्रयास करेंगे कि जहाँ तक संभव हो, बात को अधिक सरलता से بیان करें। जो लोग कहते हैं कि बुराई अभाव है, उनका आशय यह नहीं कि जिसे «बुराई» कहा जाता है, उसका अस्तित्व ही नहीं है, ताकि यह कहा जाए कि यह अनुभव और प्रत्यक्ष ज्ञान के विपरीत है। हम प्रत्यक्ष रूप से देखते हैं कि अंधापन, बहरापन, बीमारी, अन्याय और अत्याचार, अज्ञान और असमर्थता, मृत्यु, भूकंप आदि का अस्तित्व है। न तो इनके अस्तित्व से इनकार किया जा सकता है और न ही इस बात से कि ये बुराइयाँ हैं। यह भी आशय नहीं कि चूँकि बुराई अभाव है, इसलिए बुराई का अस्तित्व ही नहीं, और चूँकि कोई बुराई मौजूद नहीं, इसलिए मनुष्य का कोई कर्तव्य नहीं; क्योंकि मनुष्य का कर्तव्य बुराइयों और बुरे लोगों से संघर्ष करना तथा अच्छाइयों को प्राप्त करना और अच्छे लोगों का समर्थन करना है। और चूँकि हर स्थिति अच्छी है, बुरी नहीं, इसलिए वर्तमान स्थिति से हमेशा संतुष्ट रहना चाहिए, बल्कि उसे संभव स्थितियों में सबसे अच्छा मानना चाहिए। निर्णय करने में जल्दबाज़ी न करें। हम न तो अंधेपन, बहरेपन, अत्याचार, गरीबी, बीमारी आदि के अस्तित्व से इनकार करना चाहते हैं, न उनकी बुराई होने से; न ही हम मनुष्यों को ज़िम्मेदारी से मुक्त करना चाहते हैं और न ही संसार को बदलने में मनुष्य की भूमिका को नज़रअंदाज़ करना चाहते हैं। संसार का—और विशेष रूप से मनुष्य का—विकासशील होना तथा उसका दायित्व उस व्यवस्था को सँवारना, जो उसे सौंपी गई है, संसार की सुंदर व्यवस्था का एक हिस्सा है। इसलिए चर्चा इन बातों की नहीं है; चर्चा यह है कि ये सभी «अभाव» और «वंचनाएँ» हैं, और इनका अस्तित्व «कमियों» और «रिक्तताओं» का अस्तित्व है। ये इस कारण बुराइयाँ हैं कि स्वयं विनाश और अनस्तित्व, अथवा कमी और रिक्तता हैं, या विनाश, अनस्तित्व, कमी और रिक्तता का कारण हैं। संसार की आवश्यक विकासशील व्यवस्था में मनुष्य की भूमिका कमियों की भरपाई करना, रिक्तताओं को भरना और इन रिक्तताओं तथा कमियों की जड़ों को उखाड़ना है। यदि यह विश्लेषण स्वीकार कर लिया जाए, तो यह पहला कदम और पहला चरण है। इसका प्रभाव यह होता है कि हमारे मन से यह विचार निकल जाता है कि बुराइयों को किसने पैदा किया है? कुछ अस्तित्व अच्छे और कुछ बुरे क्यों हैं? यह स्पष्ट हो जाता है कि जो बुरा है, वह अस्तित्व की कोटि का नहीं, बल्कि रिक्तता और अनस्तित्व की कोटि का है; और इससे द्वैतवाद की वह सोच मिट जाती है, जो कहती है कि अस्तित्व की दो शाखाएँ, बल्कि दो जड़ें हैं। लेकिन ईश्वरीय न्याय और परम प्रज्ञा के दृष्टिकोण से अभी हमें कुछ और चरण पार करने हैं, जिन्हें इस चरण के बाद पूरा करना होगा। अच्छाइयाँ और बुराइयाँ संसार में दो अलग-अलग और एक-दूसरे से पृथक समूह नहीं हैं, जैसे निर्जीव वस्तुएँ वनस्पतियों से और वनस्पतियाँ पशुओं से अलग होकर विशिष्ट पंक्तियाँ बनाती हैं। यह गलत है कि हम सोचें कि बुराइयाँ वस्तुओं की कोई निश्चित श्रेणी हैं, जिनकी प्रकृति बुराइयों से बनी है—१२۷—और उनमें कोई अच्छाई नहीं है; और अच्छाइयाँ भी अपने आप में एक दूसरा समूह हैं, जो बुराइयों से अलग और भिन्न है। अच्छाई और बुराई एक-दूसरे में मिली हुई हैं; उन्हें अलग नहीं किया जा सकता। प्रकृति में जहाँ बुराई है, वहाँ अच्छाई भी है; और जहाँ अच्छाई है, वहीं बुराई भी मौजूद है। प्रकृति में अच्छा और बुरा इस तरह एक-दूसरे में गुंथे हुए हैं, मानो वे एक-दूसरे के साथ मिश्रित हों; लेकिन यह रासायनिक मिश्रण नहीं, बल्कि उससे अधिक गहरा और सूक्ष्म मिश्रण है—अस्तित्व और अनस्तित्व के मिश्रण जैसा। अस्तित्व और अनस्तित्व बाहरी दुनिया में दो अलग-अलग समूह नहीं बनाते। अनस्तित्व शून्य और निरर्थक है और वह अस्तित्व के सामने अपने लिए कोई खास जगह नहीं बना सकता। लेकिन प्रकृति की दुनिया में, जो शक्ति और क्रिया, गति, विकास, विरोध और टकराव की दुनिया है, वहीं जहाँ अस्तित्व हैं, अभाव भी पाए जाते हैं। जब हम अंधेपन की बात करते हैं, तो यह नहीं समझना चाहिए कि «अंधापन» कोई खास चीज़ और ठोस वास्तविकता है, जो अंधे की आँख में मौजूद होती है। नहीं, अंधापन तो दृष्टि का अभाव और न होना है; उसकी अपनी कोई विशिष्ट वास्तविकता नहीं। अच्छाई और बुराई भी अस्तित्व और अनस्तित्व जैसी हैं; बल्कि मूलतः अच्छाई अस्तित्व ही है और बुराई अनस्तित्व ही। जहाँ भी बुराई की बात होती है, वहाँ अवश्य ही किसी अनस्तित्व और अभाव का संबंध होता है। बुराई या तो स्वयं अनस्तित्व की कोटि की होती है, या ऐसा अस्तित्व होती है जो किसी प्रकार के अनस्तित्व को अनिवार्य बनाता है; अर्थात् ऐसी वस्तु जो अपने आप में अच्छी है, लेकिन इस कारण बुरी है कि वह किसी अनस्तित्व को अनिवार्य बनाती है, और केवल इसी कारण बुरी है, किसी अन्य कारण से नहीं। हम अज्ञान, गरीबी और मृत्यु को बुरा मानते हैं। ये स्वभावतः अनस्तित्व और अभाव हैं। डंक मारने वाले जीवों, हिंसक पशुओं, सूक्ष्मजीवों और कीटों को हम बुरा मानते हैं। ये स्वभावतः अनस्तित्व नहीं, बल्कि ऐसे अस्तित्व हैं जो अनस्तित्व और अभाव को अनिवार्य बनाते हैं। अज्ञान ज्ञान का अभाव और उसका न होना है। ज्ञान एक वास्तविकता और वास्तविक पूर्णता है, लेकिन अज्ञान कोई वास्तविकता नहीं। जब हम कहते हैं कि अज्ञानी व्यक्ति ज्ञान से वंचित है, तो इसका यह अर्थ नहीं कि उसमें «ज्ञान का अभाव» नाम का कोई विशेष गुण है, जो विद्वानों में नहीं होता। विद्वान ज्ञान प्राप्त करने से पहले अज्ञानी होते हैं; जब वे ज्ञान अर्जित करते हैं, तो वे कुछ खोते नहीं, बल्कि केवल कुछ प्राप्त करते हैं। यदि अज्ञान कोई वास्तविक वस्तु होता, तो ज्ञान प्राप्त करना, चूँकि इसके साथ अज्ञान का खोना जुड़ा है, केवल एक गुण को दूसरे गुण में बदलना होता—ठीक वैसे ही, जैसे कोई वस्तु अपना आकार और गुण खोकर कोई दूसरा आकार और गुण प्राप्त करती है। गरीबी भी निर्धनता और दरिद्रता है, न कि कोई संपत्ति या मौजूद वस्तु। जो व्यक्ति गरीब है, वह धन नाम की किसी चीज़ से वंचित है—१२۸ ईश्वरीय न्याय—न कि उसके पास भी अपने ढंग की कोई चीज़, गरीबी, मौजूद है और गरीब भी अमीर की तरह किसी प्रकार की संपत्ति से लाभान्वित है; बात केवल इतनी है कि अमीर के पास धन है और गरीब के पास गरीबी। मृत्यु भी खोना है, पाना नहीं; इसलिए जो शरीर जीवन का गुण खोकर निर्जीव वस्तु में बदल जाता है, उसका पतन हुआ है, उन्नति नहीं।</w:t>
      </w:r>
    </w:p>
    <w:p>
      <w:pPr>
        <w:jc w:val="left"/>
      </w:pPr>
      <w:r>
        <w:rPr>
          <w:rFonts w:ascii="Calibri" w:hAnsi="Calibri" w:cs="Calibri"/>
          <w:sz w:val="28"/>
          <w:szCs w:val="28"/>
          <w:rtl w:val="0"/>
        </w:rPr>
        <w:t>लेकिन डंक मारने वाले जीव, हिंसक पशु, सूक्ष्मजीव, बाढ़, भूकंप और आपदाएँ इस कारण बुरी हैं कि वे मृत्यु या किसी अंग या शक्ति के खो जाने का कारण बनते हैं, अथवा योग्यताओं को पूर्णता तक पहुँचने से रोकते हैं। यदि डंक मारने वाले जीव मृत्यु और बीमारी का कारण न बनते, तो वे बुरे न होते; यदि फसलों के कीट पेड़ों या उनके फलों को नष्ट न करते, तो वे बुरे न होते; यदि बाढ़ और भूकंप जान-माल का नुकसान न पहुँचाते, तो वे बुरे न होते। बुराई उन्हीं नुकसानों और खो जाने वाली चीज़ों में है। यदि हम हिंसक पशु को बुरा कहते हैं, तो इसलिए नहीं कि उसका विशेष स्वरूप ही बुराई है, बल्कि इसलिए कि वह मृत्यु का कारण बनता है और दूसरों से जीवन छीनता है। वास्तव में, जो चीज़ अपने आप में बुरी है, वह जीवन का अभाव है। यदि हिंसक पशु मौजूद हो, लेकिन हिंसा न करे, अर्थात् किसी के जीवन के अभाव का कारण न बने, तो वह बुरा नहीं है; और यदि वह मौजूद हो और जीवन का अभाव घटित हो, तो वह बुरा है। कारण और परिणाम के संबंध में, अक्सर वही वास्तविक अभाव, अर्थात् गरीबी और अज्ञान, मच्छर, बाढ़, भूकंप, युद्ध आदि जैसी चीज़ों का कारण बनते हैं, जो दूसरी तरह की बुराइयाँ हैं; अर्थात् वे ऐसी मौजूद चीज़ें हैं, जो इस कारण बुरी हैं कि वे अभावों और अनस्तित्वों का स्रोत बनती हैं। इस प्रकार की बुराइयों से लड़ने के लिए हमें पहले पहली तरह की बुराइयों से लड़ना चाहिए और अज्ञान, असमर्थता तथा गरीबी जैसे खालीपन को भरना चाहिए, ताकि दूसरी तरह की बुराइयों को पनपने का अवसर न मिले। नैतिक कर्मों और बुरे गुणों के मामले में भी यही बात लागू होती है। अन्याय बुरा है, क्योंकि वह पीड़ित का अधिकार छीनता है। अधिकार वह चीज़ है जिसका कोई अस्तित्व हकदार होता है और जिसे उसे मिलना चाहिए। उदाहरण के लिए, ज्ञान मनुष्य की एक पूर्णता है, जिसकी मानवीय योग्यता आकांक्षा करती है और जिसकी ओर बढ़ती है; इसी कारण मनुष्य उसका हकदार है। यदि शिक्षा का अधिकार किसी से छीन लिया जाए और उसे पढ़ने की अनुमति न दी जाए, तो यह अन्याय और बुराई है, क्योंकि यह पूर्णता में बाधा डालता है और अभाव का कारण बनता है। इसी तरह, अन्याय स्वयं अन्यायी के लिए भी बुरा है, क्योंकि वह उसकी उच्चतर योग्यताओं के आड़े आता है। यदि अन्यायी में क्रोध की शक्ति के अलावा उससे ऊपर की कोई शक्ति न होती, तो अन्याय उसके लिए बुरा न होता, बल्कि अन्याय का उसके लिए कोई अर्थ ही न होता। बुराइयाँ—१२९। अब जब यह ज्ञात हो गया कि सभी बुराइयाँ अनस्तित्व के प्रकार की हैं, तो द्वैतवादियों की आपत्ति का उत्तर स्पष्ट हो जाता है। द्वैतवादियों का संदेह यह था कि चूँकि संसार में दो प्रकार की चीज़ें मौजूद हैं, इसलिए संसार के दो प्रकार के मूल कारण और स्रष्टा होने चाहिए। इसका उत्तर यह है कि संसार में केवल एक ही प्रकार की चीज़ें हैं, और वे हैं अच्छाइयाँ; बुराइयाँ सभी अनस्तित्व के प्रकार की हैं, और अनस्तित्व सृजित नहीं होता। अनस्तित्व सृजन न करने से है, सृजन करने से नहीं। यह नहीं कहा जा सकता कि संसार के दो स्रष्टा हैं—एक अस्तित्वों का स्रष्टा और दूसरा अनस्तित्वों का। अस्तित्व और अनस्तित्व, सूर्य और छाया की तरह हैं। जब हम धूप में कोई खंभा खड़ा करते हैं, तो उसके कारण जो हिस्सा अँधेरा रह जाता है और सूर्य के प्रकाश से प्रकाशित नहीं होता, उसे छाया कहते हैं। छाया क्या है? छाया अंधकार है, और अंधकार प्रकाश के न होने के सिवा कुछ नहीं है। जब हम कहते हैं कि विश्व को प्रकाशित करने वाले सूर्य के केंद्र से प्रकाश विकीर्ण हुआ है, तो यह नहीं पूछना चाहिए कि छाया कहाँ से विकीर्ण हुई और अंधकार का केंद्र क्या है। छाया और अंधकार किसी चीज़ से विकीर्ण नहीं हुए; उनका अपना कोई स्वतंत्र स्रोत और केंद्र नहीं है। यही हकीमों की इस बात का अर्थ है कि «बुराइयाँ» अपने आप में सृजित नहीं हैं, बल्कि परोक्ष रूप से और आनुषंगिक रूप से सृजित हैं। सापेक्ष हैं। वस्तुओं के वे गुण जिनसे वे विशेषित होती हैं, दो प्रकार के होते हैं: वास्तविक और सापेक्ष। जब कोई गुण किसी चीज़ में हर स्थिति में, और किसी अन्य चीज़ पर विचार किए बिना, विद्यमान हो, तो उसे वास्तविक गुण कहते हैं। वास्तविक गुण वह है, जिसके द्वारा किसी सत्ता को वह गुण प्राप्त होने की संभावना के लिए केवल उस सत्ता और उस गुण की कल्पना पर्याप्त होती है। जबकि सापेक्ष गुण वह है, जिसके लिए गुणधारी वस्तु और गुण की कल्पना के साथ-साथ किसी तीसरी चीज़ की कल्पना भी आवश्यक है, जो संबंध और तुलना का पक्ष बने। इसलिए जब किसी गुण का किसी चीज़ पर लागू होना किसी तीसरी चीज़ को ध्यान में रखने पर निर्भर हो, और उस चीज़ के साथ इसकी तुलना करनी पड़े, तो ऐसे गुण को सापेक्ष कहते हैं। उदाहरण के लिए, जीवन एक वास्तविक गुण है। कोई सत्ता, इस बात पर ध्यान दिए बिना कि उसकी तुलना किसी दूसरी चीज़ से की जा रही है या नहीं, या तो जीवित और सजीव होती है या निर्जीव और मृत। इसी तरह, सफेदी और कालिमा, यदि रंगों को वास्तविक माना जाए, तो वास्तविक गुण हैं। जो चीज़ सफेद है, वह किसी दूसरी चीज़ से तुलना किए बिना सफेद है; और जो चीज़ काली है, वह अपने आप में काली है। उसके काले होने को सही मानने के लिए किसी दूसरी चीज़ से तुलना करना आवश्यक नहीं है। ईश्वरीय न्याय—१३०। इसी तरह, और भी बहुत-से गुण हैं, जिनमें मात्रा और परिमाण शामिल हैं। लेकिन छोटापन और बड़ापन सापेक्ष गुण हैं। जब हम किसी भौतिक वस्तु को छोटा कहते हैं, तो हमें देखना चाहिए कि किस चीज़ से तुलना करने पर या किसके सापेक्ष हम उसे छोटा कहते हैं। कोई भी चीज़ छोटी भी हो सकती है और बड़ी भी; यह इस बात पर निर्भर करता है कि हमने किस चीज़ को मानक और पैमाना बनाया है। उदाहरण के लिए, हम एक सेब या नाशपाती को छोटा कहते हैं और दूसरे सेब या नाशपाती को बड़ा कहते हैं। यहाँ पैमाना और मानक दूसरे सेबों और नाशपातियों का आकार है; अर्थात्, जिस सेब या नाशपाती की बात हो रही है, उसका आकार अन्य परिचित सेबों या नाशपातियों की तुलना में कम या अधिक है। हम किसी खास तरबूज़ को भी छोटा कहते हैं। यह भी दूसरे तरबूज़ों के पैमाने पर है। यही तरबूज़, जिसे हम बहुत छोटा देखते और कहते हैं, उस बड़े सेब से बड़ा है; लेकिन चूँकि हम इसकी तुलना तरबूज़ों से करते हैं, सेबों से नहीं, इसलिए इसे छोटा कहते हैं। एक बहुत बड़ी चींटी का आकार, जिसे देखकर आप आश्चर्य से उँगली दाँतों तले दबा लेते हैं, और एक बहुत छोटे ऊँट का आकार, जिसकी छोटी कद-काठी देखकर आप हैरान रह जाते हैं—इनकी कल्पना कीजिए; आप देखेंगे कि बहुत छोटा ऊँट, बहुत बड़ी चींटी से लाखों गुना बड़ा होता है।</w:t>
      </w:r>
    </w:p>
    <w:p>
      <w:pPr>
        <w:jc w:val="left"/>
      </w:pPr>
      <w:r>
        <w:rPr>
          <w:rFonts w:ascii="Calibri" w:hAnsi="Calibri" w:cs="Calibri"/>
          <w:sz w:val="28"/>
          <w:szCs w:val="28"/>
          <w:rtl w:val="0"/>
        </w:rPr>
        <w:t>ऐसा कैसे है कि बहुत छोटा, बहुत बड़े से बड़ा है? क्या यह विरोधाभास है? नहीं, यह विरोधाभास नहीं है। वह बहुत छोटा, ऊँटों में बहुत छोटा है और उस पैमाने तथा साँचे के अनुसार, जिसे मन ने अपने अनुभव के आधार पर ऊँट के बारे में बनाया है, बहुत छोटा है; और वह बहुत बड़ा, चींटियों में बहुत बड़ा है और उस पैमाने तथा साँचे के अनुसार, जिसे मन ने अपने अनुभव के आधार पर चींटी के बारे में बनाया है, बहुत बड़ा है। यही वह अर्थ है जिसमें हम कहते हैं कि बड़ापन और छोटापन दो सापेक्ष अवधारणाएँ हैं, लेकिन स्वयं मात्रा, अर्थात् संख्या और परिमाण, जैसा कि संकेत किया गया, वास्तविक चीज़ें हैं। यदि हमारे पास कुछ सेब हैं और, उदाहरण के लिए, उनकी संख्या सौ है, तो उनका सौ होना एक वास्तविक गुण है, न कि तुलनात्मक गुण; इसी तरह, यदि उनका आयतन, मान लीजिए, आधा घन मीटर है। संख्या और परिमाण मात्रा की श्रेणी में आते हैं, जबकि छोटापन और बड़ापन संबंध की श्रेणी में आते हैं। एक या दो, अथवा तीन या चार होना वास्तविक चीज़ें हैं, लेकिन पहला, दूसरा, तीसरा या चौथा होना सापेक्ष चीज़ें हैं। किसी सामाजिक कानून का अच्छा होना इस बात में है कि वह व्यक्तियों के हित और समाज के हित को एक साथ ध्यान में रखे, सामूहिक अधिकार को व्यक्तिगत अधिकार पर प्राथमिकता दे और व्यक्तियों की स्वतंत्रताओं को इस सीमा तक</w:t>
      </w:r>
    </w:p>
    <w:p>
      <w:pPr>
        <w:jc w:val="left"/>
      </w:pPr>
      <w:r>
        <w:rPr>
          <w:rFonts w:ascii="Calibri" w:hAnsi="Calibri" w:cs="Calibri"/>
          <w:sz w:val="28"/>
          <w:szCs w:val="28"/>
          <w:rtl w:val="0"/>
        </w:rPr>
        <w:t>बुराइयाँ संभावनाओं की पूर्ति की सीमाएँ हैं। लेकिन व्यक्तियों की सभी स्वतंत्रताओं को शत-प्रतिशत सुनिश्चित करना असंभव है; इसलिए अच्छा होना स्वतंत्रताएँ सुनिश्चित करने के इस दृष्टिकोण से किसी कानून का सापेक्ष है, क्योंकि उनमें से केवल कुछ को ही सुनिश्चित किया जा सकता है। अच्छा कानून वह है जो अधिकतम संभव स्वतंत्रताओं को सुनिश्चित करे, भले ही इसके लिए कुछ स्वतंत्रताएँ छीननी पड़ें। इसलिए स्वतंत्रताओं को सुनिश्चित करने के लिहाज़ से किसी कानून का अच्छा होना उन अन्य परिकल्पित कानूनों की तुलना में है, जो स्वतंत्रताओं की रक्षा और उन्हें सुनिश्चित करने में इस कानून से कम सक्षम हैं। यहाँ यह आवश्यक है कि किसी भ्रम को दूर करने के लिए मैं एक बात याद दिलाऊँ: जैसा कि देखा गया है, यह कहने से कि बुराई सापेक्ष है, तात्पर्य सापेक्षता से है, वास्तविकता के विपरीत; सापेक्ष का अर्थ है तुलनात्मक। सापेक्षता का प्रयोग कभी-कभी निरपेक्षता के विपरीत किया जाता है; इस स्थिति में इसका अर्थ है कि किसी वस्तु की वास्तविकता परिस्थितियों की एक शृंखला पर निर्भर है। निरपेक्ष होने का अर्थ है परिस्थितियों की एक शृंखला से मुक्त होना। यदि सापेक्षता को इस अर्थ में लें, तो सभी भौतिक और प्राकृतिक वस्तुएँ, इस दृष्टि से कि वे सीमित समय और स्थान की परिस्थितियों की एक शृंखला पर निर्भर हैं और केवल उन्हीं परिस्थितियों में तथा उन्हीं पर निर्भर होकर अपनी विशिष्ट वास्तविकता रखती हैं, सापेक्ष हैं। केवल अमूर्त सत्ता ही निरपेक्ष अस्तित्व रखती है; बल्कि वास्तविक निरपेक्ष सत्ता—जो हर शर्त, कारण और बंधन से मुक्त वास्तविकता है— पवित्र परम सत्ता है। इसी दृष्टि से उसका अस्तित्वगत अनिवार्यत्व शाश्वत अनिवार्यत्व है, न कि पारिभाषिक अर्थ में निजगत अनिवार्यत्व। आशय यह है कि अब, जब बुराई की सापेक्षता पर चर्चा उन अस्तित्वों के संदर्भ में हो रही है जिनसे स्वभावतः बुराइयाँ, अर्थात् अभाव, उत्पन्न होते हैं, तो आशय सापेक्ष होने का वास्तविक होने के विपरीत अर्थ में है, न कि निरपेक्ष होने के विपरीत अर्थ में; उस अर्थ में तो अनेक कल्याण भी सापेक्ष हैं। अब देखना चाहिए कि बुरी चीज़ों की बुराई वास्तविक गुण है या सापेक्ष गुण? हमने पहले कहा कि बुरी चीज़ें दो प्रकार की हैं: वे बुराइयाँ जो स्वयं अभावात्मक चीज़ें हैं और वे जो अस्तित्वमान चीज़ें हैं, लेकिन इस कारण बुरी हैं कि वे अभावात्मक चीज़ों की एक शृंखला का कारण बनती हैं। वे बुराइयाँ जो स्वयं अभावात्मक हैं, जैसे अज्ञान, असमर्थता और दरिद्रता, वास्तविक (असापेक्ष) लेकिन अभावात्मक गुण हैं; पर वे बुराइयाँ जो अस्तित्वमान हैं और अभावात्मक चीज़ों का कारण होने के कारण बुरी हैं, जैसे बाढ़, भूकंप, डंक मारने वाले और हिंस्र जीव तथा रोगाणु, निस्संदेह इनकी बुराई सापेक्ष है। ऐसी चीज़ों में से जो बुरी हैं, वे किसी निश्चित वस्तु या वस्तुओं के लिए बुरी हैं। साँप का ज़हर साँप के लिए बुरा नहीं, बल्कि मनुष्य और उन अन्य जीवों के लिए बुरा है जिन्हें उससे हानि पहुँचती है। भेड़िये का भेड़ के लिए बुरा होना सही है, लेकिन वह अपने लिए और पौधे के लिए बुरा नहीं है; उसी तरह भेड़ भी उस पौधे के लिए बुरी है जिसे वह खाती और नष्ट करती है, लेकिन अपने लिए, मनुष्य के लिए या भेड़िये के लिए बुरी नहीं है। मौलवी कहते हैं: साँप का ज़हर साँप के लिए जीवन है, अतः दुनिया में कोई निरपेक्ष बुराई नहीं। लेकिन वह मनुष्य के लिए मृत्यु बन जाता है; जान लो कि बुराई सापेक्ष होती है। दूसरी ओर, हर चीज़ का वास्तविक अस्तित्व, जिससे सृष्टि और उत्पत्ति जुड़ी होती है और जो वास्तविक अस्तित्व है, उस चीज़ का अपने लिए अस्तित्व है, न कि अन्य चीज़ों के लिए उसका अस्तित्व। किसी वस्तु या वस्तुओं के लिए किसी चीज़ का अस्तित्व आभासी और अवास्तविक होता है; उससे सृष्टि, निर्माण और उत्पत्ति का संबंध नहीं होता। दूसरे शब्दों में, हर चीज़ का एक अस्तित्व अपने-आप में होता है और एक अस्तित्व अन्य के लिए; और अधिक सही शब्दों में, हर चीज़ के अस्तित्व के दो पहलू हैं: अपने-आप में और अपने लिए होने का पहलू, तथा अन्य के लिए होने का पहलू। वस्तुएँ, इस दृष्टि से कि वे अपने लिए अस्तित्व रखती हैं, वास्तविक हैं और इस दृष्टि से बुरी नहीं हैं। हर चीज़ अपने लिए अच्छी है; यदि वह बुरी है, तो किसी दूसरी चीज़ के लिए। क्या यह कहा जा सकता है कि बिच्छू अपने लिए अच्छा है? क्या भेड़िया अपने लिए बुरा है? नहीं, इसमें कोई संदेह नहीं कि बिच्छू और भेड़िये का अस्तित्व उनके लिए अच्छा है; वे अपने लिए वैसे ही हैं जैसे हम अपने लिए हैं। इसलिए किसी वस्तु का बुरा होना उसके अपने-आप में अस्तित्व में नहीं, बल्कि उसके अन्य के लिए अस्तित्व में है। दूसरी ओर, इसमें कोई संदेह नहीं कि वास्तविक और वस्तुगत वही है जो हर चीज़ का अपने-आप में अस्तित्व है। अन्य के लिए अस्तित्व सापेक्ष और आभासी होता है, और सापेक्ष तथा आभासी होने के कारण वास्तविक नहीं होता; अर्थात् वह वास्तव में अस्तित्व की व्यवस्था में शामिल नहीं है और उसका वास्तविक अस्तित्व नहीं है, ताकि इस दृष्टि से यह प्रश्न उठे कि उन्हें यह अस्तित्व, यानी सापेक्ष अस्तित्व, क्यों दिया गया। दूसरे शब्दों में, हर चीज़ दो बार अस्तित्व में नहीं आई है; और मौलवी ने इस शेर में दो बातों को आपस में मिला दिया है। एक बात यह है कि बुराई (बेशक, दूसरे प्रकार की बुराइयाँ) वस्तुओं के सापेक्ष और तुलनात्मक अस्तित्व में होती है, न कि वस्तुओं के वास्तविक और अपने-आप में अस्तित्व में। यानी हर चीज़ अपने लिए अच्छी है; यदि वह बुरी है तो किसी दूसरी चीज़ के लिए बुरी है, जैसे साँप का ज़हर साँप के लिए अच्छा है और दूसरों के लिए बुरा। यहाँ कहना चाहिए कि साँप के ज़हर का बुरा होना अन्य के लिए उसके अस्तित्व में है, न कि अपने लिए उसके अस्तित्व में। दूसरी बात यह है कि जिस चीज़ का अस्तित्व सभी चीज़ों के लिए कल्याणकारी हो, उसे «पूर्ण कल्याण» कहते हैं, जैसे अनिवार्य अस्तित्व; और यदि ऐसी किसी चीज़ की कल्पना की जाए जिसका अस्तित्व हर चीज़ के लिए बुरा हो, तो उसे «पूर्ण बुराई» और «निरपेक्ष बुराई» कहना चाहिए। सापेक्ष कल्याण और बुराई, निरपेक्ष के विपरीत, इस अर्थ में हैं कि कोई चीज़ कुछ चीज़ों के लिए—सभी चीज़ों के लिए नहीं—कल्याणकारी या बुरी हो, जैसा कि दुनिया की अधिकांश चीज़ों के साथ है। इन दो शेरों में मौलवी ने जो बात कही है, वह दो बातों का मिश्रण है: पहला शेर पहली बात की याद दिलाता है और दूसरा शेर दूसरी बात की। बुराइयाँ— उन्हें दो अस्तित्व नहीं दिए गए हैं: एक अपने-आप में अस्तित्व और दूसरा अन्य के लिए अस्तित्व। मान लीजिए आप विद्यार्थियों को कोई बात समझाते हैं और फिर उसे दोहराते हैं; तीसरी और चौथी बार भी आप उसी बात को दोहराते हैं। इन चारों बार आपने उसी बात को बिना कुछ घटाए या बढ़ाए कहा है।</w:t>
      </w:r>
    </w:p>
    <w:p>
      <w:pPr>
        <w:jc w:val="left"/>
      </w:pPr>
      <w:r>
        <w:rPr>
          <w:rFonts w:ascii="Calibri" w:hAnsi="Calibri" w:cs="Calibri"/>
          <w:sz w:val="28"/>
          <w:szCs w:val="28"/>
          <w:rtl w:val="0"/>
        </w:rPr>
        <w:t>दूसरे शब्दों में, आपका कथन, जो आपकी ओर से अस्तित्व में आया है, चारों बार एक जैसा है, लेकिन इन चारों अवसरों में से प्रत्येक का अपना विशेष गुण है—एक पहला है, दूसरा दूसरा, तीसरा तीसरा और चौथा चौथा। क्या आपने हर बार दो काम किए—एक यह कि आपने बात कही, और दूसरा यह कि उसे पहला, दूसरा, तीसरा या चौथा होने का गुण दिया? या ये गुण ऐसे संबंधपरक, साथ ही मान्यतामूलक और अमूर्त गुण हैं, जो आपके बार-बार किए गए उस काम से उत्पन्न होते हैं, जो चारों बार एक ही ढंग से हुआ, जब उनकी एक-दूसरे से तुलना की जाती है? स्पष्ट है कि दूसरा विकल्प सही है। इस प्रकार के गुण, जो मान्यतामूलक और अमूर्त हैं, साथ ही अपने आधारभूत वास्तविक और यथार्थ अस्तित्वों के अनिवार्य तथा अविभाज्य परिणाम भी हैं। इसलिए इन बातों पर स्वतंत्र वस्तुओं के रूप में चर्चा नहीं की जा सकती। यह प्रश्न इस रूप में नहीं उठाया जा सकता कि कर्ता और इन अतिरिक्त एवं मान्यतामूलक अस्तित्वों के मूल ने उन्हें क्यों बनाया; क्योंकि पहली बात तो यह है कि ये अस्तित्व वास्तविक नहीं हैं, इसलिए इनके सृजन की बात ही नहीं उठती; दूसरी बात, ये मान्यतामूलक और अमूर्त अस्तित्व वास्तविक अस्तित्वों के अविभाज्य परिणाम हैं और इन पर स्वतंत्र रूप से विचार नहीं किया जा सकता। यदि इन्हें पराधीन रूप से प्रस्तुत किया जाए, तो प्रश्न यह होगा कि वे वास्तविक अस्तित्व क्यों बनाए गए, जिनके ये मान्यतामूलक और अमूर्त, अविभाज्य परिणाम हैं? इस विषय पर अगले खंड में चर्चा होगी और इसका उत्तर दिया जाएगा। साथ ही, इस बात का भी उल्लेख कर दें कि हमने कहा था कि पहला होना, दूसरा होना इत्यादि मान्यतामूलक और अमूर्त बातें हैं और उनका वास्तविक अस्तित्व नहीं है; इसलिए उन पर सृजन, रचना और उत्पत्ति लागू नहीं होती तथा उनके बारे में सृजन और उत्पत्ति की कल्पना नहीं की जा सकती। इसे एक दूसरी बात से भ्रमित न किया जाए, और वह है पहले और बाद में रखना—अर्थात मनुष्य या कोई अन्य स्वतंत्र इच्छा और चेतना वाला कर्ता दो कामों या दो चीज़ों में से एक को दूसरे से पहले रखे और उसे पहला बनाए। यह एक अलग बात है, जिस पर आगे चर्चा करेंगे। ऊपर दिए गए उदाहरण पर ध्यान देने से बात स्पष्ट हो जाएगी। किसी भी स्थिति में, मान्यतामूलक बातों का कारण से संबंध रूपकात्मक और गौण होता है। इसी कारण दार्शनिकों ने कहा है कि बुराइयाँ सीधे तौर पर सृजन के अधीन नहीं होतीं; वे अपने-आप में न तो प्रभाव हैं, न ही ईश्वर के न्याय के अधीन सृजित। उनका मख़लूक़ और प्रभाव होना गौण रूप में है; जैसा कि पहले हमने कहा था, यह ठीक वैसा ही है जैसे हम कहते हैं कि सूर्य छाया उत्पन्न करता है। बेशक, यदि सूर्य न हो, तो छाया भी नहीं होगी; लेकिन छाया के लिए सूर्य का कारण होना और प्रकाश के लिए उसका कारण होना अलग-अलग बातें हैं। सूर्य वास्तव में और सचमुच प्रकाश प्रदान करता है, लेकिन छाया को वास्तव में पैदा नहीं करता। छाया ऐसी चीज़ नहीं है जिसे पैदा किया गया हो। छाया प्रकाश की सीमितता से उत्पन्न होती है, बल्कि वह प्रकाश की सीमितता ही है। बुराइयों के मामले में, चाहे वे पहले प्रकार की बुराइयाँ हों या दूसरे प्रकार की, बात इसी तरह है। बुराइयाँ मान्यतामूलक और अभावात्मक बातें हैं। किसी अंधे मनुष्य में अंधापन कोई स्वतंत्र वास्तविकता नहीं है कि कहा जाए कि अंधे मनुष्य को एक मूल ने बनाया और उसके अंधेपन को किसी दूसरे मूल ने। अंधापन अभाव है और हर बुराई अभाव है। अभाव का कोई मूल या स्रष्टा नहीं होता। इस प्रकार, बुराइयों के संबंध में ईश्वरीय न्याय के सिद्धांत से द्वैतवाद की शंका और अस्तित्व के दोहरा होने तथा उसके दो मूल होने की कल्पना दूर हो जाती है; क्योंकि यह सिद्ध हो गया कि अस्तित्व के दो प्रकार नहीं हैं, ताकि उसके लिए दो मूलों की आवश्यकता हो। लेकिन, जैसा कि हमने पहले याद दिलाया था, बुराइयों का अभावात्मक होना अपने-आप में ईश्वरीय न्याय की समस्या सुलझाने के लिए पर्याप्त नहीं है; यह पहला कदम और पहला चरण है। इस चर्चा से तत्काल जो निष्कर्ष निकलता है, वह केवल यह है कि अस्तित्व दो प्रकार का नहीं है—एक प्रकार के अस्तित्व ऐसे हों जो अस्तित्व होने के कारण कल्याणकारी हों, और दूसरे प्रकार के अस्तित्व ऐसे हों जो अस्तित्व होने के कारण बुरे हों; बल्कि अस्तित्व, अस्तित्व होने के नाते, कल्याणकारी है और अभाव, अभाव होने के नाते, बुरा है। अस्तित्ववान चीज़ें इस कारण बुरी होती हैं कि वे अभावों के साथ जुड़ी होती हैं या अभावों का कारण बनती हैं। इसलिए स्वयं अस्तित्व में द्वैत नहीं है, जिससे हमारे मन में अस्तित्व के दो मूल होने का विचार पैदा हो। अभाव भी, अभाव होने के कारण, किसी अलग मूल, स्रोत या केंद्र की आवश्यकता नहीं पैदा करता। लेकिन ईश्वरीय न्याय के दृष्टिकोण से बुराइयों का प्रश्न एक अलग रूप लेता है। इस दृष्टिकोण से बात चीज़ों के दो प्रकार के होने की नहीं है; प्रश्न यह है कि चीज़ें चाहे दो प्रकार की हों या एक प्रकार की, अस्तित्व की व्यवस्था में अपूर्णता, कमी, विनाश और अभाव क्यों आ गए हैं? कोई अंधा, दूसरा बहरा और तीसरा जन्म से विकलांग क्यों है? अंधेपन, बहरेपन और अन्य कमियों का अभावात्मक होना समस्या सुलझाने के लिए पर्याप्त नहीं है, क्योंकि प्रश्न बाकी रहता है: इस अभाव की जगह अस्तित्व ने क्यों नहीं ले ली? क्या यह अनुग्रह से वंचित करना नहीं है? और क्या अनुग्रह से वंचित करना एक प्रकार का अन्याय नहीं है? संसार की बुराइयों में कुछ रिक्तताएँ हैं, और यही इस संसार की पीड़ाएँ हैं। ईश्वरीय न्याय की माँग है कि ये रिक्तताएँ भर दी जाएँ। कुछ अस्तित्ववान चीज़ें भी हैं, जो पहले बताए अनुसार अज्ञान, असमर्थता और दरिद्रता जैसे अभावों से पैदा होती हैं और बदले में स्वयं अनेक कमियों, अपूर्णताओं, विनाशों और अभावों का कारण बनती हैं। बीमारियाँ, तूफ़ान, आग और भूकंप इसी प्रकार की चीज़ें हैं। ईश्वरीय न्याय की माँग है कि ये चीज़ें भी न हों, ताकि उनके परिणामस्वरूप होने वाली कमियाँ और अपूर्णताएँ भी न हों। जब हम इस दृष्टिकोण से विषय को देखते हैं, तो हमें दो बातों पर विचार करना होगा। पहली यह कि क्या इस संसार की चीज़ों से इन कमियों और अपूर्णताओं का अलग होना संभव है या असंभव? अर्थात क्या इन कमियों के बिना संसार संभव है, या ये इस संसार के अविभाज्य परिणाम हैं और इनका न होना संसार का न होना ही है?</w:t>
      </w:r>
    </w:p>
    <w:p>
      <w:pPr>
        <w:jc w:val="left"/>
      </w:pPr>
      <w:r>
        <w:rPr>
          <w:rFonts w:ascii="Calibri" w:hAnsi="Calibri" w:cs="Calibri"/>
          <w:sz w:val="28"/>
          <w:szCs w:val="28"/>
          <w:rtl w:val="0"/>
        </w:rPr>
        <w:t>दूसरी बात यह है कि जिसे कमी और अपूर्णता कहा जाता है, क्या वह शुद्ध बुराई है और उसमें कोई भलाई छिपी हुई नहीं है, या वह शुद्ध बुराई नहीं है और उससे अनेक लाभ तथा परिणाम जुड़े हैं; यदि वे न हों, तो संसार की व्यवस्था बिगड़ जाएगी और भलाई का अस्तित्व नहीं होगा। ये दोनों बातें बुराइयों के विषय में हमारी चर्चा के दूसरे और तीसरे भाग का गठन करती हैं, जिसका पहले उल्लेख किया गया था। चर्चा का दूसरा भाग पहले भाग में स्पष्ट हो गया और आगे और अधिक स्पष्ट होगा, लेकिन तीसरे भाग पर अधिक चर्चा की आवश्यकता है और अगले भाग में (पाँचवें भाग में) हम इस पर विस्तार से चर्चा करेंगे। मोताहारी</w:t>
      </w:r>
    </w:p>
    <w:p>
      <w:pPr>
        <w:jc w:val="left"/>
      </w:pPr>
      <w:r>
        <w:rPr>
          <w:rFonts w:ascii="Calibri" w:hAnsi="Calibri" w:cs="Calibri"/>
          <w:sz w:val="28"/>
          <w:szCs w:val="28"/>
          <w:rtl w:val="0"/>
        </w:rPr>
        <w:t>motahari.ir बुराइयों के लाभ motahari.ir motahari.ir पिछले भाग में हमने जो चर्चा की थी, वह बुराइयों के बारे में एक दार्शनिक चर्चा और बौद्धिक विश्लेषण थी। लेकिन इस भाग में हम इस विषय की जाँच एक अलग दृष्टिकोण से करेंगे। आम तौर पर संसार की बुराइयों पर आपत्ति करने वाले लोग यह हिसाब नहीं लगाते कि यदि संसार इन बुराइयों से खाली हो जाए, तो उसका रूप कैसा होगा। वे केवल मोटे तौर पर और संक्षेप में कहते हैं कि काश संसार सुख और सफलता से भरपूर होता, काश हर व्यक्ति अपनी इच्छाएँ पूरी कर पाता और कोई दुःख तथा असफलता न होती। यह रुबाई ख़य्याम से मंसूब है: यदि मुझे आकाश पर ईश्वर जैसा अधिकार होता, तो मैं नया आकाश इस तरह बनाता; इस आकाश को बीच से हटा देता, ताकि स्वतंत्र जन आसानी से अपने मन की मुराद पा सके। अब देखते हैं कि कवि ने जिस वर्तमान संसार से बेहतर संसार की कामना की है, उसका निर्माण कैसे संभव है? जब हम संसार की रचना करने का काम शुरू करते हैं और आकाश की छत को चीरकर कोई नई योजना बनाते हैं, तो हमें उन सीमित धारणाओं और बचकाने विचारों को अवश्य त्यागना होगा, जो एक मनुष्य के सीमित जीवन के योग्य हैं, और एक व्यापक तथा विशाल योजना के बारे में सोचना होगा। मुझे नहीं लगता कि यह योजना बनाना आसान होगा; शायद हम कोई निर्णय न कर पाएँ। 140 ईश्वरीय न्याय। किसी भी हाल में बेहतर यही है कि पहले मौजूदा स्थिति की जाँच करें और उसे बेहतर ढंग से समझें, फिर किसी बेहतर योजना की तलाश में अपनी बुद्धि को थकाएँ। संभव है कि गंभीर जाँच-पड़ताल के बाद हमें यही वर्तमान स्थिति पसंद आ जाए। वर्तमान संसार का अध्ययन करने के लिए विपत्ति और मुसीबत की घटनाओं पर दो दृष्टिकोणों से चर्चा करना आवश्यक है: १. समूचे संसार की व्यवस्था में बुराइयों की क्या स्थिति है? स्वयं बुराइयों का मूल्य क्या है? पहले हिस्से में चर्चा यह है कि क्या समूचे संसार की व्यवस्था में बुराइयों को हटाया जा सकता है? दूसरे शब्दों में, क्या बुराइयों के बिना संसार संभव है? या, पहली नज़र में जो लगता है, उसके विपरीत, संसार से उनका हटाया जाना—अर्थात बुराइयों से रहित संसार—असंभव है और विपत्तियों का न होना संसार के नष्ट हो जाने के बराबर है; दूसरे शब्दों में, संसार की बुराइयों को उसकी भलाई से अलग नहीं किया जा सकता। दूसरे हिस्से में चर्चा यह है कि क्या विपत्तियाँ केवल हानिकारक हैं? और क्या उनका मूल्य केवल नकारात्मक है? या उनके लाभ और सकारात्मक प्रभाव भी हैं, बल्कि उनके नकारात्मक प्रभाव उनके उपयोगी और सकारात्मक प्रभावों की तुलना में शून्य हैं? अविभाज्यता का सिद्धांत motahari.ir यह है। भेदभाव और बुराई के सापेक्ष होने की चर्चा में कही गई बातों से यह काफी हद तक स्पष्ट हो गया है कि बुराइयों को भलाई से अलग नहीं किया जा सकता, क्योंकि जिन बुराइयों का स्वरूप अभाव और न होना है, दूसरे शब्दों में, सृष्टि-व्यवस्था में मौजूद अज्ञान, असमर्थता और निर्धनता जैसे रिक्त स्थान, जहाँ तक उनका संबंध सृष्टि की व्यवस्था से है, वे पात्रों की ग्रहण-क्षमता की कमी और संभावनाओं की अपूर्णता के कारण हैं; अर्थात् सृष्टि-व्यवस्था में किसी भी प्राणी में जो भी कमी होती है, वह ग्रहण करने वाले की सीमित क्षमता के कारण होती है, न कि अनुग्रह रोक लिए जाने के कारण, ताकि उसे अन्याय या पक्षपात माना जाए। इन बातों में से जो पात्रों की सीमित क्षमता और संभावनाओं की कमी से संबंधित नहीं हैं, वे उन्हीं मामलों में आते हैं जो मनुष्य की इच्छा, उत्तरदायित्व और संकल्प के क्षेत्र में हैं। मनुष्य एक स्वतंत्र और स्वेच्छाचारी प्राणी है, और अपने तथा अपने समाज के निर्माण के लिए उत्तरदायी है; इसलिए उसे इन कमियों को दूर करना और रिक्त स्थानों को भरना चाहिए। मनुष्य के ख़लीफ़तुल्लाह होने का एक पहलू यही है। मनुष्य का इस तरह पैदा किया जाना और इस प्रकार का उत्तरदायित्व दिया जाना, व्यवस्था-ए-अहसन की योजना का एक हिस्सा है। लेकिन वे बुराइयाँ जो अस्तित्व रखती हैं और अपने आप में अच्छी हैं, मगर किसी दूसरी चीज़ के संबंध में बुरी हैं, और</w:t>
      </w:r>
    </w:p>
    <w:p>
      <w:pPr>
        <w:jc w:val="left"/>
      </w:pPr>
      <w:r>
        <w:rPr>
          <w:rFonts w:ascii="Calibri" w:hAnsi="Calibri" w:cs="Calibri"/>
          <w:sz w:val="28"/>
          <w:szCs w:val="28"/>
          <w:rtl w:val="0"/>
        </w:rPr>
        <w:t>बुराइयों के लाभ—141। जैसा कि कहा गया, उनका बुराई वाला पक्ष, चूँकि सापेक्ष और अतिरिक्त है तथा उनके वास्तविक अस्तित्व से अविभाज्य रूप से जुड़ा है, उनके भलाई वाले पक्ष से अलग नहीं किया जा सकता। यहाँ एक और बात जोड़ना आवश्यक है—वह है संसार के घटकों की परस्पर संबद्धता और अंगात्मक एकता का सिद्धांत। संसार एक अविभाज्य इकाई है। दार्शनिक और वैज्ञानिक विश्व-दृष्टियों का एक महत्त्वपूर्ण प्रश्न यह है कि संसार के घटकों के बीच संबंध और जुड़ाव किस प्रकार का है? क्या वह बिखरी हुई और अलग-अलग चीज़ों की एक शृंखला है? क्या संसार का कोई हिस्सा न होता, या कल्पना करें कि संसार के कुछ अस्तित्व नष्ट हो जाएँ, तो क्या संसार के अन्य घटकों की दृष्टि से यह संभव है? या संसार के सभी घटक किसी-न-किसी तरह एक-दूसरे पर निर्भर और एक-दूसरे से जुड़े हुए हैं? इस विषय पर हमने ‘उसूले फ़लसफ़ा व रविशे रियलिज़्म’ के पाँचवें खंड में चर्चा की है। यहाँ बस इतना कहेंगे कि दर्शन के सबसे पुराने दौर से ही इस विषय पर ध्यान दिया जाता रहा है। अरस्तू जगत की अंगात्मक एकता का समर्थक है। इस्लामी जगत में भी इस सिद्धांत की हमेशा पुष्टि की गई है। मीर फ़िंदिरिस्की, सफ़वी युग के प्रसिद्ध हकीम और सूफ़ी, इसे कविता की भाषा में कहते हैं: ईश्वर जगत की आत्मा है और जगत शरीर के समान; आकाश-मंडल, तत्व और उत्पन्न जीव उसके अंग हैं; देवदूतों के वर्ग इस शरीर की शक्तियों के समान हैं। एकेश्वरवाद यही है, बाकी सब कलाएँ हैं। जर्मनी के प्रसिद्ध दार्शनिक हेगेल ने अपने दर्शन में इस सिद्धांत पर ध्यान दिया है। मार्क्स और एंगेल्स का द्वंद्वात्मक भौतिकवाद, जो हेगेल के दर्शन और तर्कशास्त्र से बहुत प्रभावित है, इस सिद्धांत को ‘पारस्परिक प्रभाव’ के सिद्धांत के नाम से स्वीकार करता है। फ़िलहाल हम इस विषय पर विस्तार से चर्चा नहीं कर सकते। निस्संदेह, उन सभी लोगों ने जो संसार के घटकों के अंगात्मक संबंध, एकजुटता और परस्पर जुड़ाव की बात करते हैं, एक ही स्तर पर बात नहीं की है। हमारा इस सिद्धांत से आशय यह है कि संसार एक अविभाज्य इकाई है; अर्थात् संसार के घटकों का संबंध ऐसा नहीं है कि यह कल्पना की जा सके कि उसके कुछ हिस्से हटाए जा सकते हैं और कुछ हिस्से बने रह सकते हैं। कुछ हिस्सों को हटाना, बल्कि सभी घटकों को हटाने के समान है; उसी तरह कुछ का बने रहना, सभी के बने रहने के समान है। इसलिए, केवल अभाव अस्तित्व से और अतिरिक्त तथा सापेक्ष अस्तित्व वास्तविक अस्तित्व से अविभाज्य नहीं हैं, बल्कि वास्तविक अस्तित्व भी एक-दूसरे से अविभाज्य हैं। अतः ऊपर बताए गए दो पहलुओं से परे और उनकी परवाह किए बिना भी, बुराइयाँ भलाइयों से अविभाज्य हैं।—142, ईश्वरीय न्याय। हाफ़िज़ के शब्दों में, ‘मुस्तफ़वी का चिराग़’ और ‘अबू लहब की चिंगारी’ एक-दूसरे के जुड़वाँ हैं: इस बग़ीचे में किसी ने काँटों के बिना फूल नहीं चुना; हाँ, मुस्तफ़वी का चिराग़ अबू लहब की चिंगारी के साथ है। वे संसार के घटकों की अविभाज्यता के सिद्धांत की ओर भी संकेत करते हैं, जहाँ वे कहते हैं: प्रेम की कार्यशाला में कुफ़्र अपरिहार्य है; अगर अबू लहब न हो तो आग किसे जलाएगी? समग्र व्यवस्था—अब तक चर्चा अस्तित्व और सत्ता के स्तर पर चीज़ों के संबंध, जुड़ाव और संसार की अविभाज्यता की थी। इस पहलू को छोड़कर, एक और बात पर ध्यान देना चाहिए: अच्छाई और बुराई के लिहाज़ से चीज़ों को यदि अन्य चीज़ों से अलग, अकेले और स्वतंत्र रूप से देखा जाए, तो उन पर एक निर्णय लागू होता है; और यदि उन्हें किसी व्यवस्था का हिस्सा तथा किसी अंग के सदस्य के रूप में देखा जाए, तो उन पर दूसरा निर्णय लागू होता है, जो कभी-कभी पहले निर्णय के विपरीत होता है। स्पष्ट है कि जैसे वास्तविक रूप से अलग-अलग चीज़ों का, व्यवस्था के रूप में कल्पित किए जाने पर, वास्तविक अस्तित्व व्यक्तिगत होता है और अंगात्मक तथा जैविक अस्तित्व मान्यतागत; उसी तरह यदि ऐसी चीज़ें जो वास्तव में और सृष्टिगत रूप से किसी व्यवस्था का हिस्सा और अंग हैं, अलग-अलग मानकर देखी जाएँ, तो उनका वास्तविक अस्तित्व अंगात्मक और जैविक होता है, जबकि उनका व्यक्तिगत अस्तित्व मान्यतागत होता है। अब हम कहते हैं कि यदि हमसे अलग से पूछा जाए कि सीधी रेखा बेहतर है या टेढ़ी रेखा, तो हम कह सकते हैं कि सीधी रेखा टेढ़ी रेखा से बेहतर है। लेकिन यदि प्रश्न में दी गई रेखा किसी समुच्चय का हिस्सा हो, तो हमें अपने निर्णय में उस समुच्चय का संतुलन ध्यान में रखना चाहिए। किसी समुच्चय में निरपेक्ष रूप से न तो सीधी रेखा पसंदीदा होती है, न ही वक्र रेखा; जैसे चेहरे में भौंह का वक्र और नाक का लंबा तथा सीधा होना अच्छा लगता है, दाँतों का सफ़ेद और आँख की पुतली का काला होना अच्छा लगता है। कहने वाले ने ठीक कहा है: ‘अगर टेढ़ी भौंह सीधी होती, तो टेढ़ी होती।’ किसी समुच्चय में हर हिस्से की एक विशिष्ट जगह होती है और उसी के अनुसार एक विशेष गुण उस पर जँचता है—‘शेर पर आक्रमण अच्छा लगता है और हिरन पर भागना।’ चित्र में अवश्य ही अलग-अलग प्रकाश और छाया तथा रंगों के विविध संयोजन होने चाहिए।—बुराइयों के लाभ, 143। यहाँ एक ही रंग और एकरूपता उचित नहीं है। यदि चित्र का पूरा कैनवस एक जैसा और समान हो जाए, तो फिर कोई चित्र ही नहीं बचेगा। जब हम संसार को समग्र रूप में देखते हैं, तो हमें स्वीकार करना पड़ता है कि पूरी व्यवस्था और सामान्य संतुलन में नीचाइयों और ऊँचाइयों, उतार-चढ़ाव, समतल और ऊबड़-खाबड़पन, अँधेरे और उजाले, दुखों और सुखों, सफलताओं और असफलताओं—सबका होना आवश्यक है। संसार आँख, रेखा, तिल और भौंह की तरह है, जिसमें हर चीज़ अपने स्थान पर सुंदर है। मूलतः यदि भिन्नता और अंतर न हों, तो बहुलता और विविधता का कोई पता न होगा और अलग-अलग प्रकार के अस्तित्व भी न होंगे; फिर समुच्चय और व्यवस्था की कोई अवधारणा ही न होगी—न सुंदर समुच्चय की, न कुरूप समुच्चय की। यदि संसार में भिन्नता और अंतर न होते, तो आवश्यक होता कि समस्त अस्तित्व किसी एक सरल और अविभाज्य पदार्थ, जैसे कार्बन, से बना होता। संसार की भव्यता और सुंदरता उसकी विशाल विविधता और रंग-बिरंगे अंतरों में है। पवित्र क़ुरआन मतभेदों के अस्तित्व को सर्वज्ञ और शाश्वत शासक की शक्ति के संकेतों और निशानियों में गिनता है— रंगों का अंतर, भाषाओं का अंतर, रात और दिन का अंतर, मनुष्यों का अंतर आदि। कुरूपता सुंदरता को उजागर करती है। कुरूपताएँ केवल इस कारण आवश्यक नहीं हैं कि वे संसार के समुच्चय का हिस्सा हैं और समग्र व्यवस्था का अस्तित्व उन पर निर्भर है, बल्कि सुंदरताओं को प्रकट करने और उन्हें निखारने के लिए भी उनका अस्तित्व आवश्यक है।</w:t>
      </w:r>
    </w:p>
    <w:p>
      <w:pPr>
        <w:jc w:val="left"/>
      </w:pPr>
      <w:r>
        <w:rPr>
          <w:rFonts w:ascii="Calibri" w:hAnsi="Calibri" w:cs="Calibri"/>
          <w:sz w:val="28"/>
          <w:szCs w:val="28"/>
          <w:rtl w:val="0"/>
        </w:rPr>
        <w:t>यदि कुरूपता और सुंदरता के बीच तुलना और विरोध न होता, तो न सुंदर सुंदर होता और न कुरूप कुरूप; अर्थात यदि संसार में कुरूपता न होती, तो सुंदरता भी न होती। यदि सभी लोग सुंदर होते, तो कोई भी सुंदर न होता; ठीक वैसे ही, यदि सभी लोग कुरूप होते, तो कोई भी कुरूप न होता। यदि सभी लोग यूसुफ़ सिद्दीक़ जैसे होते, तो सुंदरता मिट जाती; और यदि सभी लोगों के चेहरे ‘जाहिज़’ जैसे होते, तो संसार में कुरूपता ही न होती। ठीक वैसे ही, यदि सभी लोगों में वीरों जैसी शक्ति होती, तो फिर कोई वीर न होता। वीरों को मिलने वाली भावनात्मक अभिव्यक्तियाँ और प्रशंसाएँ इसलिए मिलती हैं कि उनकी संख्या सीमित है। वास्तव में, सुंदरता के प्रति मनुष्य की भावनाओं और अनुभूतियों का अस्तित्व तभी संभव है, जब सुंदरता के सामने कुरूपता भी मौजूद हो। लोगों का सुंदर लोगों की ओर खिंच जाना और उनसे मोहित होना—दूसरे शब्दों में, सुंदरता की ओर आकर्षण और खिंचाव पैदा होना—इसलिए है कि वे कुरूप लोगों को देखते हैं और उनसे मुँह फेर लेते हैं। 144 ईश्वरीय न्याय। ठीक वैसे ही, यदि पर्वतीय क्षेत्र और ऊँची ज़मीनें न होतीं, तो मैदानी भूमि भी न होती और पानी ऊँचाई से नीचे की ओर न बहता। वास्तव में, सुंदर चेहरों का आकर्षण कुरूप चेहरों के विकर्षण से शक्ति प्राप्त करता है। सुंदरता का जादू और मोह, कुरूपता की फीकी चमक का ही प्रतिफल है। कुरूपों का सुंदरों पर सबसे बड़ा एहसान है। यदि कुरूप लोग न होते, तो सुंदर लोगों की शोभा और रौनक न होती। सुंदरों ने अपना अर्थ और आशय कुरूपों से पाया है। यदि सभी एक जैसे होते, तो न कोई हलचल होती, न आकर्षण, न गति, न प्रेम, न ग़ज़ल, न पीड़ा, न आह, न तपिश, न जलन और न ऊष्मा। यह एक अपरिपक्व कल्पना है कि यदि संसार में सब कुछ एक जैसा होता, तो संसार बेहतर होता। लोग सोचते हैं कि न्याय और विवेक की माँग यह है कि सभी चीज़ें एक ही स्तर पर हों, जबकि सब कुछ एक ही स्तर पर होने से ही सारी अच्छाइयाँ और सुंदरताएँ, सारी हलचल और उथल-पुथल, सारी गतिविधियाँ और गतियाँ, आवागमन और यात्राएँ तथा विकास और पूर्णता नष्ट हो जाते हैं। यदि पर्वत और घाटियाँ समतल होते, तो न कोई पर्वत होता, न कोई घाटी। यदि ढलान न होता, तो ऊँचाई भी न होती। यदि मुआविया न होता, तो अली इब्न अबी तालिब अपने इतने वैभव और सौंदर्य के साथ अस्तित्व में न होते। प्रेम की कार्यशाला में कुफ़्र अपरिहार्य है।’ बेशक, यह नहीं समझना चाहिए कि सृष्टिकर्ता-ए-हकीम ने, मौजूदा व्यवस्था को सर्वोत्तम बनाने के लिए, उन प्राणियों में से, जिनमें से हर एक के लिए सुंदर या कुरूप होना समान रूप से संभव था, किसी एक को— क्योंकि उसकी दृष्टि समग्रता पर थी—कुरूप बना दिया, जबकि वह सुंदर हो सकता था, और दूसरे को, जो कुरूप हो सकता था, सुंदर बना दिया, और फिर चिट्ठी डालकर या मनमाने ढंग से उनमें से हर एक को उसका स्थान चुनकर दे दिया। हम पहले कह चुके हैं कि संसार की व्यवस्था, चाहे ऊर्ध्वाधर दृष्टि से हो या क्षैतिज दृष्टि से, एक अनिवार्य व्यवस्था है। परमेश्वर हर प्राणी को वही अस्तित्व और पूर्णता तथा सुंदरता की वही मात्रा देता है, जिसे वह ग्रहण कर सकता है। कमियाँ स्वयं उन प्राणियों के अपने स्वभाव के कारण हैं, न कि ईश्वरीय अनुग्रह के कारण। यह कहने का अर्थ कि कुरूपता, उदाहरण के लिए, कोई विशेष लाभ देती है, यह नहीं कि कोई व्यक्ति, जो सुंदर हो सकता था, विशेष रूप से कुरूप बनाया गया ताकि किसी दूसरे व्यक्ति की सुंदरता का मूल्य स्पष्ट हो जाए—और फिर पूछा जाए कि ऐसा उलटा क्यों नहीं हुआ? बल्कि इसका अर्थ यह है कि यद्यपि प्रत्येक प्राणी को अधिकतम संभव पूर्णता और सुंदरता प्राप्त हुई है, फिर भी इस भिन्नता के कुछ अच्छे परिणाम भी होते हैं; जैसे सुंदरता का मूल्य बढ़ना, आकर्षण और गतिविधि का पैदा होना आदि। जो उपमा हम अब दे रहे हैं, शायद वह बात को और स्पष्ट कर देगी। बुराइयों के लाभ—145। व्यक्ति या समाज? विद्वानों के बीच ‘व्यक्ति की प्रधानता या समाज की प्रधानता’ के शीर्षक से एक चर्चा है कि मूल कौन है—व्यक्ति या समाज? कभी इस पर दार्शनिक दृष्टि से चर्चा होती है और आशय यह होता है कि क्या व्यक्ति वास्तविक है और समाज एक मान्यतागत तथा अमूर्त संकल्पना है? या इसके विपरीत, समाज वास्तविक है और व्यक्ति एक मान्यतागत तथा अमूर्त संकल्पना है? बेशक, यहाँ तीसरी संभावना भी मानी जा सकती है—कि दोनों ही मूलभूत और वास्तविक हों; और हमारी राय में यही एकमात्र सही संभावना है। कभी इस पर क़ानूनी और विधि-दर्शन के दृष्टिकोण से चर्चा होती है, और आशय यह होता है कि क़ानून का लक्ष्य व्यक्ति का सुख होना चाहिए या समाज की शक्ति? व्यक्ति की प्रधानता के समर्थक कहते हैं कि क़ानून बनाने वालों को जहाँ तक संभव हो, लोगों के आराम, समृद्धि, सुख-सुविधा और स्वतंत्रता का ध्यान रखना चाहिए। व्यक्ति की ख़ुशी सबसे अधिक महत्वपूर्ण है। समाज के हितों का बहाना बनाकर लोगों के सुख और ख़ुशी उनसे नहीं छीनी जानी चाहिए, सिवाय उस स्थिति के जब समाज के विनाश और बिखरने का ख़तरा हो; केवल ऐसी स्थिति में ही समाज के हित को व्यक्ति के हित से ऊपर रखना चाहिए, क्योंकि यदि समाज बिखर गया, तो व्यक्ति भी स्वाभाविक रूप से मिट जाएगा; और वास्तव में, यहाँ भी व्यक्ति की स्थिति और उसके हित का ही ध्यान रखा गया है। लेकिन समाज की प्रधानता के समर्थक कहते हैं कि सबसे अधिक महत्व समाज की शक्ति, प्रतिष्ठा और गौरव का है। क़ानून बनाने वालों और राजनीतिज्ञों को समाज की शक्ति, प्रतिष्ठा और सम्मान को अपना लक्ष्य बनाना चाहिए। व्यक्ति का गौरव, उसका आराम और सुख, उसकी ख़ुशी और कल्याण, उसकी स्वतंत्रता और उससे जुड़ी हर चीज़ समाज के लिए बलिदान कर देनी चाहिए। समाज को प्रतिष्ठित होना चाहिए, भले ही उसके सभी लोग पीड़ा और बदहाली में जीवन बिताएँ। इन दोनों विचार-प्रणालियों की तुलना के लिए देश के सरकारी बजट पर विचार करते हैं। यदि देश के शासक व्यक्ति-प्रधान दृष्टिकोण से सोचें, तो वे देश के बजट को ऐसे कार्यक्रमों के लिए निर्धारित करने की कोशिश करेंगे, जो देश के नागरिकों के आराम और आम लोगों की अर्थव्यवस्था में सुधार की ज़िम्मेदारी उठाते हों, भले ही समाज की प्रगति की गति धीमी पड़ जाए। लेकिन यदि वे समाज-प्रधान दृष्टिकोण से सोचें, तो लोगों की ज़रूरतों पर ध्यान दिए बिना, वे ऐसे कार्यक्रम बनाने की कोशिश करेंगे जो भविष्य में समाज की प्रगति का आधार अधिक मज़बूत करें और अन्य समाजों के बीच उसकी प्रतिष्ठा सुनिश्चित करें। दुनिया के शक्तिशाली देशों के अंतरिक्ष उड़ान कार्यक्रम इसी विचार-प्रणाली का परिणाम हैं।</w:t>
      </w:r>
    </w:p>
    <w:p>
      <w:pPr>
        <w:jc w:val="left"/>
      </w:pPr>
      <w:r>
        <w:rPr>
          <w:rFonts w:ascii="Calibri" w:hAnsi="Calibri" w:cs="Calibri"/>
          <w:sz w:val="28"/>
          <w:szCs w:val="28"/>
          <w:rtl w:val="0"/>
        </w:rPr>
        <w:t>जैसा कि हम जानते हैं, इन कार्यक्रमों को स्वास्थ्य, सार्वजनिक शिक्षा और प्रशिक्षण कार्यक्रमों पर प्राथमिकता दी गई है। इनके योजनाकारों के लिए यह महत्वपूर्ण नहीं है कि</w:t>
      </w:r>
    </w:p>
    <w:p>
      <w:pPr>
        <w:jc w:val="left"/>
      </w:pPr>
      <w:r>
        <w:rPr>
          <w:rFonts w:ascii="Calibri" w:hAnsi="Calibri" w:cs="Calibri"/>
          <w:sz w:val="28"/>
          <w:szCs w:val="28"/>
          <w:rtl w:val="0"/>
        </w:rPr>
        <w:t>१४६ ईश्वरीय न्याय उनके देश के लोगों के भूख, बीमारी, अज्ञान और अनभिज्ञता में रहने से संबंधित नहीं है; जो महत्वपूर्ण है, वह उनके देश का गौरव और सम्मान है। इन कार्यक्रमों का खर्च इतना भारी और कमर तोड़ देने वाला है कि उसने इन देशों के लोगों की कमर झुका दी है। और यद्यपि वे सरकारें तरह-तरह के हथकंडों से दुनिया की पचास प्रतिशत से भी अधिक संपत्ति हड़प लेती हैं, फिर भी उन्हें बजट की कमी रहती है। मुद्दा यह है कि यदि विशाल बजट किसी आर्थिक, स्वास्थ्य या सांस्कृतिक कार्यक्रम पर खर्च किया जाए, जिसे आम लोगों के लाभ के लिए बनाया गया हो, तो संभव है कि उससे देश के लोगों के लिए बहुत-सी समृद्धि, आराम और स्वतंत्रता पैदा हो; लेकिन यदि यही बजट इन्हीं कार्यक्रमों पर खर्च किया जाए, जबकि वे सभी लोगों को कुचल देते हैं, तो इससे उस समाज को गौरव और प्रभुत्व प्राप्त होता है। समाज की प्रधानता के समर्थक कहते हैं: सबसे पहले समाज की शक्ति और गौरव को महत्व देना चाहिए; और व्यक्ति की प्रधानता के समर्थक कहते हैं: सबसे पहले व्यक्तियों के हितों, सुख-सुविधाओं और स्वतंत्रताओं पर ध्यान दिया जाना चाहिए। इस विषय को उठाने का उद्देश्य इस बात की ओर ध्यान दिलाना है कि अंश का हिसाब, समग्र के हिसाब से अलग होता है। संभव है कि जो चीज़ अंश के लिए हानिकारक और कुरूप हो, वह समग्र के लिए लाभकारी और सुंदर हो। क्षमताओं का अंतर। मानवीय समाजों के मामले में, जैसा कि हमने कहा, कभी-कभी अंश और समग्र के बीच टकराव पैदा हो जाता है; अर्थात कभी-कभी समाज के हित का ध्यान रखने के लिए किसी व्यक्ति को उसके अधिकारों से वंचित करना आवश्यक हो जाता है। लेकिन विश्व की प्राकृतिक व्यवस्थाओं में ऐसा नहीं है। यहाँ किसी भी अंश के साथ इस कारण अन्याय नहीं हुआ कि विश्व-समष्टि सुंदर बन जाए। दूसरे भाग में ‘विभिन्नताओं का रहस्य’ शीर्षक के अंतर्गत हमने जो कुछ बताया, उससे स्पष्ट हुआ कि वे अंतर और भिन्नताएँ, जिन्होंने विश्व-समष्टि को एक पूर्ण और सुंदर चित्र का रूप दिया है, अंतर्निहित भिन्नताएँ हैं। सृष्टि में प्राणियों के लिए निर्धारित पद और स्थान सामाजिक पदों की तरह नहीं हैं, जिन्हें बदला या परिवर्तित किया जा सके। ये पद, प्राणियों के अंतर्निहित गुणों की तरह हैं, ज्यामितीय आकृतियों के अंतर्निहित गुणों के समान। जब हम कहते हैं कि त्रिभुज का गुण यह है कि उसके कोणों का योग दो समकोणों के बराबर होता है, और वर्ग का गुण यह है कि उसके कोणों का योग चार समकोणों के बराबर होता है, तो इसका अर्थ यह नहीं कि बुराइयों के लाभ के रूप में १४७ त्रिभुज को दो समकोणों का गुण और वर्ग को चार समकोणों का गुण प्रदान किया गया है। इसलिए यह प्रश्न उठाना उचित नहीं कि त्रिभुज के साथ अन्याय क्यों किया गया और उसे चार समकोणों का गुण क्यों नहीं दिया गया। त्रिभुज में उस निश्चित गुण के अलावा कोई दूसरा गुण हो ही नहीं सकता। किसी ने त्रिभुज को त्रिभुज नहीं बनाया है; अर्थात ऐसा नहीं है कि त्रिभुज पहले किसी दूसरी अवस्था में था और उसमें दूसरे गुण थे, फिर कोई आया और उसे त्रिभुज में बदल दिया; या त्रिभुज, वर्ग आदि अपने अस्तित्व के किसी चरण में, अपनी वास्तविकता के किसी स्तर पर, सभी गुणों से रहित थे और फिर कोई दमनकारी शक्ति आई और उसने ये गुण उनमें बाँट दिए; और उसने चाहा कि त्रिभुज के कोणों के योग को दो समकोणों के बराबर होने का गुण दे और वर्ग के कोणों के योग को चार समकोणों के बराबर होने का गुण दे, ताकि यह प्रश्न उठे कि भेदभाव क्यों किया गया? और त्रिभुज मानो अपनी स्थिति से शिकायत करे कि मेरे साथ अन्याय हुआ है और मुझे भी वर्ग जैसा गुण दिया जाना चाहिए था। विश्व के प्राणियों के बीच का अंतर भी ऐसा ही है। निर्जीव वस्तुओं में वृद्धि और समझ नहीं होती, जबकि पौधों में वृद्धि होती है, पर समझ नहीं; और पशुओं में वृद्धि भी होती है और समझ भी। यह निर्जीव, वनस्पति और पशु के अस्तित्व के स्तर का अंतर्निहित गुण है, न कि ऐसा कि सब पहले एक जैसे थे और फिर सृष्टिकर्ता ने एक को समझने और बढ़ने का गुण दिया, दूसरे को इनमें से कोई गुण नहीं दिया, और तीसरे को एक गुण दिया और दूसरा नहीं। बू अली सीना का एक प्रसिद्ध वाक्य है, जो इसी सत्य को स्पष्ट करता है। उन्होंने कहा है: «ما جعل الله المشمشة مشمشة بل أوجدها»। ईश्वर ने खुबानी को खुबानी नहीं बनाया, बल्कि खुबानी को अस्तित्व दिया। यहाँ खुबानी का उदाहरण दिया गया है; आशय सभी प्राणियों से है। ईश्वर ने वस्तुओं की रचना की है और उनमें स्वभावतः भिन्नता है। ईश्वर ने खुबानी, सेब और अनार आदि की रचना की है, लेकिन ऐसा नहीं था कि वे पहले सभी एक जैसे थे और ईश्वर ने उनमें भिन्नता पैदा की। ईश्वर ने समय की रचना की है। समय का एक निश्चित गुण है: उसमें भूत, वर्तमान और भविष्य होते हैं। ईश्वर ने समय की रचना कैसे की? क्या उसने पहले समय को धागे के गोले की तरह, एक ऐसी समष्टि के रूप में रचा जिसमें उसके सभी हिस्से एक साथ हों, फिर उसे खींचकर फैलाया और वर्तमान रूप दे दिया? और उसने शरीर की भी रचना की। क्या उसने पहले शरीर को बिना खिंचाव, विस्तार और आयतन के रचा और फिर उसमें खिंचाव और आयतन पैदा किया? या शरीर की रचना का अर्थ ही है कि ईश्वरीय न्याय खिंचाव, विस्तार, आयाम, आयतन तथा पहले और बाद की रचना करे; शरीर की रचना और खिंचाव तथा विस्तार की रचना के बीच कोई द्वैत नहीं है। यहाँ पवित्र क़ुरआन ने अत्यंत सूक्ष्म अभिव्यक्ति का प्रयोग किया है; वह मूसा बिन इमरान (उन पर शांति हो) के मुख से यह बात बयान करता है कि जब फ़िरऔन उनसे और उनके भाई हारून से पूछता है कि तुम्हारा पालनहार कौन है, तो मूसा (उन पर शांति हो) उत्तर देते हैं: «رَبُّنَا الَّذِي أَعْطَى كُلَّ شَيْءٍ خَلْقَهُ ثُمَّ هَدَى»। हमारा पालनहार वह है जिसने हर चीज़ को उसकी विशिष्ट सृष्टि प्रदान की और फिर उसे उसके लक्ष्य की ओर मार्गदर्शन किया। यहाँ जिस रोचक बात पर ध्यान दिया गया है, वह है «ख़ल्क़हू» शब्द का प्रयोग। सर्वनाम के साथ इस शब्द के जुड़ने से यह निष्कर्ष निकलता है कि हर चीज़ की अपनी विशिष्ट सृष्टि है, जो उसी की है; अर्थात हर चीज़ केवल अस्तित्व के एक विशेष रूप को ही ग्रहण कर सकती है, और बस। ईश्वर उसे वही विशिष्ट सृष्टि प्रदान करता है। यह नहीं सोचना चाहिए कि वस्तुएँ पहले किसी और रूप में थीं और ईश्वर ने उन्हें इस रूप में ढाल दिया जिसमें वे हैं; या कम-से-कम यह संभव था कि उनका रूप और सृष्टि किसी दूसरे ढंग की होती, जो उनके वर्तमान रूप से बेहतर या बदतर होती, और ईश्वर ने, अन्य संभावनाओं के बावजूद, विशेष रूप से इसी स्वरूप को चुना।</w:t>
      </w:r>
    </w:p>
    <w:p>
      <w:pPr>
        <w:jc w:val="left"/>
      </w:pPr>
      <w:r>
        <w:rPr>
          <w:rFonts w:ascii="Calibri" w:hAnsi="Calibri" w:cs="Calibri"/>
          <w:sz w:val="28"/>
          <w:szCs w:val="28"/>
          <w:rtl w:val="0"/>
        </w:rPr>
        <w:t>सत्य यह है कि संसार का अस्तित्व केवल इसी रूप में संभव था, जैसा वह है, और संसार का प्रत्येक अंश भी अपने बारे में एक निश्चित सृष्टि की ही संभावना रखता था, और ईश्वर ने उसे वही सृष्टि प्रदान की। क़ुरआन ने इस बात को एक अत्यंत सुंदर और उत्कृष्ट उपमा के साथ व्यक्त किया है। क़ुरआन बारिश के उस पानी का उदाहरण देता है, जो ऊपर से बरसता है और धीरे-धीरे बाढ़ बन जाता है, तथा पानी विभिन्न नालों, धाराओं और नदियों के पाटों में बहता है; वह कहता है: «उसने आकाश से पानी उतारा, तो घाटियाँ बह चलीं अपनी-अपनी क्षमता के अनुसार।» ईश्वर ने आकाश से पानी उतारा और हर नदी अपनी क्षमता के अनुसार बहने लगी। अर्थात पालनहार की कृपा किसी भी योग्य प्राणी को वंचित नहीं करती, लेकिन प्राणियों की योग्यता और १ ताहा / ५० २ रअद / १७ बुराइयों के लाभ। १४९ प्राणियों की क्षमताएँ भी समान नहीं हैं; योग्यताएँ भिन्न-भिन्न हैं, हर पात्र उतनी ही मात्रा में ईश्वर की कृपा से भर जाता है, जितनी उसमें समाने की क्षमता है। यह वही बात है जिसे भाग दो में “भिन्नताओं का रहस्य” शीर्षक के अंतर्गत बताया था। इसे यहाँ दोहराने का एक अतिरिक्त लाभ यह था कि यह भ्रम न हो कि संसार की सृष्टि में समष्टि की प्रधानता को ध्यान में रखा गया है और समष्टि की सुंदरता के लिए कुछ अंशों पर अन्याय किया गया है। नहीं, यहाँ एक सुंदर समष्टि बनी है, जिसकी सुंदरता भिन्नताओं और विविधताओं पर निर्भर है; और साथ ही ये भिन्नताएँ पक्षपात और अन्याय के प्रकार की नहीं हैं; व्यक्ति का अधिकार भी सुरक्षित रखा गया है और समष्टि का हित भी। जो लोग बुराइयों की समस्या के उत्तर में केवल समग्र व्यवस्था में भिन्नता की आवश्यकता के पहलू पर ध्यान देते हैं, उनका उत्तर अधूरा है, क्योंकि अपूर्ण अंश को यह आपत्ति करने का अधिकार है कि जब समग्र व्यवस्था में यह आवश्यक है कि कोई पूर्ण हो और कोई अपूर्ण, तो मुझे अपूर्ण क्यों पैदा किया गया और दूसरे को पूर्ण? इसका उलटा क्यों नहीं हुआ? इसी तरह कुरूप व्यक्ति आपत्ति कर सकता है कि जब सृष्टि व्यवस्था में कुरूप और सुंदर, दोनों का होना आवश्यक है, तो मैं कुरूप क्यों हूँ और दूसरा सुंदर? उलटा क्यों नहीं हुआ? जब यह तय है कि एक को अस्तित्व का कम हिस्सा मिले और दूसरे को अधिक, तो ऐसा कौन-सा कारण है कि मिसाल के तौर पर ‘अ’ को अधिक हिस्सा मिले और ‘ब’ को कम? अतः केवल यह कहना कि संसार की समग्र व्यवस्था में कुरूप और सुंदर, पूर्ण और अपूर्ण का साथ-साथ होना आवश्यक है, आपत्ति का समाधान नहीं करता; इसके साथ यह बात भी जोड़नी चाहिए कि संसार के हर प्राणी और उसके हर अंश ने अपना वह हिस्सा और अधिकार प्राप्त किया है, जिसे प्राप्त करना उसके लिए संभव था। दूसरे शब्दों में, बुराइयों और कुरूपताओं के लिए जिन “लाभ”, “हित” और “बुद्धिमत्ता” का उल्लेख किया जाता है, वे सब इस बात की समझ पर निर्भर हैं कि कारणों और साधनों का अपने कार्यों और परिणामों से, तथा प्रस्तावनाओं का परिणामों से और लक्ष्य की ओर ले जाने वाली चीज़ों का उद्देश्यों से संबंध अनिवार्य है, और ईश्वरीय नियम अपरिवर्तनीय हैं। विपत्तियाँ हमारी खुशियों की जननी हैं। सुंदरता को उभारने और एक उत्कृष्ट समष्टि बनाने में बुराइयों की महत्वपूर्ण भूमिका के अलावा, बुराई और अच्छाई के संबंध में एक और मूलभूत बात भी है। जिसे हम विपत्ति और बुराई कहते हैं, और जिसे हम पूर्णता और सौभाग्य के नाम से १५० ईश्वरीय न्याय पहचानते हैं, उनके बीच कारण और परिणाम का संबंध है। बुराइयाँ अच्छाइयों की जननी और उनकी उत्पत्ति का स्रोत हैं। बुराइयों का यह तीसरा लाभकारी प्रभाव है। पहला प्रभाव यह था कि संसार की सुंदर समष्टि के निर्माण में बुराइयों और कुरूपताओं का अस्तित्व आवश्यक है। दूसरा प्रभाव यह था कि सुंदरताएँ भी अपना प्रभाव कुरूपताओं से प्राप्त करती हैं, और यदि कुरूपता और बुराई न होतीं तो सुंदरता और अच्छाई की कोई संकल्पना भी न होती; अर्थात सुंदरता की सुंदरता अनुभूति में कुरूप कुरूपताओं के अस्तित्व और उनके साथ तुलना के कारण है। अब हम बुराइयों और दुर्भाग्यों के तीसरे प्रभाव को इस शीर्षक के अंतर्गत समझाएँगे कि कुरूपताएँ सुंदरताओं के अस्तित्व की भूमिका हैं और उनकी सृजनकर्ता तथा उत्पत्तिकर्ता हैं। कठिनाइयों और विपत्तियों के गर्भ में सौभाग्य और खुशियाँ छिपी होती हैं, जैसे कभी-कभी खुशियों के भीतर दुर्भाग्य भी आकार लेते हैं; यही इस संसार का सूत्र है: «वह रात को दिन में प्रवेश कराता है और दिन को रात में प्रवेश कराता है।» ईश्वर रात को दिन के गर्भ में और दिन को रात के गर्भ में प्रवेश कराता है। प्रसिद्ध कहावत «काली रात का अंत उजाला है» कष्ट सहने और सौभाग्य प्राप्त करने के निश्चित पारस्परिक संबंध को व्यक्त करती है; मानो उजाले अँधेरों से जन्म लेते हों, जैसे विपरीत परिस्थितियों में उजाले भी अँधेरा पैदा करते हैं। उन्नीसवीं सदी के प्रसिद्ध जर्मन दार्शनिक हेगेल ने इस दृष्टि से ध्यान देने योग्य बात कही है। वे कहते हैं: संघर्ष और बुराई कल्पना से उत्पन्न नकारात्मक चीज़ें नहीं हैं; बल्कि वे पूर्णतः वास्तविक चीज़ें हैं और बुद्धि की दृष्टि में भलाई और विकास की सीढ़ियाँ हैं। संघर्ष प्रगति का नियम है। गुण और स्वभाव संसार की अराजकता और अव्यवस्था के मैदान में परिपक्व और विकसित होते हैं, और व्यक्ति केवल पीड़ा, ज़िम्मेदारी और विवशता के माध्यम से ही अपनी महानता के शिखर तक पहुँचता है। पीड़ा भी विवेकसंगत है और जीवन का चिह्न तथा सुधार की प्रेरक है। वासनाओं का भी विवेकसंगत चीज़ों में अपना स्थान है; कोई भी महान कार्य वासना के बिना अपनी पूर्णता तक नहीं पहुँचा, और यहाँ तक कि नेपोलियन की महत्वाकांक्षाओं और स्वार्थों ने भी उसकी इच्छा के बिना राष्ट्रों की प्रगति में सहायता की। जीवन का उद्देश्य उससे मिलने वाली शांति और संतोष के साथ सुख प्राप्त करना नहीं, बल्कि विकास है। विश्व-इतिहास सुख और सौभाग्य का मंच नहीं है; हज्ज ६१, लुक़मान २९, फ़ातिर / १३, हदीद / ६</w:t>
      </w:r>
    </w:p>
    <w:p>
      <w:pPr>
        <w:jc w:val="left"/>
      </w:pPr>
      <w:r>
        <w:rPr>
          <w:rFonts w:ascii="Calibri" w:hAnsi="Calibri" w:cs="Calibri"/>
          <w:sz w:val="28"/>
          <w:szCs w:val="28"/>
          <w:rtl w:val="0"/>
        </w:rPr>
        <w:t>बुराइयों के लाभ 101 सुख उसके निर्जीव पृष्ठ बनाते हैं; क्योंकि ये काल सहमति के काल रहे हैं और ऐसी संतुष्टि तथा प्रसन्नता किसी पुरुष के योग्य नहीं है। इतिहास उन कालों में बना है जब संसार की वास्तविक विरोधाभासी स्थितियाँ प्रगति और विकास के माध्यम से हल हुई हैं। पवित्र कुरआन कठिनाइयों और सुख-सुविधाओं के साथ-साथ होने को व्यक्त करने के लिए कहता है: «निश्चय ही कठिनाई के साथ आसानी है, निश्चय ही कठिनाई के साथ आसानी है।» कुरआन यह नहीं कहता कि कठिनाई के बाद आसानी है; कुरआन की अभिव्यक्ति यह है कि कठिनाई के साथ आसानी है, अर्थात आसानी कठिनाई के गर्भ में और उसके साथ है; और मौलवी के कथनानुसार: «विरोधी के भीतर विरोधी छिपा हुआ है।» जीवन मृत्यु और कष्ट में है; जीवनदायी जल अंधकार के भीतर है। यहाँ एक सूक्ष्म बात है, जिसे समझने के लिए इस सूरह की सभी आयतों का उल्लेख करना आवश्यक है: परम दयालु, अत्यंत कृपालु ईश्वर के नाम से। क्या हमने तुम्हारे लिए तुम्हारा सीना नहीं खोल दिया? और तुमसे तुम्हारा बोझ उतार दिया, जिसने तुम्हारी पीठ झुका दी थी। और तुम्हारी ख्याति ऊँची कर दी। निश्चय ही कठिनाई के साथ आसानी है, निश्चय ही कठिनाई के साथ आसानी है। अतः जब तुम फ़ारिग़ हो जाओ तो मेहनत में लग जाओ और अपने रब की ओर ध्यान लगाओ। कहने वाला स्वयं पैग़म्बरे अकरम (उन पर और उनके परिवार पर ईश्वर की शांति हो) हैं। यह सूरह विशेष रूप से उन्हीं के लिए है: परम दयालु, अत्यंत कृपालु ईश्वर के नाम से। क्या हमने तुम्हें विशाल हृदय नहीं दिया? वह बोझ जो तुम्हारी पीठ झुका रहा था, हमने तुम्हारे कंधों से उतार दिया और तुम्हारी ख्याति ऊँची कर दी; अतः निश्चय ही कठिनाई के साथ आसानी है, निश्चय ही कठिनाई के साथ आसानी जुड़ी हुई है। इसलिए जब तुम विश्राम कर लो तो मेहनत में लग जाओ और अपने पालनहार की ओर ध्यान लगाओ। विल ड्यूरेंट, इतिहास-दर्शन, डॉ. अब्बास ज़रियाब ख़ूई का अनुवाद, पृ. 249–250। सूरह इन्शिराह / 5 और 6। सूरह इन्शिराह। 152 ईश्वरीय न्याय। यह सूरह अत्यंत स्नेहपूर्ण स्वर में मानो कठिनाइयों से व्यथित हुए रसूले अकरम (उन पर और उनके परिवार पर ईश्वर की शांति हो) के पवित्र मन को सांत्वना देती है और उन्हें याद दिलाती है कि किस प्रकार ईश्वर ने उनके कंधों से भारी बोझ उतार दिया और उनकी कठिनाई को आसानी में बदल दिया; फिर अनुभव-विज्ञान की पद्धति से घटित और प्रत्यक्ष घटना से निष्कर्ष निकालते हुए कहती है: «अतः कठिनाई के साथ आसानी है। यानी अतीत में तुम्हारे कंधों पर एक बोझ था, जिसे हमने उतार दिया और तुम्हारा नाम ऊँचा किया, तथा तुम्हें धैर्य और सहनशक्ति प्रदान की; इससे यह निष्कर्ष निकालो कि निश्चय ही हर कठिनाई के साथ आसानी है।» फिर इस निष्कर्ष को पक्का करने और उसकी निश्चितता का भरोसा दिलाने के लिए दोहराती है कि हाँ, कठिनाई के साथ आसानी है। दिलचस्प बात यह है कि इस सामान्य सूत्र से निष्कर्ष निकालने के बाद वह भविष्य की कार्यनीति भी इसी आधार पर निर्धारित करती है; कहती है: «अतः जब तुम फ़ारिग़ हो जाओ तो मेहनत में लग जाओ।» यानी चूँकि आसानी थकान और कष्ट के गर्भ में रखी गई है, इसलिए जब भी तुम फ़ारिग़ हो जाओ, फिर से अपने आपको कठिनाई में डालो और मेहनत शुरू कर दो। [27] यह विशेषता जीवित प्राणियों की, और विशेषकर मनुष्य की है कि कठिनाइयाँ और परेशानियाँ पूर्णता तथा प्रगति की भूमिका होती हैं। चोट  निर्जीव वस्तुओं को नष्ट करती है और उनकी शक्ति घटाती है, लेकिन जीवित प्राणियों को उत्तेजित करती है और उन्हें शक्तिशाली बनाती है। कितनी ही बढ़ोतरी कमियों के भीतर छिपी होती है। विपत्तियाँ और कठिनाइयाँ मानव-विकास के लिए आवश्यक हैं। यदि कष्ट और पीड़ाएँ न हों तो मनुष्य नष्ट हो जाता है। पवित्र कुरआन कहता है: निश्चय ही हमने मनुष्य को कठिन परिश्रम और कष्ट में पैदा किया है। मनुष्य को अपने योग्य अस्तित्व पाने के लिए कठिनाइयाँ सहनी और कष्ट उठाने पड़ते हैं। विरोध और संघर्ष विकास का कोड़ा है। जीवित प्राणी इसी कोड़े के सहारे पूर्णता की ओर अपना रास्ता तय करते हैं। यह नियम वनस्पति-जगत, पशु-जगत और विशेषकर मनुष्य के संसार में लागू होता है। सूरह बलद / 4। बुराइयों के लाभ। 153। अमीरुल मोमिनीन अली (अ) ने अपने एक पत्र में जो उन्होंने बसरा में अपने गवर्नर उस्मान बिन हुनैफ़ को लिखा था, इस जैविक नियम की ओर ध्यान दिलाया है कि ऐशो-आराम में जीना और कठिनाइयों से दूर रहना कमजोरी तथा असमर्थता का कारण बनता है, और इसके विपरीत कठिन तथा विषम परिस्थितियों में जीवन बिताना मनुष्य को शक्तिशाली और चुस्त बनाता है तथा उसके अस्तित्व के सार को तपाकर मज़बूत करता है। इस महान मार्गदर्शक ने इस पत्र में अपने गवर्नर की निंदा की है कि उसने कुलीनों की रात्रि-सभाओं में क्यों भाग लिया और ऐसी सभा में क्यों गया जिसमें निर्धनों को प्रवेश नहीं दिया गया था और जिसमें केवल धनवानों को जगह मिली थी; और इसी अवसर पर वे अपने सादे जीवन का वर्णन करते हैं तथा अपने अनुयायियों और विशेष रूप से अपने शासन-तंत्र के सदस्यों से कहते हैं कि वे उनके तरीके का अनुसरण करें। फिर बहानेबाज़ी का रास्ता बंद करने के लिए वे स्पष्ट करते हैं कि विषम परिस्थितियाँ और सादा भोजन मनुष्य की शक्ति कम नहीं करते और उसकी ताकत को दुर्बल नहीं बनाते। रेगिस्तान के पेड़, जो माली की नियमित देखभाल और संवार से वंचित रहते हैं, उनकी लकड़ी अधिक मज़बूत और टिकाऊ होती है; इसके विपरीत बाग़ों के पेड़, जिनकी हमेशा देखभाल की गई है और जिन्हें माली ने सँवारा है, उनकी छाल पतली और वे कम टिकाऊ होते हैं। जंगली पेड़ की लकड़ी अधिक कठोर होती है, हरे-भरे उद्यानों के पौधों की छाल अधिक कोमल होती है; और जंगली वनस्पतियाँ अधिक प्रज्वलित होती हैं और देर से बुझती हैं। motahari.in ईश्वर पवित्र कुरआन में कहता है: «और हम तुम्हें अवश्य ही कुछ भय, भूख तथा माल, जानों और फलों की कमी से आज़माएँगे; और धैर्यवानों को शुभ-सूचना दे दो।» निश्चय ही हम तुम्हें थोड़ा भय, भूख और माल, जानों और फलों की क्षति से परखेंगे; और धैर्यवान तथा दृढ़ लोगों को शुभ-सूचना दो। यानी विपत्तियाँ और परेशानियाँ उन लोगों के लिए लाभकारी हैं जो उनका सामना करते हैं और डटे रहते हैं; वे उनमें अच्छे प्रभाव पैदा करती हैं, इसलिए ऐसी परिस्थिति में उन्हें शुभ-सूचना देनी चाहिए। नहजुल बलाग़ा, पत्र 45। सूरह बक़रह / 155। 154। ईश्वरीय न्याय। ईश्वर मनुष्य की आत्मा के प्रशिक्षण और विकास के लिए दो व्यवस्थाएँ रखता है—एक विधायी और दूसरी सृष्टिगत; और दोनों व्यवस्थाओं में उसने कठिनाइयाँ और कष्ट शामिल किए हैं। विधायी व्यवस्था में उसने इबादतें अनिवार्य की हैं, और सृष्टिगत व्यवस्था में मनुष्य के मार्ग में विपत्तियाँ रखी हैं। रोज़ा, हज, जिहाद, दान और नमाज़ वे कठिनाइयाँ हैं जो कर्तव्य के रूप में निर्धारित की गई हैं; और उन्हें पूरा करने में धैर्य तथा दृढ़ता आत्माओं की पूर्णता और उच्च मानवीय योग्यताओं के विकास का कारण बनती है।</w:t>
      </w:r>
    </w:p>
    <w:p>
      <w:pPr>
        <w:jc w:val="left"/>
      </w:pPr>
      <w:r>
        <w:rPr>
          <w:rFonts w:ascii="Calibri" w:hAnsi="Calibri" w:cs="Calibri"/>
          <w:sz w:val="28"/>
          <w:szCs w:val="28"/>
          <w:rtl w:val="0"/>
        </w:rPr>
        <w:t>भूख, भय तथा माल और प्राणों की हानि वे कठिनाइयाँ हैं जिन्हें सृष्टि-व्यवस्था में उत्पन्न किया गया है और जो अनिवार्य रूप से मनुष्य को घेर लेती हैं। औलिया के लिए विपत्ति इसलिए है कि जब ईश्वर अपने किसी बंदे पर विशेष कृपा करता है, तो उसे कठिनाइयों में डालता है। प्रसिद्ध वाक्य «विपत्ति प्रियजनों के लिए है» इसी सिद्धांत को स्पष्ट करता है। इमाम बाक़िर (अ) से एक हदीस में आया है: “निश्चय ही अल्लाह, ईमान वाले की देखभाल विपत्तियों के माध्यम से करता है, जैसे कोई व्यक्ति यात्रा से लौटते समय अपने परिवार की देखभाल उपहार देकर करता है।” ईश्वर अपने मोमिन बंदे की ख़ैर-ख़बर लेता है और उसके लिए विपत्तियाँ भेंट करता है, ठीक वैसे ही जैसे कोई व्यक्ति यात्रा में अपने परिवार के लिए उपहार भेजता है। motahari.ir एक अन्य हदीस में इमाम जाफ़र सादिक़ (अ) से आया है: “जब अल्लाह किसी बंदे से प्रेम करता है, तो उसे विपत्ति के सागर में डुबो देता है। जब ईश्वर किसी बंदे से प्रेम करता है, तो उसे कठिनाइयों के सागर में डुबो देता है।” अर्थात जैसे तैराकी का प्रशिक्षक अपने नए शिष्य को पानी में उतारता है, ताकि वह कोशिश करे और हाथ-पैर चलाए और परिणामस्वरूप अभ्यास से दक्ष हो जाए तथा तैरना सीख ले; उसी तरह ईश्वर भी उन बंदों को, जिन्हें यह बात धर्म में कठिनाई और तंगी के निषेध के साथ विरोधाभास नहीं रखती, जो निर्विवाद और निश्चित विषयों में से है; क्योंकि तंगी के निषेध का आशय यह नहीं है कि धर्म में अभ्यास और दायित्व नहीं हैं; बल्कि आशय यह है कि धर्म में ऐसे आदेश नहीं हैं जो मनुष्य की प्रगति में बाधा बनें और सही गतिविधि में रुकावट डालें। धार्मिक कानून इस प्रकार बनाए गए हैं कि न तो वे हाथ-पाँव बाँधते हैं और न आलस्य को बढ़ावा देते हैं। बहारुल अनवार, खंड 15, भाग 1, पृष्ठ 56, कंपानी संस्करण, अल-काफी से उद्धृत। बहारुल अनवार, खंड 15, भाग 1, पृष्ठ 55, कंपानी संस्करण, अल-काफी से उद्धृत। बुराइयों के लाभ। 100 प्रेम करता है और पूर्णता तक पहुँचाना चाहता है, उन्हें विपत्तियों में डुबो देता है। यदि मनुष्य जीवन भर तैराकी के बारे में किताबें पढ़ता रहे, लेकिन पानी में न उतरे, तो वह तैराक नहीं बनेगा; वह तैरना तभी सीखता है जब वास्तव में पानी में उतरता है और डूबने से बचने का अभ्यास करता है, और कभी-कभी देर करने की दशा में खुद को डूबने के खतरे से दो-चार पाता है। मनुष्य को दुनिया में कठिनाइयाँ देखनी चाहिए ताकि वह कठिनाइयों से निकलना सीखे; उसे कठिनाइयाँ सहनी चाहिए ताकि वह परिपक्व और पूर्ण हो। कुछ पक्षियों के बारे में लिखा है कि जब उनके बच्चे के पंख निकल आते हैं, तो उसे उड़ना सिखाने के लिए वे उसे घोंसले से बाहर निकालते हैं और उसे आकाश की ऊँचाइयों तक ले जाकर बीच आसमान में छोड़ देते हैं; पशु का बच्चा स्वाभाविक रूप से जूझने लगता है, अनियमित हरकतें करता है और पंख फड़फड़ाता है, यहाँ तक कि थक जाता है और गिरने के करीब पहुँच जाता है। उस समय उसकी दयालु माँ उसे पकड़ लेती है और अपने पंख पर रखती है ताकि उसकी थकान दूर हो जाए; जैसे ही उसे थोड़ी राहत मिलती है, वह फिर उसे हवा में छोड़ देती है और उसे कोशिश करने पर मजबूर करती है, यहाँ तक कि वह थक जाता है और माँ उसे पकड़ लेती है। वह इस काम को इतनी बार दोहराती है कि उसका बच्चा उड़ना सीख जाता है। पैग़म्बरे अकरम (सल्लल्लाहु अलैहि व आलेहि व सल्लम) को एक मुसलमान के घर आमंत्रित किया गया। जब वे उसके घर में दाख़िल हुए, तो उन्होंने एक मुर्गी को दीवार के ऊपर अंडा देते देखा; अंडा न गिरा, या गिरा तो टूटा नहीं। रसूल अकरम को आश्चर्य हुआ। घर के मालिक ने कहा: क्या आपको आश्चर्य हुआ? उस ईश्वर की क़सम जिसने आपको पैग़म्बर बनाकर भेजा, मुझे कभी कोई विपत्ति नहीं पहुँची। रसूल अकरम उठे और उस व्यक्ति के घर से चले गए। उन्होंने कहा: “जिसे कभी कोई विपत्ति न पहुँचे, उस पर ईश्वर की कृपा नहीं है।” इमाम सादिक़ (अ) से वर्णित है कि: “निश्चय ही सबसे अधिक कठिनाइयाँ पैग़म्बरों पर आती हैं; फिर उन पर जो उनके बाद हैं; फिर जो उनसे अधिक सद्गुणी हैं, उसी क्रम में।” सबसे अधिक विपत्ति झेलने वाले लोग पैग़म्बर हैं; क्रम में उनके बाद वे लोग हैं जो सद्गुण की दृष्टि से उनके बाद आते हैं, और फिर जो अधिक सद्गुणी हैं, क्रमशः ऊपर से नीचे तक। हदीस की पुस्तकों में एक अध्याय विशेष रूप से अमीरुल मोमिनीन अलैहिस्सलाम और उनकी संतान में से इमामों की कठिन परीक्षाओं के लिए समर्पित है। बहारुल अनवार, खंड 15, भाग 1, पृष्ठ 56, कंपानी संस्करण, अल-काफी से उद्धृत। बहारुल अनवार, खंड 15, भाग 1, पृष्ठ 53, कंपानी संस्करण, अल-काफी से उद्धृत अल-काफी।</w:t>
      </w:r>
    </w:p>
    <w:p>
      <w:pPr>
        <w:jc w:val="left"/>
      </w:pPr>
      <w:r>
        <w:rPr>
          <w:rFonts w:ascii="Calibri" w:hAnsi="Calibri" w:cs="Calibri"/>
          <w:sz w:val="28"/>
          <w:szCs w:val="28"/>
          <w:rtl w:val="0"/>
        </w:rPr>
        <w:t>156 ईश्वरीय न्याय: ईश्वर के मित्रों के लिए विपत्ति ऐसा उपकार है जिसका चेहरा कठोरता का होता है, ठीक वैसे ही जैसे सुख और स्वास्थ्य भटके हुए और प्रभु की कृपा से वंचित लोगों के लिए यातनाएँ हो सकती हैं, लेकिन वे आशीर्वाद के रूप में और कृपा जैसे दिखने वाली कठोरताओं के रूप में आती हैं। विपत्तियों और कठिनाइयों का शिक्षाप्रद प्रभाव व्यक्ति को भी सँवारता है और राष्ट्रों को भी जाग्रत करता है। कठिनाई सोए हुए मनुष्यों को जगाती और सचेत करती है तथा संकल्प और इच्छाशक्ति को उभारती है। विपत्तियाँ लोहे और फ़ौलाद को चमकाने की तरह हैं; वे मनुष्य के मन के जितने अधिक संपर्क में आती हैं, उसे उतना ही दृढ़, सक्रिय और धारदार बनाती हैं; क्योंकि जीवन का स्वभाव यही है कि वह कठिनाइयों का प्रतिरोध करे और सचेत या अचेत रूप से उनका सामना करने की तैयारी करे। कठिनाई कीमिया की तरह रूपांतरित करने का गुण रखती है; वह मनुष्य की आत्मा और मन को बदल देती है। जीवन का अमृत दो चीज़ें हैं: प्रेम और दूसरी विपत्ति। ये दोनों प्रतिभा उत्पन्न करते हैं और निराश, बेरौनक पदार्थों से चमकते-दमकते रत्न बनाते हैं। सादी, जिनका नाम प्रसिद्ध हुआ, उन्होंने अपना पूरा जीवन कड़वाहट झेलते हुए बिताया। जो राष्ट्र कठिनाइयों और विपत्तियों की गोद में रहते हैं, वे शक्तिशाली और दृढ़ इच्छाशक्ति वाले बन जाते हैं। आरामतलब और लाड़-प्यार में पले लोग पराधीन और अभागे होते हैं। प्रकृति का नियम है कि हर वह राष्ट्र अपमानित हो जाता है जो आराम और ऐशो-आराम का आदी हो जाए। रूमी ने यूसुफ़ की जेल की कथा में कितनी सुंदर और उत्कृष्ट कविता कही है: दूर देशों से एक परिचित मित्र आया; उसने यूसुफ़ को भाइयों के अत्याचार और कुएँ की पीड़ा याद दिलाई। उसने पूछा: जब तुम जेल और कुएँ में थे, तब तुम्हारी दशा कैसी थी? क्या ईर्ष्या की ज़ंजीर तुम्हारे गले का हार थी? चाँद के घटने और अँधेरे में छिप जाने के समय, यूसुफ़ सिद्दीक़ के पास एक परिचित बादल की तरह मित्र मेहमान बनकर आया और उसने पूछा, यूसुफ़ ने कहा: वे ज़ंजीरें थीं और हम सिंह थे; हमें ईश्वर के फ़ैसले से कोई शिकायत नहीं। ज़ंजीरें बनाने वालों का स्वामी वही है। उसने कहा: क्या चाँद के घटने और अँधेरे में जाने के बाद आख़िरकार वह आकाश में पूर्णिमा नहीं बनता? बुराइयों के लाभ। 157 मोती को ओखली में कूटा गया, गेहूँ को धरती के नीचे डाला गया; फिर उसे चक्की में पीसा गया और उसके बाद रोटी को दाँतों के नीचे कुचला गया। जब वह आत्मा प्रेम में लीन हुई, तो वह आँखों और हृदय का प्रकाश बनी और हानि दूर हो गई। फिर उसकी मिट्टी से बालियाँ उगाईं; उसका मूल्य बढ़ा और वह रोटी जीवनदायिनी बन गई। बुद्धि, आत्मा और समझ लाभकारी हो गईं; बोने वालों को यह देखकर आश्चर्य होता है। एक दूसरी जगह इस सत्य को समझाने के लिए वह एक पशु का वर्णन करता है जिसे जितना पीटा जाता है, वह उतना ही मोटा होता जाता है। एक पशु है जिसका नाम असअर है, उसे जब तक पीटते रहो, वह उतना ही अच्छा और मोटा होता जाता है। निश्चय ही मोमिन की आत्मा भी वैसी ही है; इसी कारण पैग़म्बरों पर दुःख और कठिनाइयाँ आईं, ताकि उनकी आत्माएँ और अधिक शक्तिशाली बनें। वह लाठी की चोट से और भी मज़बूत होता है, जो लाठी की चोट से मोटा होता है; वह दुःख की चोट से मज़बूत और हृष्ट-पुष्ट होता है, और संसार के सभी लोगों से अधिक बढ़कर होता है, क्योंकि किसी दूसरे समुदाय ने वैसी विपत्ति नहीं देखी। फिर वह विपत्ति के आत्मा को शुद्ध करने के प्रभाव की तुलना करता है उन औषधियों से, जिन्हें चमड़ा साफ़ करने के लिए कमाने के समय इस्तेमाल किया जाता है। चमड़ा उन औषधियों से कष्ट सहता है, वरना उस पर कड़वी और तीखी चीज़ें रगड़ी जाती हैं। मनुष्य को भी उस चमड़े की तरह समझो; कड़वी और तीखी चीज़ें उस पर बहुत रगड़ो; और यदि यह न कर सको तो स्वीकार करो, ऐ वीर! प्रिय की विपत्ति तुम्हारा शुद्धिकरण है, ठीक चमड़े की तरह। ताइफ़ का चमड़ा सुंदर हो जाता है; तुम बदबूदार, अप्रिय और अशुद्ध हो गए हो; नमी के कारण कुरूप और भारी हो गए हो, ताकि तुम शुद्ध, कोमल और तेजस्वी हो जाओ। ईश्वर तुम्हें अनायास कष्ट देता है; उसका ज्ञान तुम्हारी योजना से ऊपर है। अली इब्न जहम मुतवक्किल अब्बासी के युग के कवियों में से हैं; वे एक समर्थ कवि थे। यह कवि जेल में पड़ा और जेल के लाभों तथा उसके परवरिश करने वाले प्रभाव और स्वतंत्र लोगों के लिए उसके गौरव का वर्णन किया; साथ ही यह भी कि जेल जाना किस सद्गुण का चिह्न है और कौन-से सद्गुण पैदा करता है, इस विषय पर उन्होंने बहुत उत्कृष्ट कविताएँ कही हैं। मसऊदी ने उन्हें मुरूज अल-ज़हब में उद्धृत किया है। हम साहित्य-प्रेमियों के लिए उन्हें यहाँ प्रस्तुत करते हैं। [158] उन्होंने कहा: “तुम जेल में बंद हो गए,” तो मैंने कहा: “इसमें कोई हानि नहीं। मैंने देखा है कि सिंह एकांत मांद में रहता है, आग पत्थरों के भीतर छिपी रहती है, और जेल तब तक उचित है, जब तक वह किसी नीच अपराध के कारण न हो। ऐ तेज़ तलवार, क्या तुम्हें कभी म्यान में नहीं रखा जाता? क्या घमंडी और नीच शिकारी पशु हर ओर नहीं घूमते? आग तब तक नहीं भड़कती उन्होंने मुझसे कहा: तुम जेल में डाल दिए गए? मैंने कहा: कौन-सी तेज़ तलवार है जो कभी म्यान में नहीं जाती? क्या तुम नहीं देखते कि सिंह अपनी महानता और उदासीनता के कारण एक कोने में बैठा रहता है, और नीच दरिंदे हर जगह घूमते रहते हैं? आग पत्थर के भीतर छिपी रहती है और तब तक नहीं निकलती, जब तक लोहे से टकराती नहीं। जेल, जब तक वह अपराध और पाप के कारण न हो, बहुत अच्छी जगह है।” ईश्वरीय फ़ैसले पर संतोष: विपत्तियों के मूल्यवान लाभों को देखते हुए ईश्वर के फ़ैसले को स्वीकार करने और उसके लाए हुए पर प्रसन्न रहने का गुण पैदा होता है। सादी कहते हैं: कम दृष्टि वाले सभी लोग आराम चाहते हैं। ज्ञानी कहता है: जो कुछ तुम्हारे पास है, उसे छोड़कर आगे बढ़ो, क्योंकि यहाँ कुछ भी नहीं; विपत्ति ही उसका सुख है, जो ज्ञानी है। यह पाँच दिनों का जीवन, जिसके पीछे मृत्यु लगी हुई है; कहो, दुखी मत हो, क्योंकि शाश्वत राज्य उसका रक्त-मूल्य है। सादी, अपनी प्रसन्नता मत चाहो, क्योंकि प्रसन्नता वही है जो उसकी प्रसन्नता हो। प्रेम की तलवार से जो भी मारा गया, प्रिय से जो कुछ भी मिला, वह उसके लिए शुक्र है। कुछ वर्णित दुआओं में आया है: “हे अल्लाह, मैं तुझसे तेरे प्रति कृतज्ञ लोगों का धैर्य माँगता हूँ।” हे ईश्वर, मैं तुझसे कृतज्ञ लोगों का धैर्य माँगता हूँ। कृतज्ञ लोगों का धैर्य कड़वा धैर्य नहीं होता; वह धैर्य शहद की तरह मीठा होता है। जो लोग जानते हैं कि विपत्तियाँ मनुष्य की आत्मा को सँवारती हैं, वे न केवल उनके सामने संतुष्ट रहते हैं और खुली बाँहों से उनका स्वागत करते हैं, बल्कि कभी-कभी स्वयं को विपत्ति के पंजे में डालते हैं और अपने लिए घटनाएँ पैदा करते हैं; वे समुद्र और भँवर बनाते हैं ताकि उसमें तैर सकें और बुराइयों के लाभों से स्वयं को मज़बूत बना सकें।</w:t>
      </w:r>
    </w:p>
    <w:p>
      <w:pPr>
        <w:jc w:val="left"/>
      </w:pPr>
      <w:r>
        <w:rPr>
          <w:rFonts w:ascii="Calibri" w:hAnsi="Calibri" w:cs="Calibri"/>
          <w:sz w:val="28"/>
          <w:szCs w:val="28"/>
          <w:rtl w:val="0"/>
        </w:rPr>
        <w:t>मौलवी हमारे द्वारा उद्धृत शेरों के बाद कहते हैं: जब मन निर्मलता देखता है, तो विपत्ति मीठी हो जाती है; वह अपने को... ...हार के बीच भी प्रसन्न देखता है। जब दवा स्वास्थ्य देखती है, तो कहती है: “ऐ भरोसेमंदो, मुझे मार डालो।” 109 सादी सादी कहते हैं: “अनमोल मोती मगरमच्छ के मुँह से लाते हैं। विपत्ति और नेमत सापेक्ष हैं; जिसे अपनी जान का ग़म हो, वह समुद्र में नहीं उतरता।” इस बात की अनदेखी नहीं करनी चाहिए कि विपत्तियाँ तभी नेमत होती हैं, जब मनुष्य उनसे लाभ उठाए और धैर्य, दृढ़ता तथा विपत्तियों से पैदा होने वाली कठिनाइयों का सामना करके अपनी आत्मा को पूर्णता प्रदान करे। लेकिन यदि मनुष्य कठिनाइयों के सामने भागने का रास्ता चुने और आहें भरे व शिकायत करे, तो उस स्थिति में विपत्ति वास्तव में उसके लिए विपत्ति है। सच तो यह है कि दुनिया की नेमतें भी विपत्तियों की तरह उन्नति और सौभाग्य का साधन बन सकती हैं, और बदकिस्मती तथा बेबसी का कारण भी। न गरीबी पूर्ण बदकिस्मती है, न दौलत पूर्ण सौभाग्य। कितनी ही गरीबी ने मनुष्यों के चरित्र का निर्माण और उन्हें पूर्ण किया है, और कितनी ही दौलत बदकिस्मती तथा विपत्ति का कारण बनी है। सुरक्षा और असुरक्षा का भी यही हाल है। कुछ व्यक्ति या राष्ट्र सुरक्षा और समृद्धि के समय ऐशो-आराम तथा भोग-विलास में पड़ जाते हैं और परिणामस्वरूप अपमान तथा अधीनता की खाई में गिर जाते हैं; जबकि अनेक राष्ट्र बदकिस्मती और भूख के कोड़े से जाग उठते हैं और प्रभुत्व तथा सम्मान प्राप्त करते हैं। स्वास्थ्य और बीमारी, सम्मान और अपमान, तथा अन्य प्राकृतिक नेमतें और विपत्तियाँ भी इसी नियम के अधीन हैं। नेमतें और इसी तरह कठिनाइयाँ तथा विपत्तियाँ भी वरदान हैं, क्योंकि उनमें से हर एक से श्रेष्ठ लाभ उठाया जा सकता है; और वे विपत्ति तथा बदकिस्मती भी मानी जा सकती हैं, क्योंकि उनमें से हर एक बेबसी और पतन का कारण बन सकती है। गरीबी के रास्ते से भी सौभाग्य तक पहुँचा जा सकता है और दौलत के रास्ते से भी; और दोनों ही रास्तों से मनुष्य बदकिस्मती तक पहुँच सकता है। इसलिए किसी नेमत का नेमत होना इस बात पर निर्भर करता है कि उसके प्रति मनुष्य की प्रतिक्रिया कैसी है—वह कृतज्ञ है या अकृतज्ञ। इसी तरह किसी विपत्ति का विपत्ति होना इस बात पर निर्भर करता है कि उसके प्रति मनुष्य की प्रतिक्रिया कैसी है—वह धैर्यवान और संयमी है या कमज़ोर इच्छाशक्ति वाला और संकल्पहीन। इसलिए एक ही चीज़ दो व्यक्तियों के लिए अलग-अलग स्थिति रखती है; यानी 160, ईश्वरीय न्याय एक व्यक्ति के लिए नेमत होती है और वही चीज़ दूसरे व्यक्ति के लिए विपत्ति। इसी को हम कहते हैं कि नेमत और विपत्ति, दोनों सापेक्ष हैं। किसी चीज़ को विपत्ति तभी कहना चाहिए, जब वह ईश्वर की ओर से आध्यात्मिक दंड हो, यानी मनुष्य के कर्मों के बुरे परिणाम। ये चीज़ें वास्तविक विपत्ति और मुसीबत इसलिए हैं कि पहली बात तो यह कि वे मनुष्य की अपनी इच्छा और चुनाव का परिणाम हैं, और दूसरी बात यह कि वे किसी भी भलाई या पूर्णता की भूमिका नहीं बनतीं। उदाहरण के लिए, कठोर हृदय और निर्दयता मनुष्य के लिए विपत्ति है। जैसा कि एक रिवायत में आया है: “अल्लाह ने किसी बंदे को इससे अधिक कठोर दंड नहीं दिया कि उसका हृदय कठोर हो जाए।” अल्लाह ने किसी बंदे को ऐसा कोई दंड नहीं दिया जो कठोर हृदय होने से बढ़कर हो। पैग़म्बरों के क़िस्सों में आया है कि एक व्यक्ति ने पैग़म्बर शुऐब (अ) से कहा: मैं इतने पाप क्यों करता हूँ और अल्लाह मुझे दंड क्यों नहीं देता? उत्तर मिला कि तुम सबसे बुरे दंड में फँसे हुए हो और तुम्हें इसका एहसास नहीं। मौलवी इस कहानी को इस तरह बयान करते हैं: शुऐब के ज़माने में एक व्यक्ति कहता था: मैंने कितने पाप और अपराध किए हैं! सर्वशक्तिमान ईश्वर ने शुऐब के कान में कहा: “मैंने उससे कहा था कि मैंने उसके कितने दोष देखे हैं, फिर भी अपनी कृपा से मुझे पकड़ता नहीं; ईश्वर ने अपनी कृपा से उसके अपराध के लिए उसे नहीं पकड़ा।” गुमराही का रास्ता छोड़कर भटकाव की राह पकड़ने वाले, कब तक तुम्हें पकड़ूँ और तुम अनजान बने रहो? तुम सिर से पाँव तक ज़ंजीरों में जकड़े हो। तुम्हारा भीतरी रूप बिगड़ चुका है; तुम अंधे हो गए हो और रहस्यों से अनभिज्ञ। ऐ मूर्ख, तुम बात को उलटा कहते हो। ऐ काले बर्तन, तेरी कालिख तुझ पर ही है; तेरे दिल पर जंग पर जंग जम गई है। इसका आशय है कि तुम उलटा सोचते हो: यदि ईश्वर तुम्हें ऐसे प्रत्यक्ष दंड से पकड़ता जिसे तुम दंड के रूप में महसूस कर सकते, और तुम इस प्रकार की सज़ा के योग्य होते, तो संभव था कि तुम्हारा दंड वास्तव में दंड न होकर कृपा और दया होता, क्योंकि कभी-कभी वह तुम्हें सचेत और जागरूक कर देता। लेकिन जिस दंड में तुम अब फँसे हुए हो—जैसा कि दयलमी की किताब इरशाद अल-क़ुलूब में है—ablytyped</w:t>
      </w:r>
    </w:p>
    <w:p>
      <w:pPr>
        <w:jc w:val="left"/>
      </w:pPr>
      <w:r>
        <w:rPr>
          <w:rFonts w:ascii="Calibri" w:hAnsi="Calibri" w:cs="Calibri"/>
          <w:sz w:val="28"/>
          <w:szCs w:val="28"/>
          <w:rtl w:val="0"/>
        </w:rPr>
        <w:t>विपत्तियों के लाभ। १६१ तुम्हारे कर्म का अनिवार्य परिणाम वह दंड है जो पूरी तरह दंड ही है। वास्तविक विपत्तियाँ वही हैं जो मनुष्य के कर्मों के परिणाम और प्रभाव हैं। इन्हीं प्रभावों, परिणामों और दंडों के बारे में कुरआन कहता है: “और हमने उन पर अत्याचार नहीं किया, बल्कि वे स्वयं अपने ऊपर अत्याचार करते थे।” ये अत्याचार उन्होंने स्वयं अपने ऊपर किए, हमने नहीं। रूसो की «एमिल» नाम की एक किताब है, जो बाल-पालन की कला पर लिखी गई है; यह रोचक किताब है। एमिल उस काल्पनिक बच्चे का नाम है जिसे रूसो अपनी पुस्तक में अपने संरक्षण में रखता है और उसके शारीरिक तथा मानसिक विकास के सभी पहलुओं पर ध्यान देता है। हर मामले में रूसो का विचार है कि एमिल को प्रकृति के साथ निरंतर अभ्यास करते हुए, प्रकृति से जूझते हुए और कठिनाइयों की गोद में बड़ा किया जाए। उसका मानना है कि सबसे दुर्भाग्यशाली बच्चे वे होते हैं जिनके माता-पिता उन्हें सुख-सुविधाओं और ऐशो-आराम में पालते हैं और उन्हें दुनिया की सर्दी-गर्मी का अनुभव नहीं करने देते और न ही संसार के उतार-चढ़ाव को महसूस करने देते हैं। ऐसे बच्चे कठिनाइयों के प्रति संवेदनशील हो जाते हैं और सुखों के प्रति उदासीन; किसी छोटे पेड़ की कोमल टहनी की तरह हर झोंके से काँपते हैं और छोटी-सी अप्रिय घटना भी उन्हें दुखी कर देती है, यहाँ तक कि एक छोटी-सी घटना उन्हें आत्महत्या के बारे में सोचने पर मजबूर कर देती है; दूसरी ओर, सुख के जितने भी साधन उन्हें दिए जाएँ, वे उत्साहित नहीं होते और उनमें प्रसन्नता नहीं आती। ऐसे लोग कभी भी नेमतों का स्वाद नहीं समझ पाते; उन्होंने भूख नहीं सही होती कि भोजन का स्वाद समझ सकें। उनके लिए बेहतरीन भोजन भी उस जौ की रोटी से कम मूल्यवान और कम स्वादिष्ट होता है जिसे किसी देहाती बच्चे ने खाया हो। सादेक हेदायत ने आत्महत्या क्यों की? उनकी आत्महत्या के कारणों में से एक यह था कि वे कुलीन परिवार में पैदा हुए थे। उनके पास आवश्यकता से अधिक जेबखर्च था, लेकिन उनकी सोच सही और व्यवस्थित नहीं थी। वे ईमान की नेमत से वंचित थे; दुनिया को अपने ही समान मनमौजी, व्यर्थ काम करने वाली और मूर्ख समझते थे। वे जिन सुखों को जानते थे और जिनसे परिचित थे, वे सबसे गंदे सुख थे; और उस तरह के सुखों में अब कुछ भी दिलचस्प नहीं बचा था, जिसके लिए अस्तित्व और जीवन की प्रतीक्षा करना सार्थक होता। वे अब दुनिया से आनंद नहीं ले सकते थे। उनके जैसे और भी बहुत-से लोग व्यवस्थित सोच के बिना पैदा हुए थे। नहल/११८। और ईमान की नेमत से भी वंचित थे, लेकिन उनकी ज़िंदगी और ऐश्वर्य हेदायत जैसे नहीं थे; उनके लिए जीवन और ज़िंदगी अब भी दिलचस्प थी, इसलिए उन्होंने आत्महत्या नहीं की। हेदायत जैसे लोग यदि दुनिया की शिकायत करते हैं और उसे बदसूरत देखते हैं, तो उनके पास इसके अलावा कोई रास्ता नहीं है; उनकी लाड़-प्यार में परवरिश यही परिणाम लाती है। वे ईश्वर की नेमतों के सुखद स्वाद को महसूस नहीं कर सकते। यदि सादेक हेदायत को किसी गाँव में ले जाकर बैल और हल के पीछे लगा दिया जाता और उन्हें भूख तथा नंगेपन का स्वाद चखाया जाता, और ज़रूरत पड़ने पर उनकी पीठ पर ज़ोरदार कोड़े बरसाए जाते, और जब वे बहुत भूखे हो जाते तो उनके सामने एक रोटी रख दी जाती, तब वे जीवन का अर्थ अच्छी तरह समझ जाते और पानी, रोटी तथा जीवन की अन्य भौतिक और आध्यात्मिक परिस्थितियाँ उन्हें बहुत मूल्यवान और अनमोल लगने लगतीं। सादी ने «गुलिस्तान» के पहले अध्याय में एक कहानी सुनाई है। वे कहते हैं: एक मालिक अपने नौकर के साथ जहाज़ पर सवार हुआ। नौकर ने पहले कभी समुद्र नहीं देखा था, इसलिए वह डर गया और बेचैन होने लगा; उसकी घबराहट से जहाज़ के यात्री परेशान हो गए। वहाँ एक विद्वान था। उसने कहा: मैं इसका उपाय जानता हूँ। उसने आदेश दिया कि नौकर को समुद्र में फेंक दिया जाए। नौकर, जब खुद को समुद्र की उफनती और निर्दयी लहरों के बीच मौत के सामने पाता, तो पूरी ताकत से जहाज़ तक पहुँचने और डूबने से बचने की कोशिश करता रहा। कुछ देर तक व्यर्थ कोशिश करने के बाद, जब वह डूबने ही वाला था, तो विद्वान ने उसे बचाने का आदेश दिया। इस घटना के बाद नौकर शांत हो गया और फिर कुछ नहीं बोला। लोगों ने इसका रहस्य पूछा, तो विद्वान ने कहा: उसे समुद्र में गिरना ज़रूरी था, ताकि वह जहाज़ की क़द्र समझ सके। motahari.in हाँ, सुखों का लाभ उठाने की शर्त है कि मनुष्य दुःखों से परिचित हो। जब तक कोई घाटी के नीचे न हो, वह पर्वत की ऊँचाई को नहीं समझ सकता। संपन्न वर्गों में आत्महत्या अधिक होने का एक कारण यह है कि आम तौर पर संपन्न वर्ग में ईमान की कमी अधिक होती है; दूसरा कारण यह है कि संपन्न वर्ग जीवन के आनंद और उसकी क़ीमत को नहीं समझता; संसार की सुंदरता महसूस नहीं करता; जीवन का अर्थ नहीं समझता। अत्यधिक आनंद और ऐशो-आराम मनुष्य को संवेदनहीन कर देते हैं और उसे एक सुन्न और मूर्ख प्राणी बना देते हैं। ऐसा मनुष्य छोटी-छोटी बातों पर आत्महत्या कर लेता है। निरर्थकता का दर्शन पश्चिमी दुनिया में एक ओर ईमान खो देने का परिणाम है और दूसरी ओर अत्यधिक ऐशो-आराम का। पश्चिम पूर्व की मेज़ पर बैठा है और पूर्व का खून चूस रहा है; फिर वह निरर्थकता और निहिलिज़्म की बात क्यों न करे? जो लोग आत्महत्या को संवेदनशीलता का परिणाम मानते हैं, उन्हें जानना चाहिए कि यह कैसी संवेदनशीलता है। उनकी संवेदनशीलता सौंदर्यबोध और समझ की संवेदनशीलता नहीं है; विपत्तियों के लाभ का अर्थ यह नहीं कि उनकी समझ अधिक सूक्ष्म है और वे ऐसी चीज़ें समझते हैं जिन्हें दूसरे नहीं समझते; उनकी संवेदनशीलता का अर्थ यह है कि वे संसार की सुंदरताओं के प्रति भावशून्य और सुन्न हैं तथा कठिनाइयों के सामने जल्दी आहत होने वाले और कम सहनशील हैं। ऐसे लोगों को आत्महत्या करनी ही चाहिए, और अच्छा है कि वे आत्महत्या करें; वे मानवता पर कलंक हैं और बेहतर है कि मानव समाज उनके अस्तित्व की गंदगी से मुक्त हो जाए। एक समय मेरी एक व्यक्ति से दूर की जान-पहचान थी और मैं समझता था कि वह सबसे खुशहाल लोगों में से है। उसके लिए जीवन के सभी भौतिक साधन, उचित मात्रा में, उपलब्ध थे। उसके पास पैसा, दौलत, पद, रुतबा और शोहरत—सब कुछ था। जब संतान होने की बात चली, तो उसने कहा: मैं संतान नहीं चाहता था और अब भी नहीं चाहता। मैंने पूछा: क्यों? उसने कहा: मैं खुद इस दुनिया में आया, इतना ही काफी है; मैं किसी और प्राणी के दुःख का कारण क्यों बनूँ? जो दुख मैंने झेले हैं, क्या वह भी उन्हें झेले?</w:t>
      </w:r>
    </w:p>
    <w:p>
      <w:pPr>
        <w:jc w:val="left"/>
      </w:pPr>
      <w:r>
        <w:rPr>
          <w:rFonts w:ascii="Calibri" w:hAnsi="Calibri" w:cs="Calibri"/>
          <w:sz w:val="28"/>
          <w:szCs w:val="28"/>
          <w:rtl w:val="0"/>
        </w:rPr>
        <w:t>पहले तो मुझे आश्चर्य हुआ, लेकिन बाद में जब मैं उसकी आत्मा से कुछ और परिचित हुआ, तो समझ गया कि यह बेचारा सच कहता है; इस सारी सुख-सुविधा में उसे दुख के सिवा कुछ दिखाई नहीं देता। आम तौर पर जिन लोगों के बारे में हम सोचते हैं कि उन्होंने अपने सभी दुखों को दूर कर दिया है, वे ही सबसे अधिक दुखी होते हैं। हाँ, विपत्तियाँ और मुसीबतें बड़ी नेमतें हैं, जिनके लिए ईश्वर के प्रति आभारी होना चाहिए। ये ऐसी नेमतें हैं जो क्रोध के रूप में प्रकट हुई हैं; ठीक वैसे ही जैसे कभी-कभी क्रोध, कृपा के रूप में प्रकट होता है। इस प्रकार के क्रोध के लिए भी हमें आभारी होना चाहिए। लेकिन हर हाल में यह समझना चाहिए कि नेमत का नेमत होना और विपत्ति का विपत्ति होना निर्भर करता है उस पर कि हम उसके प्रति कैसी प्रतिक्रिया देते हैं। हम सभी विपत्तियों को नेमत में बदल सकते हैं, उस चीज़ को तो छोड़ ही दीजिए जो नेमत के रूप में भी सामने आती है; और हम यह भी कर सकते हैं कि सभी नेमतों को विपत्ति और मुसीबत में बदल दें—उस चीज़ की तो बात ही छोड़िए जो विपत्ति और मुसीबत के रूप में हम तक पहुँचती है। इस खंड में की गई चर्चाओं से हम इस निष्कर्ष पर पहुँचे कि संसार की सृष्टि का मूल सूत्र विरोध का सूत्र है और दुनिया विरोधों के समूह के सिवा कुछ नहीं। अस्तित्व और अनस्तित्व, जीवन और मृत्यु, स्थायित्व और विनाश, स्वास्थ्य और बीमारी, बुढ़ापा और जवानी, और अंततः सौभाग्य और दुर्भाग्य इस दुनिया में साथ-साथ हैं। सादी के शब्दों में: “खज़ाना और साँप, फूल और काँटा, दुख और सुख साथ-साथ हैं।” मौलाना रूमी कहते हैं: ईश्वरीय न्याय में दुख ही खज़ाना है, क्योंकि उसमें दयाएँ छिपी हैं, ऐ भाई! अँधेरा और ठंडक वह स्थान हैं जहाँ जीवन का स्रोत और मदमस्त कर देने वाला प्याला है। वसंत पतझड़ में छिपा है; दुख के साथ रहो और भय के साथ गुज़ारा करो। छिलका खुरचने पर ही ताज़ा गूदा मिलता है। दुख, कमज़ोरी और पीड़ा पर धैर्य रखो, क्योंकि सारी ऊँचाइयाँ नीचाइयों में ही हैं। पतझड़ में वसंत है; उससे मत भागो, उसे खोजो और अपनी मृत्यु में लंबा जीवन तलाशो। विश्व के पदार्थ की परिवर्तनशीलता और विकास का उत्पन्न होना विरोध के कारण है। यदि विरोध न होता, तो विविधता और विकास कभी घटित न होते और संसार हर पल कोई नया रूप नहीं रचता तथा धरती के पटल पर नई आकृतियाँ प्रकट नहीं होतीं। यदि हम इस मुद्दे को दार्शनिक रंग देना चाहें, तो हमें कहना होगा कि पदार्थ में विभिन्न रूपों को ग्रहण करने की क्षमता और उन रूपों का एक-दूसरे के विपरीत होना, विनाश का भी कारण है और निर्माण का भी; नष्ट करने का भी कारण है और पैदा करने का भी। अतीत का विनाश और भविष्य का निर्माण, पुराने रूपों और आकृतियों को हटाकर नए रूपों को लाना—विरोध के कारण ही विनाश और ध्वंस होता है, और विविधता तथा विकास भी; क्योंकि यदि कोई चीज़ नष्ट न होती, तो अवयवों का एक-दूसरे से नया गठन, उनका मेल और विकास अर्थहीन होते। जब तक अवयव और तत्व आपस में संघर्ष न करें और एक-दूसरे पर प्रभाव न डालें, तब तक मध्यम स्वभाव और नया मिश्रण पैदा नहीं होता। इसलिए यह कहना सही है कि विरोध ही कल्याणों का स्रोत और विश्व का आधार है, और संसार की व्यवस्था उसी पर टिकी है। इस पुस्तक के पहले खंड में, जब हम न्याय के स्वरूप पर चर्चा कर रहे थे कि वह क्या है, तब हमने अस्फ़ार के दूसरे खंड से सद्रुल-मुतअल्लिहीन का सारगर्भित कथन उद्धृत किया था—कि किस प्रकार पदार्थों और रूपों में दो तरह की प्रवृत्तियाँ होती हैं और वही परस्पर विरोधी प्रवृत्तियाँ यह अनिवार्य करती हैं कि आकृतियाँ लगातार बदलती और एक-दूसरे का स्थान लेती रहें। अब हम उन्हीं का एक और कथन उद्धृत करते हैं। सद्रुल-मुतअल्लिहीन एक अन्य स्थान पर कहते हैं: “यदि विरोध न होता, तो उदार दाता (ईश्वर) से फ़ैज़ का निरंतर प्रवाह संभव न होता।” यदि विरोध न होता, तो दानशील ईश्वर से फ़ैज़ का प्रवाह जारी न रह पाता। प्रकृति का संसार कटने और जुड़ने, अलग होने और फिर गाँठ बाँधने, काटने और सिलने से भरा है; यह इस संसार की विशिष्ट संरचना की अनिवार्यता है। संसार का पदार्थ मानो एक चलती हुई पूँजी है। अस्फ़ार, खंड ३, पृष्ठ ११७; बुराइयों के लाभ — १६५। उससे जो लाभ पैदा होते हैं, वे उसके प्रवाह और गति पर निर्भर हैं। यदि संसार स्थिर और अपरिवर्तनशील होता, तो वह ऐसी पूँजी के समान होता जो ठहरी पड़ी हो और न कोई लाभ पैदा करे, न कोई हानि पहुँचाए। कोई निश्चित और विशेष पूँजी जब किसी बाज़ार में चलन में आती है, तो कभी लाभ देती है और कभी नुकसान; लेकिन यदि हम समस्त पूँजी को देखें, तो फिर कोई नुकसान नहीं होता और पूँजी का प्रवाह निश्चित रूप से फलदायी और बढ़ोतरी करने वाला होता है। इसी तरह विश्व-व्यवस्था में संसार के समस्त पदार्थों का सक्रिय होना—जो पदार्थ की ग्रहणशीलता और रूपों के विरोध के सूत्र से होता है—निश्चित रूप से लाभकारी है और संसार को पूर्णता की ओर ले जाता है। द्वंद्वात्मक तर्कशास्त्र में विरोध के मुद्दे को अत्यंत महत्त्वपूर्ण माना गया है और उसे द्वंद्वात्मक विश्व-दृष्टि का आधार बनाया गया है। लेकिन इस दर्शन के प्रकट होने से बहुत पहले ही इस्लामी दार्शनिकों और सूफ़ियों ने विरोध के सिद्धांत पर ध्यान दिया था और इस विषय में दिलचस्प बातें कही थीं; यहाँ तक कि यूनानी दर्शन से उद्धृत कुछ कथनों से पता चलता है कि यूनानी दार्शनिकों के बीच भी इस सिद्धांत पर ध्यान देने की परंपरा रही है। तंतावी अपनी तफ़सीर “अल-जवाहर” में सुकरात से उद्धृत करते हैं कि वह “विरोध के सिद्धांत” को मृत्यु के बाद जीवन सिद्ध करने के तर्क के रूप में इस्तेमाल किया करते थे। तंतावी लिखते हैं: जब वे सुकरात को मृत्युदंड देने वाले थे, तब अपने जीवन के अंतिम क्षणों में उन्होंने यह सिद्ध करने के लिए कि मृत्यु के बाद एक और जीवन है, इस प्रकार तर्क दिया: motahari.in हम देखते हैं कि संसार में हमेशा विरोधी चीज़ें एक-दूसरे से जन्म लेती हैं: सुंदरता कुरूपता से, न्याय अत्याचार से, जागना नींद से, नींद जागने से, शक्ति कमज़ोरी से और इसके उलट… हर चीज़ अपने विरोधी से पैदा होती है… मृत्यु और जीवन तथा अनस्तित्व और अस्तित्व भी इसी सार्वभौमिक नियम के अधीन होंगे; इसलिए मृत्यु से एक और जीवन उत्पन्न होना चाहिए, अन्यथा प्रकृति का सामान्य नियम भंग हो जाएगा।” मौलाना रूमी एक-दूसरे के गर्भ में विरोधों के पालन-पोषण के बारे में कहते हैं: अपने होश में आकर उसने कहा, “ऐ आनंद के सागर! तूने नींद को भीतर रखकर जागृति को जन्म दिया है; ऐ तूने चेतनाओं को अचेतनता में रखा है, तूने उन्हें हृदयहीनता में बाँधकर प्रेम में डाल दिया है।” खंड ११, पृष्ठ ५</w:t>
      </w:r>
    </w:p>
    <w:p>
      <w:pPr>
        <w:jc w:val="left"/>
      </w:pPr>
      <w:r>
        <w:rPr>
          <w:rFonts w:ascii="Calibri" w:hAnsi="Calibri" w:cs="Calibri"/>
          <w:sz w:val="28"/>
          <w:szCs w:val="28"/>
          <w:rtl w:val="0"/>
        </w:rPr>
        <w:t>* * * गरीबी के अपमान में छिपी हुई नेमत को छिपा देता है; विरोध में विरोध समाया हुआ है, और एक बाग़ में… नमरूद की आग में छिपा हुआ है। मुस्तफ़ा शाह-ए-नजात के कथनानुसार: “दान से कभी धन कम नहीं होता।” मीठा फल छिपा हुआ… ईश्वरीय न्याय की शाखाओं और पत्तों में, तू निर्धनता की बेड़ी में समृद्धि का हार बाँधता है; जलती आग पानी में समाई हुई है… उदारता के दान और ख़र्च से उगे हुए हैं। ऐ नेमतों के स्वामी, लाभ तो बस भलाई में है; जीवन की अनंतता… मृत्यु के नीचे, गहरे समुद्र में मोती पत्थरों के बीच हैं; गौरव लज्जाओं के बीच है। तुम उसी दिन से… जब तुम अस्तित्व में आए, तब पहला अस्तित्व बदल गया; इसी तरह लाखों अस्तित्वों तक—तुम आग थे, या मिट्टी, या… हवा; तुम्हारी जगह एक और अस्तित्व ने ले ली। एक के बाद दूसरा, दूसरा पहले से बेहतर। यह संसार संघर्ष है, जब… समग्रता पर दृष्टि डालो; कोई एक घाटी में बाईं ओर दौड़ता है। यह वास्तविक संघर्ष है, स्वभाव का संघर्ष, कथन का संघर्ष। यह संसार इस… संघर्ष के कारण स्थिर है। चार तत्व चार मज़बूत स्तंभ हैं; हर स्तंभ दूसरे को तोड़ने वाला है। अतः सृष्टि की इमारत… विरोधों पर बनी है। तुम्हारी अवस्थाएँ एक-दूसरे के विपरीत हैं; अपनी अवस्थाओं की फ़ौजों के जत्थों को देखो—एक-एक करके, जैसे आस्था और कुफ़्र… और दूसरा दाईं ओर, तलाश में। अवयवों के बीच भयानक युद्ध है; तत्वों में देखो, ताकि बात स्पष्ट… हो जाए—क्योंकि उन्हीं पर संसार की छत टिकी है। पानी का स्तंभ हर चिंगारी को बुझाने वाला है; इसलिए संघर्ष हुआ… हानि और लाभ में; प्रभाव में हर एक दूसरे का विरोधी है, हर एक दूसरों के साथ युद्ध और वैर में है। अली अल-वर्दी की पुस्तक “अल-महज़ला” में उद्धरण के अनुसार इब्न ख़ल्दून कहते हैं: “संघर्ष मानव प्रकृति के मूलभूत तत्वों में से एक है।” संघर्ष मानव जीवन का एक बुनियादी आधार और मानवीय स्वभाव का एक मुख्य तत्व है। बुराइयों के लाभ — १६७ — प्रसिद्ध जर्मन दार्शनिक हेगेल, जिनकी कुछ बातें हम पहले भी उद्धृत कर चुके हैं, विरोधों के बारे में एक विशेष मत रखते हैं… जिसे हेगेल का द्वंद्ववाद कहा जाता है और जिसका दार्शनिक लोग अत्यधिक हवाला देते हैं। वे कहते हैं: विचार की हर अवस्था, वस्तुओं की हर स्थिति, और संसार की हर धारणा तथा अवस्था तीव्रता से… अपने विरोधी की ओर खिंचती है, फिर उससे मिलकर एक उच्चतर और अधिक जटिल समग्रता बनाती है… हर स्थिति और प्रभाव के लिए एक प्रतिपक्ष और विरोधी का होना आवश्यक है; विकास को उन दोनों में मेल कराकर एकता में बदलना चाहिए। अमीरुल-मोमिनीन अली (उन पर शांति हो) ने अपने ख़ुत्बों में कई स्थानों पर विरोध के नियम का उल्लेख किया है। ख़ुत्बा १८४ में वे कहते हैं: “इंद्रियों को उत्पन्न करके उसने बता दिया कि उसकी कोई इंद्रिय नहीं है; वस्तुओं के बीच विरोध स्थापित करके उसने बता दिया कि उसका कोई विरोधी नहीं है; और वस्तुओं को एक-दूसरे के साथ जोड़कर उसने बता दिया कि उसका कोई समकक्ष नहीं है।” “उसने प्रकाश को अंधकार के विपरीत, स्पष्टता को अस्पष्टता के विपरीत, शुष्कता को नमी के विपरीत और गर्मी को ठंड के विपरीत रखा; परस्पर विरोधी चीज़ों को जोड़ा, भिन्न वस्तुओं को एक-दूसरे के साथ रखा, दूरस्थ चीज़ों को निकट किया और पास की चीज़ों को अलग किया।” यहाँ यह महान इमाम ईश्वर के ज्ञान के संबंध में इस सिद्धांत का उपयोग करते हैं कि वह किसी भी अन्य चीज़ के समान नहीं है, और ईश्वर तथा संसार के बीच नकारात्मक तुलना करते हैं। इस प्रकार उन्होंने ईश्वर और संसार के बीच एक निषेधात्मक तुलना की है। वाक्यों का अनुवाद और अर्थ यह है: ईश्वर द्वारा संवेदना और चेतना के उपकरणों की रचना से… यह समझा जा सकता है कि स्वयं उसके पास ऐसे अंग और उपकरण नहीं हैं। दूसरे शब्दों में… प्राणियों की चेतना और बोध के लिए स्थान और साधन निर्धारित किए जाने से सिद्ध होता है कि उसकी अपनी चेतना और बोध किसी साधन या स्थान के माध्यम से नहीं है। प्राणियों के बीच जो विरोध स्थापित किया गया है, उससे ज्ञात होता है कि उसका कोई विरोधी नहीं है। उनके बीच जो समानता और संगति स्थापित की गई है, उससे ज्ञात होता है कि उसका कोई समकक्ष नहीं है। उसने प्रकाश और अंधकार, स्पष्टता और अस्पष्टता, शुष्कता और नमी, गर्मी और ठंड के बीच विरोध स्थापित किया है। उसने शत्रुतापूर्ण और विरोधी प्रकृतियों में मेल कराया है और अपरिचितों को एक-दूसरे से जोड़ दिया है; दूरस्थ चीज़ों को एक-दूसरे के निकट और निकट की चीज़ों को एक-दूसरे से दूर कर दिया है। विल ड्यूरां की “द हिस्ट्री ऑफ़ फिलॉसफी”, डॉ. ज़रियाब ख़ुई का अनुवाद, पृष्ठ २४९। ईश्वरीय न्याय — ख़ुत्बा १ में, नहजुल-बलाग़ा में, आदम की रचना के बारे में वे कहते हैं: “विभिन्न रंगों की प्रकृतियों, परस्पर मिलते-जुलते रूपों, विरोधी प्रतिपक्षों और भिन्न तत्वों से मिश्रित।” यहाँ अमीरुल-मोमिनीन (उन पर शांति हो) यह बताने के बाद कि ईश्वर ने आदम की मिट्टी को पृथ्वी के विभिन्न हिस्सों से गूँथा और फिर उसमें आत्मा फूँकी… निर्मित मनुष्य का वर्णन करते हुए कहते हैं: वह विविध प्रकृतियों से मिला-जुला है; उसमें समान और एक-जैसे अवयव भी हैं, और असमान तथा विरोधी वस्तुएँ भी। विरोध का दार्शनिक आधार — ४५१। ऐसे संसार में, जिसका मूल आधार गति और परिवर्तन है… वहाँ विरोध का शासन अवश्य होना चाहिए, क्योंकि जैसा कि दार्शनिकों ने कहा है, बाधा के बिना गति संभव नहीं है; गति प्रयत्न और संघर्ष है, और प्रयत्न तभी संभव होता है जब घर्षण और टकराव मौजूद हों। दूसरे शब्दों में, कहा जा सकता है कि किसी भी प्राकृतिक गति का बलपूर्वक प्रेरणा के बिना संभव होना असंभव है। जब कोई पिंड अपने प्राकृतिक स्थान से बाहर होता है, तभी वह अपने प्राकृतिक स्थान की ओर गति करता है; लेकिन जब पिंड अपने प्राकृतिक स्थान पर होता है, तो वह स्थिर और गतिहीन रहता है। मनुष्य भी तभी… पूर्णता की ओर तेज़ी से बढ़ता है जब वह उससे वंचित हो। मनुष्य का सुख हमेशा किसी वांछित वस्तु के होने में है, और वांछित वस्तु… तभी संभव होती है जब अभाव और वंचना मौजूद हों। द्वंद्वात्मक तर्कशास्त्र जहाँ तक गति, विरोध और प्रकृति के अवयवों की परस्पर संबद्धता के सिद्धांतों पर आधारित है… वहाँ तक हमें स्वीकार्य है। ये सिद्धांत बहुत प्राचीन काल से ईश्वरीय दर्शन के विद्वानों के ध्यान में रहे हैं। जो बात हमें उनसे अलग करती है… और वास्तव में जिसे हेगेल के बाद से द्वंद्वात्मक चिंतन का मूल माना जाता है, वह कुछ और बातें हैं; उनमें से एक यह है कि… “अश-शिफ़ा की प्राकृतिक विज्ञान की पुस्तक”, पहला भाग, चौथा लेख, नौवाँ अध्याय; इसी तरह “अल-असफ़ार”, सामान्य विषय, आठवाँ चरण… चौदहवाँ अध्याय। इस्लामी दर्शन में विरोध के सिद्धांत पर मुर्तज़ा मुतह्हरी का लेख देखें, पत्रिका “मक़ालात व बरसीहा” में… जो इस्लामी धर्मशास्त्र और ज्ञान संकाय के प्रकाशनों में से है। यह लेख “मक़ालात-ए-फलसफ़ी” पुस्तक के पहले खंड में भी प्रकाशित हुआ है। बुराइयों के लाभ — १६९ — विचार भी पदार्थ की तरह गति और विरोध आदि के नियमों के प्रभाव में है… ।</w:t>
      </w:r>
    </w:p>
    <w:p>
      <w:pPr>
        <w:jc w:val="left"/>
      </w:pPr>
      <w:r>
        <w:rPr>
          <w:rFonts w:ascii="Calibri" w:hAnsi="Calibri" w:cs="Calibri"/>
          <w:sz w:val="28"/>
          <w:szCs w:val="28"/>
          <w:rtl w:val="0"/>
        </w:rPr>
        <w:t>गति, विरोध और पारस्परिक प्रभाव के नियम प्रकृति के संबंध में सही और दार्शनिक सिद्धांत हैं; लेकिन जहाँ वे ज्ञान और बोध को इन नियमों के अधीन करना चाहते हैं और इसी कारण उसे तर्कशास्त्र कहते हैं—वह स्वीकार्य नहीं है; और अब उन पर चर्चा का अवसर नहीं है। संक्षेप में—दैवी न्याय के दृष्टिकोण से बुराइयों के बारे में हमारी चर्चा का समग्र निष्कर्ष यहाँ समाप्त होता है। मृत्यु के प्रश्न पर हम एक अलग खंड में विशेष रूप से विचार करेंगे। यहाँ आवश्यक समझते हैं कि अब तक कही गई सामान्य बातों और सिद्धांतों को, खंड ४ के अंत में कही गई बातों के अतिरिक्त, स्मरण के लिए दोहराएँ। हिकमत का गुण, अर्थात् ईश्वर और मनुष्य का हकीम होना, दो अर्थों में सत्य है। मनुष्य का हकीम होना इस अर्थ में है कि उसके हर काम का कोई तर्कसंगत उद्देश्य होता है और वह अपने कार्यों में सर्वोच्च और श्रेष्ठतम लक्ष्यों तथा उन तक पहुँचने के सर्वोत्तम साधनों को चुनता है। लेकिन ईश्वर पूर्णतः निरपेक्ष रूप से समृद्ध है; वह किसी उद्देश्य की तलाश नहीं करता। ऐसी कोई पूर्णता नहीं मानी जा सकती जिससे वह वंचित हो और जिसे पाने की वह तलाश करे; उसका हकीम होना इस अर्थ में है कि वह सृष्टियों को उनकी योग्य पूर्णताओं तक, जहाँ तक उनके लिए संभव हो, पहुँचाता है; उसका कार्य सृजन है, अर्थात् अस्तित्व को पूर्णता तक पहुँचाना; अथवा वस्तुओं का प्रबंधन, उन्हें पूर्ण करना और आगे बढ़ाना उनकी द्वितीयक पूर्णताओं की ओर, जो वस्तुओं को उनकी पूर्णताओं तक पहुँचाने का एक अन्य प्रकार है। कुछ प्रश्नों, आपत्तियों और उलझनों का कारण ईश्वर के हकीम होने की तुलना मनुष्य के हकीम होने से ग़लत ढंग से करना है। अक्सर जब पूछा जाता है कि फलाँ चीज़ क्यों अस्तित्व में आई, तो प्रश्न पूछने वाला अपने मन में सवाल को इस तरह रखता है: ईश्वर का यह काम करने से क्या उद्देश्य था? वह इस बात से अनजान रहता है कि यदि हम ईश्वर के लिए भी वैसा ही उद्देश्य मानें जैसा मनुष्य के लिए मानते हैं, तो इसका अर्थ यह होगा कि ईश्वर भी मनुष्य की तरह अपने कार्यों में अपनी कमियों को पूरा करता है और स्वयं को पूर्णता प्रदान करता है। ‘उसूल-ए-फलसफ़ा व रविश-ए-रियलिज़्म’ के पहले, दूसरे और चौथे खंड तथा मुर्तज़ा मुतह्हरी की रचना ‘दृष्टिकोण-ए-फलसफ़ा-ए-तारीख़ से क़ियाम व इन्क़िलाब-ए-महदी (अ)’ देखें। १७० दैवी न्याय। यदि आरंभ से ही इस बात पर ध्यान दिया जाए कि ईश्वर का हकीम होना इस अर्थ में है कि उसके कर्म का उद्देश्य है, उसके अस्तित्व का नहीं, और प्रत्येक सृष्टि की हिकमत उस सृष्टि के अंतर्निहित स्वभाव में छिपा हुआ उद्देश्य है; तथा ईश्वर का हकीम होना इस बात में है कि वह सृष्टियों को उनके प्राकृतिक उद्देश्यों की ओर ले जाता है, तो पहले ही अपने प्रश्न का उत्तर मिल जाता है। ईश्वरीय अनुग्रह—अर्थात् अस्तित्व का वह अनुग्रह जिसने समूचे विश्व को घेर रखा है—एक विशेष व्यवस्था रखता है; यानी उसमें पूर्वता और पश्चात्, कारणता और कार्यता का नियम चलता है, और यह व्यवस्था अपरिवर्तनीय है; यानी किसी भी अस्तित्व के लिए अपनी श्रेणी से हटकर दूसरी श्रेणी पर अधिकार करना संभव नहीं है। किसी भी अस्तित्व के लिए अपनी श्रेणी से हटने या दूसरी श्रेणी पर क़ब्ज़ा करने की संभावना नहीं होती। अस्तित्वों की विकास-यात्रा, विशेषकर मनुष्य की विकास-यात्रा, अपनी श्रेणी से हटकर दूसरी श्रेणी पर अधिकार करना नहीं है, बल्कि इसका अर्थ मनुष्य के अस्तित्व का विस्तार है। अस्तित्व के विभिन्न स्तरों और श्रेणियों का होना अनिवार्य रूप से उनके बीच अपूर्णता और पूर्णता तथा तीव्रता और दुर्बलता की दृष्टि से किसी प्रकार के अंतर और भिन्नता को जन्म देता है; और इस प्रकार के अंतर भेदभाव नहीं हैं। ईश्वर की सृष्टि समग्र है, आंशिक नहीं; आवश्यक है, आकस्मिक नहीं। इस विषय में एक और ग़लतफ़हमी की जड़ यह है कि ईश्वर की सृष्टि की तुलना मनुष्य की सृष्टि से इस दृष्टि से की जाती है कि यह मान लिया जाता है कि ईश्वरीय सृष्टि भी मनुष्य की सृष्टि की तरह आंशिक और आकस्मिक हो सकती है। मनुष्य, चूँकि सृष्टियों में से एक सृष्टि और व्यवस्था का एक हिस्सा है, और उसकी इच्छा आंशिक और आकस्मिक कारणों का खिलौना है, इसलिए वह किसी निश्चित समय और किसी निश्चित स्थान पर—और निस्संदेह, निश्चित परिस्थितियों में—उदाहरण के लिए, एक घर बनाने का निश्चय करता है; वह कुछ ईंटें, सीमेंट, लोहा, मिट्टी, जिप्सम और चूना इकट्ठा करता है, जिनका आपस में कोई प्राकृतिक संबंध नहीं होता, और कृत्रिम संबंधों की एक शृंखला के ज़रिये उन्हें एक विशेष आकार में एक-दूसरे से जोड़कर घर बनाता है। ईश्वर के मामले में क्या है? क्या उसकी सुदृढ़ सृष्टि कुछ पराई वस्तुओं के बीच कृत्रिम और उधार के संबंध स्थापित करने जैसी है? कृत्रिम और उधार के संबंध स्थापित करना मनुष्य जैसे प्राणी के ही अनुकूल है, जो पहली बात तो यह कि व्यवस्था का एक हिस्सा है और मौजूदा नियमों के अधीन है; दूसरी बात, एक निश्चित दायरे में वह वस्तुओं की मौजूदा शक्तियों, बलों और गुणों से लाभ उठाना चाहता है; तीसरी बात, उसकी इच्छा आंशिक कारणों का खिलौना है—मसलन, घर के माध्यम से स्वयं को गर्मी और सर्दी से बचाना; और चौथी बात, उसकी कर्तृत्व-शक्ति गति कराने के स्तर की है, सृजन करने के स्तर की नहीं। यानी वह किसी चीज़ को अस्तित्व में नहीं लाता, बल्कि अस्तित्वमान वस्तुओं को गति देकर और उन्हें इधर-उधर करके एक-दूसरे से जोड़ता है; लेकिन ईश्वर सृजनकारी कर्ता है, जो वस्तुओं को उनकी समस्त शक्तियों और बलों और】【。</w:t>
      </w:r>
    </w:p>
    <w:p>
      <w:pPr>
        <w:jc w:val="left"/>
      </w:pPr>
      <w:r>
        <w:rPr>
          <w:rFonts w:ascii="Calibri" w:hAnsi="Calibri" w:cs="Calibri"/>
          <w:sz w:val="28"/>
          <w:szCs w:val="28"/>
          <w:rtl w:val="0"/>
        </w:rPr>
        <w:t>बुराइयों के लाभ। 171 उनके गुण हैं, और वे शक्तियाँ तथा गुण सभी मामलों में समान रूप से काम करते हैं। उदाहरण के लिए, ईश्वर आग, पानी और बिजली की सृष्टि करता है; लेकिन मनुष्य पहले से मौजूद पानी, आग और बिजली से किसी कृत्रिम संबंध के ज़रिये लाभ उठाता है। मनुष्य इस कृत्रिम जुड़ाव को इस तरह व्यवस्थित करता है कि किसी खास क्षण और अवसर पर, जब उसे उससे लाभ हो, तो उसका उपयोग कर सके; उदाहरण के लिए, वह बिजली का स्विच चालू करता है और किसी दूसरे क्षण, जब उसे उससे लाभ न हो, तो उसका उपयोग नहीं करता; उदाहरण के लिए, वह बिजली बंद कर देता है। लेकिन ईश्वर इन वस्तुओं का सृष्टिकर्ता और रचयिता है, उनके सभी गुणों और प्रभावों सहित। आग के अस्तित्व का अनिवार्य गुण है कि वह गर्म करे या जलाए। बिजली का अनिवार्य गुण है कि वह प्रकाश दे या गति पैदा करे। ईश्वर ने आग या बिजली किसी विशेष व्यक्ति के लिए नहीं बनाई; यह अर्थहीन है कि उसने उसे इस तरह बनाया हो कि वह, मसलन, उस व्यक्ति की झोंपड़ी को गर्म करे, लेकिन उसके कपड़े न जलाए। ईश्वर ने आग की सृष्टि की और उसका गुण जलाना है। इसलिए ईश्वरीय परम बुद्धि की दृष्टि से आग को अस्तित्व की व्यवस्था में उसकी समग्रता के संदर्भ में देखना चाहिए: क्या समूचे संसार में उसका अस्तित्व लाभकारी और आवश्यक है, या अनावश्यक और हानिकारक? न कि उसके अलग-अलग मामलों के संदर्भ में—कि उसने किसका घर गर्म किया और किसके गोदाम में आग लगा दी। दूसरे शब्दों में, यह समझने के साथ-साथ कि परमकर्ता के कर्मों के उद्देश्य को उसका उद्देश्य मानना चाहिए, स्वयं परमकर्ता का उद्देश्य नहीं, हमें यह भी समझना चाहिए कि परमकर्ता के कर्मों के उद्देश्य सार्वभौमिक हैं, विशिष्ट नहीं; और वे आवश्यक हैं, आकस्मिक नहीं। किसी वस्तु के अस्तित्व में आने के लिए ईश्वर का पूर्ण कर्ता होना पर्याप्त नहीं; ग्रहण करने वाले की पात्रता भी शर्त है। ग्रहण करने वालों की अपात्रता ही कुछ प्राणियों के कुछ वरदानों से वंचित रह जाने का कारण है। वे बुराइयाँ जो पहले बताई गईं अनस्तित्व की श्रेणी में आती हैं, अर्थात् असमर्थताएँ, दुर्बलताएँ और अज्ञान—ईश्वर के पवित्र स्वरूप से संबंधित दृष्टि से, यानी व्यवस्था की समग्रता के संदर्भ में, न कि मनुष्य से संबंधित दृष्टि से, यानी व्यवस्था के विशिष्ट और आकस्मिक पहलुओं के संदर्भ में— पात्रताओं की कमी से उत्पन्न होती हैं। परमेश्वर, जिस प्रकार अपने आप में अनिवार्य अस्तित्व वाला है, उसी प्रकार सभी दिशाओं और सभी पहलुओं से अनिवार्य है; इसलिए उसका अनुग्रह प्रदान करना और अस्तित्व देना भी अनिवार्य है। यह असंभव है कि किसी अस्तित्ववान के लिए अस्तित्व की संभावना या अस्तित्व की पूर्णता की संभावना हो और ईश्वर की ओर से उस पर अनुग्रह तथा अस्तित्व का दान न हो। जो बात ऐसी प्रतीत होती है कि कुछ मामलों में किसी अस्तित्ववान में किसी पूर्णता को ग्रहण करने की क्षमता है, फिर भी वह उससे वंचित है, वह विशिष्ट और आकस्मिक कारणों के अनुसार संभावना है, न कि सार्वभौमिक और आवश्यक कारणों के अनुसार। बुराइयाँ या तो अनस्तित्व हैं, या ऐसे अस्तित्व हैं जो दूसरी वस्तुओं में अनस्तित्व का कारण बनते हैं; वे इसी कारण बुराइयाँ हैं कि अनस्तित्व का कारण बनते हैं। और 172 ईश्वरीय न्याय। दूसरे प्रकार की बुराइयों की बुराई उनके सापेक्ष और संबंधपरक अस्तित्व में है, न कि उनके अस्तित्व में, अपने आप में। वास्तव में जो अस्तित्व रखता है और जिस पर सृजन, निर्माण तथा कार्य-कारण लागू होते हैं, वह वास्तविक अस्तित्व है, न कि बुराइयों का सापेक्ष अस्तित्व। बुराइयाँ पूरी तरह आश्रित और परोक्ष रूप से निर्मित हैं, अपने आप में निर्मित नहीं। 10. संसार एक अविभाज्य इकाई है; संसार के कुछ भागों को हटा देना और कुछ को बनाए रखना केवल कल्पना का भ्रम और खेल है। बुराइयाँ और अच्छाइयाँ दो अलग-अलग वर्ग और श्रेणियाँ नहीं हैं, बल्कि आपस में मिली हुई हैं; अनस्तित्वों को अस्तित्वों से और सापेक्ष अस्तित्वों को वास्तविक अस्तित्वों से अलग नहीं किया जा सकता। 12. न केवल अनस्तित्वों को अस्तित्वों से और सापेक्ष अस्तित्वों को वास्तविक अस्तित्वों से अलग नहीं किया जा सकता, बल्कि संसार की अविभाज्यता के सिद्धांत के अनुसार वास्तविक अस्तित्व भी परस्पर जुड़े हुए और अविभाज्य हैं। प्राणियों को उनकी अलग और स्वतंत्र स्थिति के आधार पर देखने का एक निर्णय है, और किसी अंग के हिस्से तथा सदस्य के रूप में देखने का दूसरा निर्णय। 14. जहाँ निरंतरता और अंग-रचना का सिद्धांत शासन करता है, वहाँ अलग और स्वतंत्र अस्तित्व केवल मान्यतागत और कल्पित होता है। 15. यदि बुराई और कुरूपता न होती, तो अच्छाई और सुंदरता का कोई अर्थ न होता। 16. बुराइयाँ और कुरूपताएँ अच्छाइयों और सुंदरताओं को उजागर करती हैं। 17. बुराइयाँ अच्छाइयों का स्रोत हैं और विपत्तियाँ सुख-समृद्धि की जननी हैं। रक व मीरिया motahari.ir motahari.ir घटना मृत्यु का विचार उन विचारों में से एक है जिसने मनुष्य को हमेशा पीड़ा दी है—मृत्यु और जीवन के समाप्त हो जाने का विचार। मनुष्य अपने आप से पूछता है: हम दुनिया में क्यों आए हैं और हम क्यों मरते हैं? इस बनाने और बिगाड़ने का क्या अर्थ है? क्या यह काम निरर्थक और व्यर्थ नहीं है? यह रुबाई ख़य्याम से संबद्ध है: उस प्याले की रचना में कई सुंदर सरो-कदों का संगम हुआ; उसे तोड़ना उचित नहीं, फिर उस मदहोश ने उसे क्यों बनाया और क्यों तोड़ा? * * यह एक प्याला है, जिसे सृजनशील बुद्धि गढ़ती है, समय का यह कुम्हार ऐसा नाज़ुक प्याला बनाता है; स्नेह से उसके माथे पर सौ चुंबन देता है, फिर उसे बनाकर दोबारा ज़मीन पर पटक देता है। जिसने तत्वों को मिलाकर यह रूप रचा, अगर यह अच्छा बना, तो इसे तोड़ने की वजह क्या थी? उसने इसे कमी और अपूर्णता में क्यों डाल दिया? और यदि यह रूप अच्छा नहीं बना, तो इसमें दोष किसका है?</w:t>
      </w:r>
    </w:p>
    <w:p>
      <w:pPr>
        <w:jc w:val="left"/>
      </w:pPr>
      <w:r>
        <w:rPr>
          <w:rFonts w:ascii="Calibri" w:hAnsi="Calibri" w:cs="Calibri"/>
          <w:sz w:val="28"/>
          <w:szCs w:val="28"/>
          <w:rtl w:val="0"/>
        </w:rPr>
        <w:t>मृत्यु से उत्पन्न दुःख दार्शनिक निराशावाद के जन्म के कारणों में से एक है। निराशावादी दार्शनिक जीवन और अस्तित्व को उद्देश्यहीन और व्यर्थ तथा हर प्रकार की बुद्धिमत्ता से रहित मानते हैं। यह धारणा उन्हें भ्रम और उलझन में डाल देती है और कभी-कभी उन्हें आत्महत्या का विचार भी देती रही है। वे सोचते हैं कि यदि जाना और मरना ही है, तो हमें आना ही नहीं चाहिए था; अब जब हम अपनी इच्छा के बिना आए हैं, तो कम-से-कम इतना तो कर ही सकते हैं कि इस निरर्थकता को जारी न रहने दें। निरर्थकता को समाप्त करना अपने आप में बुद्धिमानी का काम है। ख़य्याम से यह भी मंसूब है: यदि मेरा आना मेरे वश में होता, तो मैं न आता; यह इस जर्जर संसार में आने से बेहतर होता। यदि जाना भी मेरे वश में होता, तो मैं कब जाता? न आता, न जाता, न होता। इस उजाड़ संसार में मनुष्य की उपलब्धि ही क्या है? प्रसन्नचित्त वही है जो इस जग से जल्दी चला गया; दुख सहने के सिवा प्राण निकलने तक कुछ नहीं, और सुखी वही है जो इस दुनिया में आया ही नहीं। यदि आशा की डाल काट पाता, तो अपने अस्तित्व के धागे का सिरा पा लेता। अस्तित्व की जेल की इस तंग कोठरी में कब तक रहूँ? काश, अनस्तित्व की ओर जाने का कोई रास्ता मिल जाता। मृत्यु की चिंता। मृत्यु के प्रश्न और इस कारण संसार की व्यवस्था पर उठाई जाने वाली आपत्ति की जाँच करने से पहले यह ध्यान देना आवश्यक है कि मृत्यु का भय और उसकी चिंता केवल मनुष्य में होती है। पशु मृत्यु के बारे में नहीं सोचते। पशुओं में जो होता है, वह खतरे से बचने की सहज प्रवृत्ति और वर्तमान जीवन को सुरक्षित रखने की इच्छा है। निश्चय ही, बने हुए जीवन को बनाए रखने की इच्छा जीवन का अनिवार्य गुण है; पर मनुष्य में इसके अतिरिक्त भविष्य और भविष्य में बने रहने की ओर ध्यान भी होता है। दूसरे शब्दों में, मनुष्य में अनंतकाल तक बने रहने और अमर होने की आकांक्षा होती है, और यह आकांक्षा केवल मनुष्य में होती है। आकांक्षा भविष्य की कल्पना पर निर्भर करती है, और अमर बने रहने की आकांक्षा अनंतता के विचार और कल्पना पर निर्भर करती है; ऐसा विचार और कल्पना मनुष्य की विशिष्टता है। इसलिए मृत्यु का मनुष्य का भय और वह चिंता, जो मृत्यु और मरने की घटनाओं के बारे में लगातार उसके विचारों को घेरे रहती है, उससे अलग चीज़ है जो खतरे से बचने की सहज प्रवृत्ति है—यह हर पशु में खतरे के सामने होने वाली तत्काल और अस्पष्ट प्रतिक्रिया है। मनुष्य का बच्चा भी, अस्तित्व बनाए रखने की इच्छा के विचार के रूप में विकसित होने से पहले, खतरे से बचने की सहज प्रवृत्ति के कारण उससे दूर रहता है। मृत्यु की चिंता अमरत्व की इच्छा से जन्म लेती है, और चूँकि प्रकृति की व्यवस्था में कोई भी इच्छा निरुद्देश्य और व्यर्थ नहीं होती, इसलिए इस इच्छा को मृत्यु के बाद मनुष्य के अस्तित्व में बने रहने का प्रमाण माना जा सकता है। यह कि हम मिट जाने के विचार से दुखी होते हैं, स्वयं इस बात का प्रमाण है कि हमारा अस्तित्व मिटता नहीं। यदि हमारा जीवन फूलों और पौधों की तरह अस्थायी और सीमित होता, तो अमरत्व की आकांक्षा हमारे भीतर एक मूल प्रवृत्ति के रूप में उत्पन्न न होती। प्यास का होना पानी के अस्तित्व का प्रमाण है। इसी तरह, हर दूसरी मूल इच्छा और क्षमता का होना उस पूर्णता के अस्तित्व का प्रमाण है जिसकी ओर वह क्षमता और इच्छा उन्मुख होती है। मानो हर क्षमता अपने भीतर उस पूर्णता की एक मानसिक पहचान और स्मृति रखती है जिसकी ओर उसे बढ़ना है। अमरत्व और अनंत जीवन की इच्छा तथा उसकी चिंता, जो मनुष्य को लगातार घेरे रहती है, मनुष्य की अमर प्रकृति और वास्तविकता की अभिव्यक्तियाँ हैं। इन इच्छाओं और चिंताओं का प्रकट होना ठीक स्वप्नों के प्रकट होने जैसा है, जो जागृत अवस्था में मनुष्य के संस्कारों और अनुभवों की अभिव्यक्ति होते हैं। स्वप्न में जो कुछ दिखाई देता है, वह उस अवस्था की अभिव्यक्ति है जो पहले जागृत अवस्था में हमारी आत्मा में आई थी और कभी-कभी उसमें गहराई तक बैठ गई थी। और जागृत अवस्था में हमारी आत्मा में अमरत्व और अनंत जीवन की जो आकांक्षा प्रकट होती है, वह इस संसार के अस्थायी जीवन से किसी भी तरह मेल नहीं खाती; वह हमारी शाश्वत वास्तविकता की अभिव्यक्ति है, जो निश्चय ही सिकंदर की जेल के भय से मुक्त होकर वहाँ से विदा होगी और सुलेमान के राज्य तक जा पहुँचेगी। मौलाना रूमी ने इस सत्य को बहुत सुंदर ढंग से व्यक्त किया है। वे कहते हैं: हाथी जब सोता है, तो उसकी चाह हिंदुस्तान की चर्चा करती है; गधा कभी सपने में हिंदुस्तान नहीं देखता। हाथी अपनी चाह में हिंदुस्तान का ज़िक्र करता है और सपने में हिंदुस्तान का प्रदेश देखता है। गधे ने हिंदुस्तान से बिछुड़ने का अनुभव नहीं किया; इसलिए रात में उसके मन में वह स्मृति साकार नहीं होती। इस तरह की कल्पनाएँ, विचार और इच्छाएँ उस वास्तविकता को दर्शाते हैं जिसे दार्शनिकों और सूफ़ियों ने इस मिट्टी की दुनिया में मनुष्य का परायापन या असंगति कहा है। मृत्यु सापेक्ष है। मृत्यु को लेकर आपत्ति इस कारण पैदा हुई है कि उसे अनस्तित्व समझ लिया गया है, जबकि मनुष्य के लिए मृत्यु अनस्तित्व नहीं, बल्कि परिवर्तन और रूपांतरण है; एक अवस्था में सूर्यास्त और दूसरी अवस्था में सूर्योदय है। दूसरे शब्दों में, मृत्यु अनस्तित्व है, पर निरपेक्ष अनस्तित्व नहीं, बल्कि सापेक्ष अनस्तित्व—अर्थात एक अवस्था में अनस्तित्व और दूसरी अवस्था में अस्तित्व। मनुष्य की निरपेक्ष मृत्यु नहीं होती। मृत्यु एक अवस्था को खोकर दूसरी अवस्था प्राप्त करना है, और अन्य हर परिवर्तन की तरह सापेक्ष विनाश है। जब मिट्टी पौधे में बदलती है, तो उसकी मृत्यु होती है, लेकिन यह निरपेक्ष मृत्यु नहीं है। मिट्टी अपना पूर्व रूप और पुराने गुण खो देती है और अब वह खनिज अवस्था में पहले जैसी अभिव्यक्ति और रूप नहीं रखती; लेकिन यदि वह एक अवस्था और स्थिति से मर गई है, तो दूसरी अवस्था और स्थिति में जीवन पा गई है। जड़ पदार्थ से मैं मरा और विकसित हुआ; विकसित अवस्था से मरा, तो पशु रूप में आ पहुँचा। पशु रूप से मरा और मनुष्य बन गया। फिर मृत्यु से क्यों डरूँ, जब मैं घटा नहीं? एक और बार मनुष्य रूप में मरूँगा, ताकि फ़रिश्तों के पंख और पर उगा सकूँ। फ़रिश्ते से भी मुझे छलाँग लगानी होगी, क्योंकि “उसके मुख के सिवा हर चीज़ नष्ट होने वाली है।” यह दुनिया आत्मा का गर्भ है। इस दुनिया से दूसरी दुनिया में जाना माँ के गर्भ से बच्चे के जन्म जैसा है। यह उपमा एक दृष्टि से अपर्याप्त है और दूसरी दृष्टि से उपयुक्त है। यह इस दृष्टि से अपर्याप्त है कि दुनिया और परलोक का अंतर, संसार और गर्भ से बाहर के संसार के अंतर से कहीं अधिक गहरा और मूलभूत है।</w:t>
      </w:r>
    </w:p>
    <w:p>
      <w:pPr>
        <w:jc w:val="left"/>
      </w:pPr>
      <w:r>
        <w:rPr>
          <w:rFonts w:ascii="Calibri" w:hAnsi="Calibri" w:cs="Calibri"/>
          <w:sz w:val="28"/>
          <w:szCs w:val="28"/>
          <w:rtl w:val="0"/>
        </w:rPr>
        <w:t>गर्भाशय और गर्भाशय के बाहर, दोनों प्रकृति और सांसारिक जीवन के संसार के हिस्से हैं, लेकिन यह सांसारिक संसार और परलोक का संसार, दो अलग-अलग अवस्थाएँ और दो जीवन हैं, जिनमें मूलभूत अंतर हैं; फिर भी यह उपमा एक दृष्टि से सटीक है क्योंकि यह परिस्थितियों के अंतर को दिखाती है। बच्चा माँ के गर्भ में अपरा के माध्यम से और नाभि-नाल के रास्ते पोषण पाता है; लेकिन जैसे ही वह इस संसार में कदम रखता है, वह रास्ता बंद हो जाता है और वह मुँह तथा पाचन-तंत्र की नली के ज़रिए पोषण पाता है। गर्भ में फेफड़े बनते हैं, लेकिन वे काम में नहीं आते; जब बच्चा गर्भ से बाहर आता है, तो उसके फेफड़े काम में आते हैं। यह आश्चर्य की बात है कि गर्भ में रहने तक भ्रूण श्वसन-मार्ग और फेफड़ों का ज़रा भी उपयोग नहीं करता और यदि मान लें कि उस समय यह तंत्र पल भर के लिए भी काम करने लगे, तो उसकी मृत्यु हो जाएगी; यह स्थिति गर्भ में रहने के आख़िरी क्षण तक बनी रहती है, लेकिन गर्भ से बाहर कदम रखते ही श्वसन-तंत्र अचानक काम करने लगता है और उस घड़ी से यदि यह तंत्र पल भर के लिए भी बंद हो जाए, तो मृत्यु का ख़तरा होता है। जन्म से पहले जीवन की यह व्यवस्था जन्म के बाद जीवन की व्यवस्था से इस तरह बदल जाती है; बच्चा जन्म से पहले एक जीवन-व्यवस्था में और जन्म के बाद दूसरी जीवन-व्यवस्था में रहता है। असल में, श्वसन-तंत्र गर्भ में रहने के दौरान बनता तो है, लेकिन वह उस जीवन के लिए, यानी गर्भ में रहने की अवधि के लिए नहीं होता; वह तो पहले से की गई तैयारी है गर्भ से बाहर के समय के लिए। इसी तरह दृष्टि, श्रवण, स्वाद और गंध के अंग भी, अपनी तमाम व्यापकता और जटिलता के बावजूद, उस जीवन के लिए नहीं, बल्कि अगले चरण के जीवन के लिए हैं। यह संसार दूसरे संसार की तुलना में उस गर्भ जैसा है जिसमें मनुष्य के मानसिक अंग और क्षमताएँ विकसित होती हैं और उसे दूसरे जीवन के लिए तैयार करती हैं। मनुष्य की मानसिक क्षमताएँ, उसका सरल और अमूर्त स्वरूप, अविभाज्यता और सापेक्ष स्थिरता, उसका ‘मैं’, उसकी असीम इच्छाएँ और व्यापक, अनंत विचार—ये सभी ऐसे साधन हैं जो अधिक विशाल, लंबी-चौड़ी, बल्कि चिरस्थायी और शाश्वत जीवन के अनुरूप हैं। यही वे चीज़ें हैं जो मनुष्य को इस नश्वर और मिट्टी के संसार में ‘अजनबी’ और ‘असंगत’ बनाती हैं। यही वे चीज़ें हैं जिनके कारण इस संसार में मनुष्य की दशा उस बाँसुरी जैसी है जिसे सरकंडों के झुरमुट से काटकर अलग कर दिया गया हो; उसकी करुण पुकार से स्त्री-पुरुष रो पड़ते हैं, और वह हमेशा विरह से टुकड़े-टुकड़े हुए सीने की तलाश में रहता है, ताकि अपनी तड़प के दर्द का बयान कर सके। यही वे चीज़ें हैं जिनके कारण मनुष्य स्वयं को ऊँची दृष्टि वाला, सिदरा के वृक्ष पर विराजमान राजा मानता है और संसार को अपने लिए दुखों की नगरी का कोना कहता है, या स्वयं को पवित्र उपवन का पक्षी और संसार को दुर्घटनाओं का जाल समझता है। पवित्र क़ुरआन कहता है: “क्या तुमने समझ लिया था कि हमने तुम्हें व्यर्थ ही पैदा किया है और तुम हमारी ओर नहीं लौटाए जाओगे?” क्या तुमने यह समझा कि हमने तुम्हें इन तमाम साज-सामानों और साधनों के साथ व्यर्थ ही पैदा किया है, और इस सृष्टि तथा इन साधनों के अनुरूप कोई उद्देश्य और लक्ष्य नहीं है, और तुम हमारी ओर लौटाए नहीं जाओगे? (सूरह मोमिनून, 23:115) दैवी न्याय: यदि इन तमाम साधनों और साज-सामानों से लैस मनुष्य की ईश्वर की ओर, ऐसे संसार की ओर वापसी न हो जो इस साधन-संपन्न प्राणी के लिए विशाल और उपयुक्त मैदान है, तो यह ठीक ऐसा ही होगा मानो गर्भलोक के बाद कोई सांसारिक संसार न हो और गर्भ की अवधि पूरी होने पर सभी भ्रूण नष्ट हो जाएँ; दृष्टि, श्रवण और गंध के ये तमाम अंग, मस्तिष्क, तंत्रिकाएँ, फेफड़े और पेट—जो गर्भ में काम नहीं आते और गर्भ के वनस्पति-जैसे जीवन के लिए अनावश्यक हैं—व्यर्थ और निरर्थक बनाए गए हों और इनके उपयोग के बिना ही मनुष्य अनस्तित्व की ओर चला जाए। हाँ, मृत्यु मनुष्य के जीवन के एक हिस्से का अंत और उसके जीवन के नए चरण की शुरुआत है। संसार के संदर्भ में मृत्यु, मृत्यु है और संसार के बाद के लोक के संदर्भ में जन्म; ठीक वैसे ही जैसे नवजात शिशु का जन्म संसार के लिए जन्म है, लेकिन उसके पहले के जीवन के लिए मृत्यु। संसार मनुष्य की पाठशाला है। मनुष्य के लिए संसार, परलोक की तुलना में तैयारी, विकास और तत्परता का चरण है। परलोक के मुक़ाबले संसार वैसा ही है जैसे किसी युवक के लिए विद्यालय और विश्वविद्यालय का दौर। वास्तव में संसार एक पाठशाला और प्रशिक्षण-स्थल है। नहजुल बलाग़ा के छोटे कथनों वाले भाग में आया है कि एक व्यक्ति अमीर अल-मोमिनीन अली (अ) की सेवा में आया और संसार की बुराई करने लगा—संसार ऐसा है, संसार वैसा है; संसार मनुष्य को धोखा देता है, संसार मनुष्य को भ्रष्ट करता है, संसार धोखेबाज़ और अपराधी है—और इसी तरह की बातें। उस आदमी ने सुना था कि बड़े लोग संसार की निंदा करते हैं; उसने समझा कि संसार की निंदा का मतलब इस संसार की वास्तविकता की निंदा करना है, यानी संसार अपने आप में बुरा है। वह नहीं जानता था कि बुरी चीज़ संसार-पूजा है; बुरी चीज़ संकीर्ण दृष्टि और सीमित चाहत है, जो मनुष्य और उसकी ख़ुशी के प्रतिकूल है। अली (अ) ने उससे कहा: तुम संसार के धोखे में आते हो, संसार तुम्हें धोखा नहीं देता; तुमने संसार पर अत्याचार किया है, संसार ने तुम पर अत्याचार नहीं किया… फिर उन्होंने कहा: संसार उस व्यक्ति का सच्चा साथी है जो उसके साथ ईमानदारी से पेश आता है, और जो उसे समझता है उसके लिए कल्याण का साधन है; संसार ईश्वर के मित्रों की उपासना-स्थली, ईश्वर के फ़रिश्तों की नमाज़गाह, ईश्वर की वह्य का अवतरण-स्थल और उसके प्रियजनों का व्यापार-स्थल है। शेख़ फ़रीदुद्दीन अत्तार ने इस कहानी को कविता में पिरोया है; वे कहते हैं:</w:t>
      </w:r>
    </w:p>
    <w:p>
      <w:pPr>
        <w:jc w:val="left"/>
      </w:pPr>
      <w:r>
        <w:rPr>
          <w:rFonts w:ascii="Calibri" w:hAnsi="Calibri" w:cs="Calibri"/>
          <w:sz w:val="28"/>
          <w:szCs w:val="28"/>
          <w:rtl w:val="0"/>
        </w:rPr>
        <w:t>मृत्यु और मौतें। एक व्यक्ति न्यायप्रिय शेर के सामने आया; हैदर ने उससे कहा: दुनिया बुरी नहीं है। वह खेत के समान है, क्योंकि धर्म का गौरव और वैभव पूरी तरह आज के बोए हुए बीज से कल फल देता है, यदि... तुम दुनिया से कुछ नहीं ले जाओगे, तो सदा दुःख में पड़े रहोगे। फिर नासिर ख़ुसरो संसार को संबोधित करते हुए कहते हैं: ऐ दुनिया, तुमने बहुतों को फूँका है; मगर बुरी तो तुम हो, क्योंकि बुद्धि से दूर हो। रात-दिन तुम्हें... हे बेटे, सारी खेती-बाड़ी दुनिया से ही ले जा सकते हो; अगर बोओगे नहीं, तो अफ़सोस, जीवन फल देगा। देखे बिना... तुम मर जाओगे। काम कठिन है, आदमी कमज़ोर और रास्ता लंबा। ऐ दुनिया, तुम किस योग्य और उपयुक्त हो? यद्यपि तुम किसी के साथ टिकती नहीं, ऊपर से आँख में पड़े तिनके की तरह अप्रिय हो, मगर भीतर से दो आँखों की तरह आवश्यक हो। यदि तुम किसी बँधे हुए को कभी तोड़कर मुक्त करती हो, तो कई बार बाँध भी देती हो; जैसे किसी मैले को देखकर तुम भी मैली हो जाती हो। लेकिन धोकर साफ़ किए हुओं की ओर तुम भी धुली हुई हो। जो तुम्हारी निंदा करता है, उससे कहो: तुमने अभी तक मुझे जाना ही नहीं। यदि तुम बुद्धिमान हो, तो मुझसे अलग हो चुके व्यक्ति की निंदा क्यों करते हो? तुम मुझसे गुज़रकर ही आगे बढ़े हो। ईश्वर ने तुम्हें रास्ते में रख दिया है; तुम नीची राह में क्यों बैठे हो? तुम्हारे लिए ईश्वर ने एक वृक्ष लगाया, ताकि तुम... उसकी जड़ से निकली हुई शाखा हो। यदि तुम टेढ़े होकर उस पर उगे हो, तो जल गए; और यदि सीधे उगे हो... तो पनपे हो। हाँ, हर कोई लकड़ी जलाता है, यह पूछे बिना कि वह बादाम की है या पिस्ते की। तुम ईश्वर का तीर हो, उसके... शत्रु की ओर। उसके तीर से स्वयं को क्यों घायल कर रहे हो? पवित्र क़ुरआन कहता है: «जिसने मृत्यु और जीवन को पैदा किया, ताकि तुम्हारी परीक्षा ले... कि तुममें से कौन अच्छे कर्म करता है।» यानी ईश्वर ने मृत्यु और जीवन को पैदा किया, ताकि वह परखे कि तुममें से कौन सही कर्म करता है। अर्थात मृत्यु और जीवन के मेल से बनी दुनिया, मानव के सत्कर्मों की प्रयोगशाला है। (मुल्क, 67:2) ईश्वरीय न्याय। ध्यान देना चाहिए कि «ईश्वर की परीक्षा, प्रतिभाओं और क्षमताओं को प्रकट करने के लिए है। किसी... प्रतिभा को प्रकट करना, उसे विकसित करना और पूर्णता तक पहुँचाना है। यह परीक्षा छिपे हुए रहस्यों से पर्दा उठाने के लिए नहीं है; बल्कि रहस्य की तरह छिपी प्रतिभाओं को साकार करने के लिए है। यहाँ पर्दा उठाना, मानो उन्हें उत्पन्न करना है। ईश्वर की परीक्षा, मानवीय गुणों को क्षमता और प्रतिभा के गुप्त भंडार से निकालकर साकारता और पूर्णता के क्षेत्र में ले आती है। ईश्वर की परीक्षा वज़न तय करना नहीं, बल्कि वज़न बढ़ाना है। इस स्पष्टीकरण से स्पष्ट हो जाता है कि ऊपर उद्धृत आयत... इसी सत्य को स्पष्ट करती है कि दुनिया प्रतिभाओं का पालन-पोषण करने का स्थान और मनुष्यों का प्रशिक्षण-स्थल है। मृत्यु की प्रकृति के बारे में हमने जो व्याख्या की है, उससे आपत्ति की जड़... और आपत्तियों का खोखलापन उजागर हो जाता है। वास्तव में ये आपत्तियाँ मनुष्य और संसार को न पहचानने से... दूसरे शब्दों में, एक अधूरी और अपूर्ण विश्व-दृष्टि से उत्पन्न होती हैं। सचमुच, यदि मृत्यु... जीवन का अंत हो, तो सदा जीवित रहने की इच्छा और अभिलाषा अत्यंत पीड़ादायक हो जाती है, और मृत्यु का चेहरा... दूरदर्शी तथा स्पष्ट चिंतन के दर्पण में असीम रूप से भयावह दिखाई देता है। कुछ मनुष्य जीवन को व्यर्थ मानते हैं... इसका कारण यह है कि वे सदा जीवित रहने की अभिलाषा रखते हैं और इस अभिलाषा को पूरा न हो सकने वाला... मानते हैं। यदि सदा जीवित रहने की इच्छा और अभिलाषा न होती, तो वे जीवन को निरर्थक और व्यर्थ नहीं... मानते, भले ही उसका अंत पूर्ण विनाश में होता। अधिक से अधिक, वे उसे एक अस्थायी सुख और... क्षणभंगुर वैभव मानते; वे कभी यह नहीं सोचते कि ऐसी सत्ता से बेहतर असत्ता है, क्योंकि मान्यता... यह है कि इस सत्ता का दोष इसकी अल्प अवधि है; इसका दोष यह है कि इसके पीछे असत्ता आती है। इसलिए सारे दोष असत्ता और अल्पकालिकता के कारण पैदा होते हैं। तो यह कैसे संभव है कि यदि... उस सीमित सत्ता की जगह भी असत्ता होती, तो वह बेहतर होती?! हाँ, हम अपने भीतर सदा बने रहने की इच्छा... पाते हैं, और यह इच्छा सदा बने रहने की कल्पना पर आधारित है; यानी हमें अनंतता, उसकी सुंदरता और... उसके आकर्षण का बोध है, और इसी आकर्षण ने हमारे भीतर सदा बने रहने तथा... हमेशा जीवन के वरदान का आनंद लेने की एक महान अभिलाषा पैदा की है। यदि भौतिकवादी विचारों की एक शृंखला हमारे मस्तिष्क पर हावी हो जाए... मृत्यु और मौतें। 183 ये विचार और अभिलाषाएँ सब व्यर्थ हैं और वास्तविक अनंतता... का कोई अस्तित्व नहीं है, तो हमारा व्याकुल और दुखी होना उचित है; हमारे भीतर बहुत गहरा दुःख और भय पैदा हो जाता है। हम कामना करते हैं: काश, हम आए ही न होते और इस दुःख तथा भय का सामना न करना पड़ता। इसलिए... अस्तित्व को निरर्थक और व्यर्थ समझना, एक जन्मजात वृत्ति और सीखे हुए विचार के बीच असंगति का परिणाम है। यदि... वह वृत्ति न होती, तो हमारे भीतर ऐसी कल्पना पैदा न होती; और जिस तरह यदि हमारे भीतर गलत भौतिकवादी विचार... न भरे गए होते, तो भी यह कल्पना उत्पन्न न होती। मनुष्य की वास्तविक और छिपी हुई बनावट... ऐसी है कि उसने पूर्णता तक पहुँचने के साधन के रूप में, जिसकी क्षमता उसके भीतर है, सदा बने रहने की इच्छा पैदा की है। और चूँकि यह बनावट और इसमें मौजूद क्षमताएँ... दुनिया के कुछ दिनों के सीमित जीवन से कहीं अधिक हैं, और यदि जीवन केवल सांसारिक जीवन तक सीमित हो, तो वे सारी क्षमताएँ निरर्थक और... व्यर्थ हो जाती हैं; इसलिए अनंत जीवन में विश्वास न करने वाला मनुष्य अपने अस्तित्व की बनावट को एक ओर और अपने विचार तथा... अभिलाषाओं को दूसरी ओर रखकर उनमें असंगति देखता है। वह ज़बान से कहता है: «अस्तित्व का अंत असत्ता है और... सभी रास्ते विनाश की ओर ले जाते हैं, इसलिए जीवन निरर्थक और व्यर्थ है।» लेकिन उसकी क्षमताओं की भाषा... इससे अधिक स्पष्ट और व्यापक होकर कहती है: «असत्ता जैसी कोई चीज़ नहीं; आगे एक अंतहीन रास्ता है। यदि... मेरा जीवन सीमित होता, तो मुझे सदा बने रहने की क्षमता और सदा बने रहने की अभिलाषा के साथ पैदा न किया जाता। इसी कारण... जैसा कि हमने पहले भी कहा, पवित्र क़ुरआन क़ियामत के निषेध के विचार को सृष्टि को व्यर्थ मानने के बराबर ठहराता है। मोतह्हरी: «क्या तुमने समझा... कि हमने तुम्हें व्यर्थ ही पैदा किया है और यह कि तुम्हें हमारी ओर लौटकर नहीं आना है?» क्या तुमने समझा कि हमने तुम्हें व्यर्थ ही पैदा किया है और यह कि तुम्हारी वापसी हमारी ओर नहीं होगी?</w:t>
      </w:r>
    </w:p>
    <w:p>
      <w:pPr>
        <w:jc w:val="left"/>
      </w:pPr>
      <w:r>
        <w:rPr>
          <w:rFonts w:ascii="Calibri" w:hAnsi="Calibri" w:cs="Calibri"/>
          <w:sz w:val="28"/>
          <w:szCs w:val="28"/>
          <w:rtl w:val="0"/>
        </w:rPr>
        <w:t>हाँ, जो दुनिया को “विद्यालय” और “पूर्णता प्राप्त करने का स्थान” समझता है तथा दूसरे जीवन और दूसरी अवस्था में विश्वास रखता है, वह यह शिकायत करने के लिए ज़बान नहीं खोलता कि या तो हमें दुनिया में लाना ही नहीं चाहिए था, या अब जब हमें यहाँ ले ही आए हैं, तो हमें मरना नहीं चाहिए; जैसे यह कहना बुद्धिमानी नहीं कि बच्चे को या तो विद्यालय भेजना ही नहीं चाहिए, या यदि वह विद्यालय गया है, तो उसे कभी विद्यालय छोड़ना नहीं चाहिए। वह विद्वान पुरुष बाबा अफ़ज़ल काशानी, ख़्वाजा नसीरुद्दीन तूसि के गुरु या गुरु के गुरु, ने एक उत्कृष्ट रुबाई में मृत्यु का दर्शन व्यक्त किया है (मोमिनून 115; 184, ईश्वरीय न्याय)। उन्होंने मृत्यु का दर्शन व्यक्त किया है; इसे ख़य्याम की प्रसिद्ध रुबाई का उत्तर माना जा सकता है, और शायद यह रुबाई उसी रुबाई के उत्तर में है। ख़य्याम से संबद्ध रुबाई यह है: प्याले का वह रूप, जो जुड़कर बना, कई सुंदर सरू-क़दों और सिर तथा हाथों को तोड़ना उचित नहीं मानता; नशे में चूर कुम्हार ने उसे क्यों बनाया और किसलिए तोड़ा? बाबा अफ़ज़ल कहते हैं: जब तक आत्मा का मोती शरीर के सीप में जुड़ा रहा, मोती जब पूरा हुआ, तो सीप टूट गया; जीवन-अमृत से आदम का रूप गढ़ा और वह सुल्तान के मुकुट के कोने पर जा विराजा। इस रुबाई में मनुष्य के शरीर को उस सीप के समान माना गया है, जो अपने भीतर मानव आत्मा का अनमोल मोती पालता है। जब मोती का अस्तित्व पूर्ण हो जाता है, तब इस सीप का टूटना आवश्यक है, ताकि अनमोल मोती अपने निम्न स्थान से उठकर मनुष्य के मुकुट के उच्च स्थान पर पहुँच सके। मनुष्य की मृत्यु का दर्शन भी यही है कि वह प्रकृति-जगत के कारागार से निकलकर सर्वोच्च स्वर्ग के विस्तार में पहुँचे, जो आकाशों और धरती जितना विशाल है, और उस प्रतापी सम्राट तथा महान ईश्वर के निकट स्थान पाए, जिसकी निकटता में हर पूर्णता प्राप्त होती है; और यही motahari.ir «इन्ना लिल्लाहि व इन्ना इलैहि राजिऊन» का अर्थ है। हम ईश्वर के हैं और हम उसी की ओर लौटते हैं। “हम क्यों मरते हैं?” यह आपत्ति और इसका सुंदर उत्तर मसनवी की एक कहानी में आया है: मूसा ने कहा, “हे हिसाब लेने वाले प्रभु, आपने नर और मादा का जीवनदायी रूप बनाया।” ईश्वर ने कहा, “मैं जानता हूँ कि तुमने यह प्रश्न रचा है; फिर तुमने इसे क्यों बनाया और फिर नष्ट क्यों किया? इसके अलावा इसे उजाड़ते क्यों हो? यह इनकार, असावधानी और मनमानी के कारण नहीं है। निश्चय ही परहेज़गार बाग़ों और नहरों में होंगे, सत्य के आसन पर, सामर्थ्यवान बादशाह के निकट। क़मर 54–55; बक़रा 156; मृत्यु और मौतें। वरना मैं तुम्हें अनुशासन और फटकार देता; लेकिन तुम चाहते हो कि हमारे कामों से आम लोगों को अवगत कराओ।” फिर ईश्वर ने उससे कहा, “हे बुद्धिमान, मूसा, धरती में एक बीज बोओ।” जब मूसा ने बोया और फ़सल पूरी हो गई, तो उसने दरांती उठाई और उन्हें काट डाला। उन्होंने पूछा, “तुमने क्यों बोया और उनका पालन-पोषण क्यों किया?” उसने कहा, “हे प्रभु, मैं उसे नष्ट करके नीचा करता हूँ, क्योंकि बीज के योग्य स्थान भूसे का भंडार नहीं है। इन दोनों को मिलाने में क्या बुद्धिमानी है?” ईश्वर ने कहा, “यह ज्ञान तुमने किससे सीखा?” उसने कहा, “विवेक आपने ही मुझे दिया है, हे ईश्वर। प्राणियों में पवित्र आत्माएँ हैं; ये सीप एक ही स्तर के नहीं हैं। अच्छे और बुरे को प्रकट करना आवश्यक है। तुम्हारे इस प्रश्न के कारण मैंने तुम्हें व्याकुल किया, ताकि तुम बुद्धि और भाग्य के रहस्य को खोजो और हर कच्चे व्यक्ति को इसके द्वारा परिपक्व करो। चूँकि तुमने पूछा है, आओ उत्तर सुनो, ताकि तुम स्वयं भी न्याय कर सको। इस गुच्छे ने अच्छाई और व्यवस्था को जन्म दिया। तभी उसके कानों में अनदेखी दुनिया से आवाज़ आई: “जब यह पूर्ण हो गया, तो इसे काटते क्यों हो? क्योंकि यहाँ अनाज भी है और भूसा भी; कभी गेहूँ के भंडार में भी सड़ा हुआ अनाज होता है। छानने में भेद करना आवश्यक है। इस दीपक का प्रकाश तुमने कहाँ से जलाया?” उसने कहा, “तो क्या मुझमें विवेक नहीं था?” मैले और अंधकारमय आत्माएँ भी हैं; एक में मोती है और दूसरे में कंकड़; उसी तरह गेहूँ को भूसे से अलग करना। मृत्यु जीवन का विस्तार है। (मोता‍हर, 185) और मृत्यु की घटना पर चर्चा करते समय इस बात पर भी ध्यान देना चाहिए कि मृत्यु और जीवन की घटनाएँ अस्तित्व-जगत में एक क्रमिक व्यवस्था बनाती हैं; एक समूह की मृत्यु हमेशा दूसरे समूह के जीवन के लिए आधार तैयार करती है। मरने वाले जानवरों के शव बेकार नहीं रहते; उनसे पौधे या नए और स्फूर्तिवान जीव बनते हैं। एक सीप टूटता है और चमकता हुआ मोती देता है; फिर उसी पदार्थ से एक नया सीप बनता है और उसके भीतर एक दूसरा अनमोल मोती पाला-पोसा जाता है। सीप का टूटना और मोती देना अनगिनत बार दोहराया जाता है और इस तरह जीवन का अनुग्रह अनंत समय तक फैलता जाता है। यदि एक हज़ार वर्ष पहले रहने वाले लोग नहीं मरते, तो आज के मनुष्यों के जीवन की बारी नहीं आती; इसी तरह यदि आज के लोग जगह खाली न करें, तो आने वालों के अस्तित्व की संभावना नहीं होगी। यदि पिछले साल के फूल धरती की सतह से हटा न दिए गए होते, तो नए साल के ताज़े और युवा फूलों के लिए मैदान होता।</w:t>
      </w:r>
    </w:p>
    <w:p>
      <w:pPr>
        <w:jc w:val="left"/>
      </w:pPr>
      <w:r>
        <w:rPr>
          <w:rFonts w:ascii="Calibri" w:hAnsi="Calibri" w:cs="Calibri"/>
          <w:sz w:val="28"/>
          <w:szCs w:val="28"/>
          <w:rtl w:val="0"/>
        </w:rPr>
        <w:t>ईश्वरीय न्याय को प्रकट होने का अवसर नहीं मिलता। पदार्थ में जीवन ग्रहण करने की क्षमता स्थान की दृष्टि से सीमित है, लेकिन समय की दृष्टि से उसकी क्षमता असीमित है। यह रोचक है कि विश्व का द्रव्यमान स्थान की दृष्टि से चाहे कितना ही विशाल हो, समय की दृष्टि से भी उसका विस्तार है और अस्तित्व का इस आयाम में भी अद्वितीय फैलाव है। ख़य्याम, जो स्वयं मृत्यु के आलोचकों में से है (हालाँकि ये बातें उसी से मंसूब हैं), एक बात याद दिलाता है, जो संयोग से उसकी अपनी आपत्तियों का उत्तर भी है। वह कहता है: “मनुष्य कष्ट सहकर मुक्त होता है; यदि धन न रहे, तो सिर अपनी जगह रहे। बूँद जब सीप में बंद होती है, मोती बन जाती है; जब प्याला खाली हो जाता है, फिर भर जाता है।” प्याले के खाली हो जाने की चिंता नहीं करनी चाहिए, क्योंकि साक़ी उसे फिर भर देता है। वही यह भी कहता है: “उठो, इस गुज़रती दुनिया का ग़म मत करो; बैठो और एक पल ख़ुशी से बिताओ। यदि संसार के स्वभाव में वफ़ादारी होती, तो दूसरों के बाद तुम्हारी बारी ही न आती।” कवि इसे दुनिया की बेवफ़ाई मानता है। हाँ, यदि केवल यही व्यक्ति मापदंड हो जिसकी अभी बारी है, तो इसे बेवफ़ाई कहना चाहिए; लेकिन यदि हमें उन दूसरों का भी हिसाब करना हो जिन्हें आना है और अपना दौर पूरा करना है, तो नाम बदल जाता है और बेवफ़ाई की जगह हमें निष्पक्षता, न्याय और बारी का ख़याल रखना कहना चाहिए। यहाँ कोई कह सकता है कि ईश्वर की शक्ति असीमित है; इसमें क्या बाधा है कि ये सभी लोग हमेशा बने रहें और साथ ही आने वालों के लिए जगह, धरती और भोजन की व्यवस्था भी कर दी जाए? वे नहीं जानते कि जो कुछ अस्तित्व में आ सकता है, वह प्रभु की ओर से दिया गया है और दिया जा रहा है; जो अस्तित्व में नहीं है, वह वही है जिसके अस्तित्व की संभावना नहीं है। किसी दूसरी जगह और अनुकूल वातावरण की कल्पना करने से, यदि यह संभव हो, वहाँ दूसरे मनुष्यों के अस्तित्व की संभावनाएँ बनेंगी, लेकिन वहाँ भी और यहाँ भी वही समस्या बनी रहेगी कि व्यक्तियों का बने रहना और उनका टिके रहना आने वालों के अस्तित्व और प्रवेश का रास्ता रोक देता है। यह बात उस उत्तर को पूरा करती है जिसे हमने “मृत्यु सापेक्ष है” शीर्षक के अंतर्गत बताया था। इन दोनों बातों का सार यह है कि जगत का पदार्थ अपनी प्राकृतिक गति और अपनी सारभूत गति के ज़रिए अमूर्त आत्माओं के चमकते हुए रत्न उत्पन्न करता है; अमूर्त आत्मा पदार्थ को छोड़कर मृत्यु और मृत्युओं से आगे बढ़ती है और अधिक उच्च तथा शक्तिशाली जीवन जारी रखती है, जबकि पदार्थ फिर से अपनी गोद में एक और रत्न पालता है। इस व्यवस्था में जीवन के विकास और विस्तार के सिवा कुछ नहीं है, और यह विस्तार स्थानांतरणों के ज़रिए होता है। मृत्यु पर आपत्ति करना और उसकी तुलना कुम्हार के घड़े तोड़ने से करना, तथा यह इच्छा करना कि अस्तित्व का स्रोत और सृष्टि-व्यवस्था का संचालक कुम्हार से अपना सबक़ सीखे—इतना बचकाना है कि इस पर चर्चा करना उचित नहीं। ऐसे विचार कभी-कभी काव्यात्मक मनोरंजन और नाज़ुक कलात्मक कल्पना होते हैं, जिनका बस कलात्मक मूल्य होता है। संभवतः ख़य्याम से मंसूब इन अशआर के कहने वाले का यही आशय था, या वे सीमित भौतिकवादी सोच से उपजे थे; लेकिन दर्शन में जो व्यक्ति कहता है कि जिस तरह तुम सोने जाते हो, उसी तरह मरते हो, और जिस तरह नींद से जागते हो, उसी तरह जीवित होते हो—उसके लिए सारी आपत्तियाँ सुलझ जाती हैं। ऐसा व्यक्ति न केवल मृत्यु से नहीं डरता, बल्कि अली (अ) की तरह उसका आकांक्षी होता है और उसे मुक्ति मानता है। उस महान ईश्वरीय दार्शनिक मीर दामाद कहते हैं: मृत्यु की कड़वाहट से मत डरो, क्योंकि उसकी कड़वाहट उससे डरने में है। इस्लाम के इशराक़ी ईश्वरीय दार्शनिक सुहरवर्दी कहते हैं: हम किसी हकीम को हकीम नहीं मानते, जब तक वह अपनी इच्छा से शरीर त्यागने में सक्षम न हो, ताकि शरीर त्यागना उसके लिए सरल और सामान्य काम बन जाए और उसका स्वभाव बन जाए। इसी तरह की बात विद्वान हकीम और इस्फ़हान के ज्ञान-केंद्र के संस्थापक मीर दामाद से भी मंसूब है। यही उन लोगों का तर्क है जो उस अनमोल रत्न को पहचानते हैं जो शरीर के हृदय में उत्पन्न होता है। लेकिन जो अपर्याप्त और सीमित भौतिकवादी विचारों की संकीर्णता में फँसा है, वह निस्संदेह मृत्यु से चिंतित रहता है, क्योंकि उसके विचार में मृत्यु का अर्थ अस्तित्वहीनता है। उसे यह पीड़ा होती है कि यह शरीर—जिसे वह अपनी पूरी पहचान और व्यक्तित्व मानता है— नष्ट क्यों हो रहा है; इसलिए मृत्यु का विचार उसे दुनिया के प्रति निराशावादी बना देता है। ऐसे व्यक्ति को दुनिया के बारे में अपनी व्याख्या पर पुनर्विचार करना चाहिए और समझना चाहिए कि उसकी आपत्ति दुनिया के बारे में उसकी ग़लत धारणा से पैदा हुई है। “जैसे तुम सोते हो, वैसे ही मरते हो और जैसे जागते हो, वैसे ही फिर उठाए जाते हो”—यह नबी की हदीस है। जब अली (अ) पर वार हुआ, तो उन्होंने कहा: “काबा के रब की क़सम, मैं सफल हो गया।” ईश्वरीय न्याय। यह चर्चा मुझे फ़ैज़िया मदरसे के एक सीधे-सादे किताबविक्रेता की कहानी याद दिलाती है, उन वर्षों की जब मैं क़ुम में पढ़ाई करता था। फ़ैज़िया मदरसे में एक भोला-भाला आदमी किताबें बेचता था। वह अपना सामान फैलाता और विद्यार्थी उससे किताबें ख़रीदते थे। कभी-कभी वह अजीब हरकतें करता और ऐसी हास्यास्पद बातें कहता, जो लोगों की ज़बान पर चढ़ जातीं। एक विद्यार्थी बताता था कि एक दिन वह किताब ख़रीदने उसके पास गया। किताब देखने के बाद मैंने क़ीमत पूछी, तो उसने कहा, “मैं नहीं बेचूँगा।” मैंने पूछा, “क्यों?” उसने कहा, “अगर बेच दूँ, तो मुझे एक और प्रति ख़रीदकर उसकी जगह रखनी पड़ेगी।” वह कहता था कि किताबविक्रेता की यह बात सुनकर मुझे हँसी आ गई। यदि किताबविक्रेता लगातार ख़रीदने-बेचने और अदला-बदली में न लगा रहे, तो वह किताबविक्रेता नहीं और न ही कोई लाभ कमाता है। ऐसा लगता है कि वह किताबविक्रेता ख़य्याम के काव्य-सिद्धांत का अनुयायी था, जहाँ वह कहता है: “जब आकाश में शुक्र और चाँद प्रकट हुए, तो मैं शराब बेचने वालों पर हैरान हूँ—वे इससे बेहतर क्या ख़रीदेंगे, जो वे बेचते हैं?” वह शराब बेचने वाले पर यह कहकर आपत्ति करता है कि वह शराब क्यों बेचता है? निस्संदेह यह आपत्ति काव्य की भाषा में है, गंभीर भाषा में नहीं; इसकी मधुरता और सुंदरता भी इसी वजह से है। लेकिन जब हम इस तर्क को गंभीरता के पैमाने पर परखते हैं, तो देखते हैं कि एक शराबी शराब बेचने वाले के काम को अपने काम से कैसे गड्डमड्ड कर देता है। शराबी के लिए शराब लक्ष्य है, लेकिन शराब बेचने वाले के लिए साधन। शराब बेचने वाले का काम ख़रीदना-बेचना, लाभ कमाना और फिर यही काम नए सिरे से दोहराना है।</w:t>
      </w:r>
    </w:p>
    <w:p>
      <w:pPr>
        <w:jc w:val="left"/>
      </w:pPr>
      <w:r>
        <w:rPr>
          <w:rFonts w:ascii="Calibri" w:hAnsi="Calibri" w:cs="Calibri"/>
          <w:sz w:val="28"/>
          <w:szCs w:val="28"/>
          <w:rtl w:val="0"/>
        </w:rPr>
        <w:t>जिसका काम ही यह है, उसके लिए माल का हाथ से निकल जाना दुख की बात नहीं, बल्कि खुशी की बात है। क्योंकि यह उसके व्यापक उद्देश्य का एक हिस्सा है। कौन-सा ज्ञानी सुसन की भाषा समझे, ताकि पूछे कि वह क्यों गई और फिर क्यों लौट आई? सृष्टि व्यापार जैसी है। संसार का बाज़ार ख़रीदने, बेचने और लाभ कमाने का बाज़ार है और फिर इसी काम को दोहराने का। मृत्यु और जीवन की व्यवस्था विनिमय की व्यवस्था है, वृद्धि और पूर्णता की व्यवस्था है। जो सृष्टि के विनिमय की आलोचना करता है, उसने संसार के नियम और उसके उद्देश्य को नहीं पहचाना। हर रूप जिसे तुमने देखा, उसका तत्व ला-मकाँ से है; रूप चला जाए तो दुख नहीं, उसका मूल तो शाश्वत है। मोतह्हरी: आख़िरत की सजाएँ motahari.ir</w:t>
      </w:r>
    </w:p>
    <w:p>
      <w:pPr>
        <w:jc w:val="left"/>
      </w:pPr>
      <w:r>
        <w:rPr>
          <w:rFonts w:ascii="Calibri" w:hAnsi="Calibri" w:cs="Calibri"/>
          <w:sz w:val="28"/>
          <w:szCs w:val="28"/>
          <w:rtl w:val="0"/>
        </w:rPr>
        <w:t>कर्म का प्रतिफल उन मुद्दों में से एक है जिन पर ईश्वरीय न्याय की चर्चा में विचार किया जाना चाहिए—आख़िरत में कर्मों की सज़ा का मुद्दा। पुनरुत्थान, अच्छे और बुरे कर्मों का हिसाब, और सदाचारियों तथा दुराचारियों को पुरस्कार और दंड देना स्वयं ईश्वरीय न्याय के प्रत्यक्ष रूपों में से है। आम तौर पर पुनरुत्थान सिद्ध करने के लिए दिए जाने वाले तर्कों में से एक यह है कि चूँकि ईश्वर न्यायी और विवेकी है, इसलिए वह मनुष्य के कर्मों को बिना हिसाब और पुरस्कार-दंड के नहीं छोड़ता। अमीरुल मोमिनीन (उन पर शांति हो) फ़रमाते हैं: «यदि अल्लाह अत्याचारी को मोहलत दे भी दे, तो भी वह उसकी पकड़ से बच नहीं सकता; वह उसकी घात में है।» उसके रास्ते पर घात लगाए हुए, और उसके गले में अटकने वाली हड्डी की तरह उसके निगलने के रास्ते में। संभव है कि अल्लाह अत्याचारी को मोहलत दे, लेकिन वह कभी उसे दंड के बिना नहीं छोड़ता। वह अत्याचारी के रास्ते में घात लगाए बैठा है और उस हड्डी की तरह उसका रास्ता रोक देता है जो गले में अटक जाए। इस खंड में हमारी चर्चा पुनरुत्थान को सिद्ध करने के बारे में नहीं है नहजुल बलाग़ा, ख़ुत्बा 96। 192 ईश्वरीय न्याय। बल्कि, इस समय जिस चर्चा का विषय है, उससे अलग, यह उस आपत्ति और समस्या के बारे में है जो ईश्वरीय न्याय की दृष्टि से आख़िरत की सजाओं और दंडों के स्वरूप पर उठाई जाती है। कहा जाता है कि आख़िरत की सजाएँ, जिस रूप में उनका वर्णन किया जाता है, ईश्वरीय न्याय के विरुद्ध हैं, क्योंकि आख़िरत की सजाओं में अपराध और दंड के बीच अनुपात नहीं होता और दंड अन्यायपूर्ण ढंग से दिए जाते हैं। इस आपत्ति में प्रतिफल का मुद्दा, जिसे ईश्वरीय न्याय के प्रमाण के रूप में लिया जाता है, न्याय पर आपत्ति और विवेक के विरुद्ध तर्क के रूप में प्रस्तुत किया गया है। इस आपत्ति का आधार यह सिद्धांत है कि दंड-विधियाँ बनाते समय अपराध और दंड के बीच अनुपात का ध्यान रखा जाना चाहिए; उदाहरण के लिए, अगर कोई सड़क से गुज़र रहे राहगीर पर कूड़ा फेंके, तो न्याय की माँग है कि उसके लिए कोई सज़ा तय की जाए। इसमें संदेह नहीं कि ऐसे अपराध की सज़ा मृत्युदंड या आजीवन कारावास जैसी बहुत कठोर नहीं हो सकती। अपराध और सज़ा के बीच अनुपात के सिद्धांत के अनुसार, ऐसे अपराध के लिए अधिकतम एक सप्ताह की जेल पर्याप्त है, और अगर इस छोटे-से अपराध के लिए अपराधी का फौजी अदालत में मुक़दमा चलाकर उसे गोली मार दिया जाए, तो यह अन्याय होगा। अपराधों के लिए दंड देना न्याय का तक़ाज़ा है, लेकिन अगर अपराध और दंड के बीच अनुपात का ध्यान न रखा जाए, तो दंड देना स्वयं एक तरह का अन्याय होगा। चुग़ली, झूठ, व्यभिचार और हत्या जैसे पाप अपराध हैं और दंड की माँग करते हैं, लेकिन क्या उनके लिए आख़िरत में तय की गई सजाएँ हद से बढ़कर नहीं हैं? क़ुरआन ने हत्या की सज़ा जहन्नम में हमेशा रहने के रूप में निर्धारित की है। चुग़ली के बारे में रिवायत है कि वह जहन्नम के कुत्तों का भोजन है; और इसी तरह दूसरे पापों के लिए भी कठोर और असहनीय दंड तथा सजाओं का उल्लेख किया गया है। ऐसे दंड, जो अपनी तीव्रता की दृष्टि से अत्यंत कठोर हैं और अवधि की दृष्टि से बहुत लंबे हैं। आपत्ति यह है कि यह अनुपातहीनता ईश्वरीय न्याय के साथ कैसे मेल खाती है? इस आपत्ति का उत्तर देने के लिए आवश्यक है कि हम सजाओं के प्रकारों पर चर्चा करें और आख़िरत की सजाओं के प्रकार को समझें। इसके लिए ज़रूरी है कि पहले आख़िरत की व्यवस्था के बारे में—इस्लामी विश्वसनीय मूल ग्रंथों से प्राप्त जानकारी के अनुसार और उन तर्कों के आधार पर, जिनसे बुद्धि हमारा मार्गदर्शन करती है—उस संसार की व्यवस्था और इस संसार की व्यवस्था के अंतर पर चर्चा करें। बिह़ार, कंपनी संस्करण, खंड 15, भाग 4, पृष्ठ 188। «चुग़ली से बचो, क्योंकि वह जहन्नम के कुत्तों का भोजन है।» आख़िरत की सजाएँ 193 दो संसारों के अंतर। क्या आख़िरत के संसार पर भी वही प्राकृतिक नियम और सिद्धांत तथा व्यवस्थाएँ लागू होती हैं, जो इस सांसारिक संसार पर शासन करती हैं? क्या इस संसार और उस संसार के जीवन में कोई अंतर या अंतर नहीं हैं? क्या आख़िरत का जगत ठीक इसी जगत जैसा है और केवल यह फ़र्क़ है कि वह समय की दृष्टि से इस जगत के बाद आता है? निस्संदेह, दोनों संसारों के बीच कुछ अंतर हैं; अगर समानताएँ मौजूद हैं, तो अंतर भी अवश्य हैं। ये दो अवस्थाएँ और दो संसार हैं, और दो प्रकार के जीवन हैं, जिनके नियम अलग-अलग हैं। जल्दबाज़ी न करें, मेरा यह कहने का इरादा नहीं है कि ईश्वरीय न्याय इस संसार के नियमों का हिस्सा है, आख़िरत के नियमों का नहीं और इसलिए वहाँ अन्याय जायज़ है; नहीं, मैं कोई दूसरी बात कहना चाहता हूँ। ज़रा धैर्य रखिए। इन दोनों प्रकार के जीवन के बीच मौजूद अंतरों को समझाने के लिए कोई उदाहरण उपलब्ध नहीं है, क्योंकि हम जो भी उदाहरण देंगे, वह इसी दुनिया का होगा और दुनिया के नियमों के अधीन होगा; लेकिन बात को समझाने के लिए थोड़ी छूट लेकर दुनिया और आख़िरत की तुलना गर्भलोक और दुनिया से की जा सकती है। पहले भी एक दूसरे उद्देश्य से हमने इस उदाहरण का उपयोग किया है। बच्चा गर्भ में एक तरह का जीवन जीता है और जन्म के बाद उसे दूसरे प्रकार का जीवन मिलता है। इन दोनों जीवनों का एक साझा पहलू यह है कि दोनों में पोषण होता है, लेकिन गर्भस्थ शिशु का पोषण, जन्म के बाद के बच्चे के पोषण से अलग होता है। बच्चा माँ के गर्भ में एक पौधे की तरह जीवन जीता है और माँ के रक्त से, गर्भनाल के रास्ते, पौधे की जड़ की तरह अपना भोजन प्राप्त करता है। वह न तो फेफड़ों से साँस लेता है और न ही उसका पेट कोई काम करता है; लेकिन जैसे ही वह इस दुनिया में क़दम रखता है, उसके जीवन की व्यवस्था बदल जाती है, वह एक नई अवस्था में प्रवेश करता है और उसके जीवन पर एक नई व्यवस्था लागू हो जाती है, और उसका संसार बदल जाता है। यहाँ वह एक पल भी पहले की तरह जीवन नहीं जी सकता; यहाँ उसे साँस लेनी होती है और मुँह के रास्ते भोजन करना होता है। अगर जन्म से पहले हवा उसके फेफड़ों में और भोजन उसके पेट में चला जाए, तो वह मर जाएगा। इसके उलट, अब अगर कुछ पल तक हवा उसके फेफड़ों में न पहुँचे और कुछ घंटों तक भोजन उसके पेट में न जाए, तो वह मर जाएगा। जन्म के बाद अगर कोई व्यक्ति बच्चे की पिछली अवस्था को जारी रखना चाहे—मसलन, उसे किसी बंद पात्र में रखकर उसी रास्ते से उसकी गर्भनाल में रक्त पहुँचाए और इसके बदले उसके मुँह तथा नाक के रास्ते बंद कर दे, तो यह संभव नहीं है; क्योंकि बच्चे के जीवन की व्यवस्था बदल गई है। 194 ईश्वरीय न्याय, और उसे नई व्यवस्था के अनुसार जीवन जीना होगा। आख़िरत का संसार भी दुनिया के मुक़ाबले ऐसा ही है। आख़िरत में जीवन की स्थिति दुनिया की स्थिति से अलग है। दोनों में जीवन तो है, लेकिन वहाँ का जीवन एक जैसा नहीं है; वहाँ के नियम और व्यवस्थाएँ यहाँ के नियमों और व्यवस्थाओं से भिन्न हैं।</w:t>
      </w:r>
    </w:p>
    <w:p>
      <w:pPr>
        <w:jc w:val="left"/>
      </w:pPr>
      <w:r>
        <w:rPr>
          <w:rFonts w:ascii="Calibri" w:hAnsi="Calibri" w:cs="Calibri"/>
          <w:sz w:val="28"/>
          <w:szCs w:val="28"/>
          <w:rtl w:val="0"/>
        </w:rPr>
        <w:t>दूसरे शब्दों में, दुनिया और आख़िरत दो प्रकार के लोक और दो अवस्थाएँ हैं। इन दोनों लोकों के बीच के अंतर जानने के लिए हमें इस बारे में धार्मिक ग्रंथों में आए वर्णनों की ओर देखना चाहिए। अब हम कुछ अंतरों को नीचे बयान करते हैं: स्थिरता और परिवर्तन। इस दुनिया में गति और परिवर्तन है; बच्चा जवान होता है, विकसित होता है, बुढ़ापे तक पहुँचता है और फिर मर जाता है। इस दुनिया में नई चीज़ें पुरानी हो जाती हैं और पुरानी चीज़ें मिट जाती हैं; लेकिन आख़िरत के लोक में बुढ़ापा और पुरानापन नहीं है, वहाँ मृत्यु भी नहीं है। वह बाक़ी रहने का लोक है और यह मिट जाने का; वहाँ स्थिरता और ठहराव का घर है और यहाँ नाश और विनाश का। शुद्ध और अशुद्ध जीवन। दूसरा अंतर यह है कि इस दुनिया में मृत्यु और जीवन साथ-साथ मिले हुए हैं, लेकिन वह लोक पूरी तरह जीवन है। यहाँ जड़ पदार्थ और जीव-जंतु हैं और उनमें से हर एक दूसरे में बदल जाता है। जो शरीर अभी हमारा शरीर है और जिसमें जीवन है, वह कभी मृत और जड़ पदार्थ था; और एक बार फिर उससे जीवन अलग हो जाएगा और वह जड़ अवस्था में लौट जाएगा। दुनिया में जीवन और मृत्यु एक-दूसरे में मिले हुए हैं। लेकिन आख़िरत में ऐसा नहीं है; वहाँ सब कुछ जीवन है। आख़िरत की धरती, उसके रत्न और कंकड़, पेड़ और उसके फल, सभी में जीवन है; वहाँ की आग भी चेतन और सक्रिय है। पवित्र क़ुरआन कहता है: “और निस्संदेह आख़िरत का घर ही वास्तव में जीवन का घर है।” आख़िरत एक जीवित अस्तित्व, एक जीव और प्राणी है। इस दुनिया में शरीर के अंगों और अवयवों में चेतना और समझ नहीं होती, लेकिन उस लोक में शरीर की त्वचा और नाखून भी समझते हैं और यहाँ तक कि बोलते भी हैं। क़ियामत के दिन मुँहों पर मुहर लगा दी जाएगी और हर अंग उन कामों को बयान करेगा जो उसने किए हैं। ज़बान से सवाल नहीं किया जाएगा कि वह झूठ बोलकर बात छिपा सके। वहाँ हर अंग बोलने लगेगा और अपने कामों का खुद बयान करेगा। पवित्र क़ुरआन कहता है: “आज हम उनके मुँहों पर मुहर लगा देंगे और उनके हाथ हमसे बात करेंगे तथा उनके पैर गवाही देंगे कि वे क्या-क्या करते थे।” आज हम उनके मुँहों पर मुहर लगा देंगे और उनके हाथ हमसे बात करेंगे तथा उनके पैर गवाही देंगे कि उन्होंने क्या किया था। एक अन्य स्थान पर मनुष्यों और उनके अपने अंगों के बीच बातचीत और झगड़े का उल्लेख है, और वे अपनी खालों से कहेंगे: “तुमने हमारे विरुद्ध गवाही क्यों दी?” वे कहेंगी: “हमें उस ईश्वर ने बोलने की शक्ति दी जिसने हर चीज़ को बोलने की शक्ति दी है।” इस बात का वर्णन करने के बाद कि क़ियामत में अपराधियों के कान, आँखें और उनके दूसरे अंग उनके विरुद्ध गवाही देंगे, उनके बीच होने वाले झगड़े को इस तरह बयान किया है: वे अपने शरीर की खालों से कहेंगे, “तुमने हमारे विरुद्ध गवाही क्यों दी?” वे जवाब देंगी, “हमें उस ईश्वर ने बोलने की शक्ति दी जिसने हर चीज़ को बोलने की शक्ति दी है।” motahari.ir हाँ, आख़िरत के लोक में जीवन शुद्ध है, मृत्यु से मिला-जुला नहीं; वहाँ पुरानापन, जर्जरता, मृत्यु और विनाश का कोई निशान नहीं है; उस लोक पर अनंतता का शासन है। बोना और काटना। दुनिया और आख़िरत का तीसरा अंतर यह है कि यहाँ बोने और बीज डालने का घर है और वहाँ लाभ उठाने और फ़सल काटने का। आख़िरत में कर्म नहीं होता, कोई भूमिका नहीं होती; जो कुछ है, वह फल और परिणाम है—उस दिन की तरह जब विद्यार्थियों की परीक्षाओं के नतीजे घोषित किए जाते हैं। यदि कोई विद्यार्थी परीक्षा के समय यह कहे कि मुझे पढ़ने के लिए मोहलत दीजिए, या नतीजे घोषित होने के समय यह अनुरोध करे कि अब से ашьҭахь / 65 फ़ुस्सिलत 21</w:t>
      </w:r>
    </w:p>
    <w:p>
      <w:pPr>
        <w:jc w:val="left"/>
      </w:pPr>
      <w:r>
        <w:rPr>
          <w:rFonts w:ascii="Calibri" w:hAnsi="Calibri" w:cs="Calibri"/>
          <w:sz w:val="28"/>
          <w:szCs w:val="28"/>
          <w:rtl w:val="0"/>
        </w:rPr>
        <w:t>१९६ ईश्वरीय न्याय। मुझसे पूछिए, ताकि मैं जवाब दूँ—उसे जो उत्तर मिलता है, वह यह है कि परीक्षा का समय बीत चुका है और अब अंक देने का समय है। पैग़म्बर जो पुकारते हैं, “लोगो, नेक कर्म करो और अपने आख़िरी घर के लिए कुछ संचित करो,” उसका कारण यह है कि कर्म करने का समय सीमित है। अमीरुल मोमिनीन अली (अ.) फ़रमाते हैं: «وَإِنَّ الْيَوْمَ عَمَلٌ وَلَا حِسَابَ، وَغَدًا حِسَابٌ وَلَا عَمَلَ» — आज कर्म का दिन है, हिसाब का नहीं; और कल हिसाब का दिन है, कर्म का नहीं। एक अन्य स्थान पर फ़रमाते हैं: «عباد الله، فاعملوا والألسن مطلقة، والأبدان صحيحة، والأعضاء لدنة، والمنقلب فسيح» — ऐ अल्लाह के बंदो, काम करो! अभी ज़बानें खुली हैं, शरीर स्वस्थ हैं, अंग आज्ञा मानते हैं और गतिविधि का मैदान खुला है। कोशिश करो। अर्थात् तुम्हारा शरीर गतिविधि और काम करने का साधन है; इससे पहले कि वह तुमसे छिन जाए और नष्ट हो जाए, इसके द्वारा ऐसा काम करो जो तुम्हारे लिए लाभदायक हो। जब मोहलत समाप्त हो जाती है और शक्तिशाली ईश्वर के आदेश से आत्मा शरीर से विदा होने लगती है, तब काम हाथ से निकल चुका होता है। उस समय तुम चाहे जितना चिल्लाओ कि मुझे लौटा दो, ताकि मैं कोई नेक काम करूँ—जो जवाब तुम सुनोगे, वह यही होगा कि यह संभव नहीं। यदि कच्चे फल को पेड़ से अलग हो जाने के बाद फिर पेड़ से जोड़ना और उसकी पुरानी अवस्था लौटाकर उसे मीठा करना संभव हो, तो दुनिया में लौटना भी संभव है; लेकिन सृष्टि का नियम इससे अलग है। इस बारे में रसूले अकरम (सल्लल्लाहु अलैहि व आलेहि वसल्लम) का कहा हुआ वाक्य कितना सुंदर है: «الدنيا مزرعة الآخرة» — दुनिया आख़िरत की खेती की जगह है। नहजुल बलाग़ा, ख़ुत्बा ४२। नहजुल बलाग़ा, ख़ुत्बा १८७। कुन्ज़ुल-हक़ाइक़, मनावी, दाल का अध्याय। आख़िरत की सजाएँ—१९७। इस हदीस में मानव-अस्तित्व की पूरी अवधि की तुलना वर्ष के एक दौर से की गई है और दुनिया तथा आख़िरत, दोनों की तुलना वर्ष के दो मौसमों में से एक-एक से की गई है: दुनिया बोने का मौसम है और आख़िरत फ़सल काटने का। विशिष्ट और साझा नियति। दुनिया की व्यवस्था और आख़िरत की व्यवस्था के बीच जो चौथा अंतर हमें दिखाई देता है, वह यह है कि दुनिया में नियतियाँ कुछ हद तक साझा होती हैं, लेकिन आख़िरत में हर व्यक्ति की नियति अलग होती है। आशय यह है कि दुनिया का जीवन सामाजिक है और सामाजिक जीवन में परस्पर जुड़ाव तथा एकता का शासन होता है। नेक लोगों के अच्छे कर्म दूसरों की ख़ुशहाली पर असर डालते हैं और बुरे लोगों के बुरे कर्म भी समाज पर प्रभाव डालते हैं; इसी कारण साझा ज़िम्मेदारियाँ भी होती हैं। एक समाज के लोग शरीर के अंगों की तरह, कमोबेश, एक-दूसरे का बोझ उठाते हैं। उनमें से किसी एक में गड़बड़ी होने से दूसरे अंगों का स्वास्थ्य भी बिगड़ जाता है; उदाहरण के लिए, अगर जिगर ठीक से काम न करे, तो उसका नुक़सान दूसरे अंगों तक भी पहुँचता है। समाज के लोगों की नियति साझा होने के कारण ही यदि कोई व्यक्ति पाप करना चाहे, तो दूसरों के लिए उसे रोकना आवश्यक है। रसूले अकरम (सल्लल्लाहु अलैहि व आलेहि वसल्लम) ने एक व्यक्ति के पाप के समाज पर पड़ने वाले प्रभाव को एक उदाहरण से बताया है: कुछ लोग जहाज़ पर सवार थे और जहाज़ समुद्र में चल रहा था। यात्रियों में से एक व्यक्ति अपनी बैठने की जगह पर जहाज़ में छेद करने लगा। दूसरे लोगों ने यह कहकर उस पर आपत्ति नहीं की कि वह अपनी ही जगह में छेद कर रहा है, और जहाज़ डूब गया। लेकिन अगर वे उसका हाथ पकड़कर उसे रोक लेते, तो वे स्वयं भी सुरक्षित बच जाते और उसे भी बचा लेते। दुनिया में सूखा और गीला, दोनों साथ जलते हैं या फिर दोनों साथ जलने से बच जाते हैं। जिस समाज में लोगों का जीवन साझा होता है और जहाँ बुरे तथा नेक, दोनों तरह के लोग रहते हैं, वहाँ कभी बुरे लोग नेक लोगों के अच्छे कर्मों के फल से लाभ उठाते हैं और कभी निर्दोष लोग पापियों के पाप से होने वाले नुक़सान का शिकार बनते हैं। लेकिन दूसरी दुनिया ऐसी नहीं है। वहाँ यह असंभव है कि कोई व्यक्ति दूसरे के कर्म में भागीदार हो; न कोई ऐसे नेक कर्म के फल से लाभान्वित होता है जिसमें उसका कोई हिस्सा न रहा हो, न ही कोई दूसरों के पापों की सज़ा से पीड़ित होता है। आख़िरत जुदाई और अलगाव का घर है; वहाँ अच्छे और बुरे के बीच फ़र्क़ कर दिया जाता है और अपवित्र लोगों को पवित्र लोगों से अलग कर दिया जाता है। उसूल अल-काफ़ी—१९८। ईश्वरीय न्याय। पापियों को पुकारा जाएगा: «وَامْتَازُوا الْيَوْمَ أَيُّهَا الْمُجْرِمُونَ» — ऐ अपराधियो, आज पवित्र लोगों से अलग हो जाओ। वहाँ पिता पुत्र से और पुत्र पिता से अलग हो जाएगा; हर व्यक्ति को अपने कर्म का प्रतिफल मिलेगा। «وَلَا تَزِرُ وَازِرَةٌ وِزْرَ أُخْرَى» — कोई भी किसी दूसरे का बोझ और किसी दूसरे का पाप अपने ऊपर नहीं लेगा। यह अंतर इसलिए पैदा हुआ है कि आख़िरत शुद्ध वास्तविकता का संसार है और दुनिया गति का संसार—अर्थात् ऐसा संसार जहाँ संभावना और वास्तविकता मिली-जुली हैं। शुद्ध वास्तविकताएँ एक-दूसरे को प्रभावित नहीं करतीं और न ही एक-दूसरे के साथ मिलती हैं; लेकिन मिली-जुली वास्तविकताएँ प्रभावित होती हैं और एक-दूसरे के साथ मिल सकती हैं। इसीलिए दुनिया में समाज बनता है, जो मनुष्यों के एक प्रकार के मेल और एकता का रूप है; जबकि आख़िरत में समाज की कोई अवधारणा नहीं है। दुनिया में क्रमिक प्रभाव और प्रतिक्रिया तथा परस्पर क्रिया होती है, लेकिन आख़िरत में नहीं। दुनिया में यदि कोई नेक लोगों के साथ बैठे, तो उनकी संगति से अच्छाई ग्रहण करता है; और यदि बुरे लोगों के साथ बैठे, तो गुमराह हो जाता है। मौलवी कहते हैं: “एक सीने से दूसरे सीने में चला जाता है।” फ़िरदौसी कहते हैं: “सीने छिपे हुए मार्ग से सद्गुण और वैर को एक-दूसरे तक पहुँचाते हैं। अगर तुम अंबर बेचने वालों के पास से गुज़रो, तो तुम्हारा कपड़ा पूरा अंबरी हो जाएगा; और अगर तुम कोयला बेचने वाले के पास से गुज़रो, तो उससे कालिख के सिवा कुछ न पाओगे। लेकिन दूसरी दुनिया में अगर इंसान अनंतकाल तक नेक लोगों के साथ बैठे, तो उसका दर्जा ऊँचा नहीं होता; और यदि बुरे लोगों के साथ बैठे, तो उसका दर्जा नीचे नहीं गिरता। वहाँ साथ बैठना और संगति करना प्रभावी नहीं है; कोई चीज़ किसी चीज़ पर असर नहीं डालती। वहाँ अच्छाई और वैर, एक सीने से दूसरे सीने तक नहीं पहुँचते। वहाँ अंबर बेचने वाले की संगति से न तो कोई सुगंध मिलती है, न ही… फिर: ५९ अनआम/१६४; इसरा/१५, फ़ातिर/१८; ज़ुमर/७; नज्म/३८। आख़िरत की सजाएँ—१९९। कोयला बेचने वाले की संगति से कालिख की धूल लगती है। वहाँ कोई लेन-देन नहीं होता—न प्राकृतिक लेन-देन, न ही संविदात्मक लेन-देन। लेन-देन और ख़रीद-बिक्री केवल इसी दुनिया तक सीमित हैं।</w:t>
      </w:r>
    </w:p>
    <w:p>
      <w:pPr>
        <w:jc w:val="left"/>
      </w:pPr>
      <w:r>
        <w:rPr>
          <w:rFonts w:ascii="Calibri" w:hAnsi="Calibri" w:cs="Calibri"/>
          <w:sz w:val="28"/>
          <w:szCs w:val="28"/>
          <w:rtl w:val="0"/>
        </w:rPr>
        <w:t>बेशक, यह कहने का आशय कि दूसरे संसार का जीवन सामाजिक नहीं है, यह नहीं कि वहाँ हर व्यक्ति अलग और अकेला है और अपने सिवा किसी को नहीं देखता तथा दूसरों से उसका कोई वास्ता नहीं होता; आशय यह है कि इस संसार में जो पारस्परिक बंधन, प्रभाव और प्रतिक्रिया, सहयोग और विरोध, तथा आत्मिक, नैतिक और आध्यात्मिक लेन-देन हैं, जिनके परिणामस्वरूप समाज—अर्थात् व्यक्तियों का वास्तविक मेल—साकार होता है और नियतियाँ एक-दूसरे से जुड़ जाती हैं, वे उस संसार में मौजूद नहीं हैं; अन्यथा प्रत्येक स्वर्ग और नरक में जमावड़ा और साथ-साथ रहना तो है, इस अंतर के साथ कि सद्कर्मियों के समाज में प्रेम, आत्मीयता, पवित्रता और सच्चा स्नेह कायम है और पवित्र क़ुरआन के शब्दों में वे भाई-भाई की तरह आमने-सामने तख़्तों पर बैठते हैं; लेकिन दुष्कर्मियों के समाज में एक-दूसरे से घृणा और विमुखता तथा गाली-गलौज का बोलबाला है। दो संसारों का संबंध। पिछले विषयों से इस संसार की व्यवस्था और उस संसार की व्यवस्था के बीच के अंतर सामने आ चुके हैं; अब देखें कि इन दोनों संसारों का संबंध किस बात में है। इसमें कोई संदेह नहीं कि दुनिया और आख़िरत के बीच भी संबंध है, और वह बहुत गहरा संबंध है। दुनिया और आख़िरत का संबंध इस हद तक है कि वे एक जीवन के दो हिस्सों और एक वर्ष के दो मौसमों की तरह हैं; एक मौसम में बोना चाहिए और दूसरे में काटना चाहिए। बल्कि असल में एक बोआई है और दूसरा उसकी उपज; एक बीज है और दूसरा उसका फल। स्वर्ग और आख़िरत का नरक यहीं पैदा होते हैं। हदीस में है: “निश्चय ही स्वर्ग समतल भूमि है और उसकी रोपाई ‘सुब्हानल्लाह’, ‘अल्हम्दुलिल्लाह’, ‘ला इलाहा इल्लल्लाह’, ‘अल्लाहु अकबर’ और ‘ला हौला वला क़ुव्वता इल्ला बिल्लाह’ है।” “भाई-भाई, आमने-सामने तख़्तों पर बैठे होंगे।” (हिज्र/४७)। “जब भी कोई समुदाय प्रवेश करेगा, अपने पहले वाले समुदाय को धिक्कारेगा।” (आराफ़/३८)। निश्चय ही यह सत्य है कि नरकवासी आपस में झगड़ेंगे। (साद/६४)। तफ़सीर अल-मीज़ान, खंड १३, पृष्ठ २३। २०० दैवी न्याय स्वर्ग इस समय एक खाली रेगिस्तान है, जिसमें कोई खेती-बाड़ी नहीं; ‘सुब्हानल्लाह’, ‘अल्हम्दुलिल्लाह’ और ‘ला इलाहा इल्लल्लाह’ तथा ‘अल्लाहु अकबर’ और ‘ला हौला वला क़ुव्वता इल्ला बिल्लाह’ वे वृक्ष हैं, जो यहाँ कहे जाते हैं और वहाँ रोपे जाते हैं। एक अन्य हदीस में है कि रसूल-ए-अकरम (स) ने फ़रमाया: मेराज की रात मैं स्वर्ग में दाख़िल हुआ। मैंने कुछ फ़रिश्तों को निर्माण करते देखा—एक ईंट सोने की और एक ईंट चाँदी की— और कभी वे काम करना भी रोक देते थे। मैंने उनसे कहा: तुम कभी काम क्यों करते हो और कभी काम रोक क्यों देते हो? उन्होंने जवाब दिया: निर्माण-सामग्री आने तक। मैंने पूछा: तुम्हें कौन-सी निर्माण-सामग्री चाहिए? उन्होंने कहा: मोमिन का वह ज़िक्र जो वह दुनिया में कहता है: ‘सुब्हानल्लाह’, ‘अल्हम्दुलिल्लाह’, ‘ला इलाहा इल्लल्लाह’ और ‘अल्लाहु अकबर’। जब भी वह कहता है, हम निर्माण करते हैं और जब वह रुक जाता है, तो हम भी रुक जाते हैं। एक अन्य हदीस में आया है कि रसूल-ए-अकरम (स) ने फ़रमाया: जो कोई ‘सुब्हानल्लाह’ कहे, अल्लाह उसके लिए स्वर्ग में एक वृक्ष लगाता है; और जो कोई ‘अल्हम्दुलिल्लाह’ कहे, अल्लाह उसके लिए स्वर्ग में एक वृक्ष लगाता है; और जो कोई ‘ला इलाहा इल्लल्लाह’ कहे, अल्लाह उसके लिए स्वर्ग में एक वृक्ष लगाता है; और जो कोई ‘अल्लाहु अकबर’ कहे, अल्लाह उसके लिए स्वर्ग में एक वृक्ष लगाता है। क़ुरैश के एक व्यक्ति ने कहा: तो फिर स्वर्ग में हमारे बहुत-से वृक्ष होंगे। हज़रत ने फ़रमाया: हाँ, लेकिन सावधान रहना कि ऐसी आग न भेज देना जो उन्हें जला दे। इसका कारण अल्लाह عز وجل का यह कथन है: “ऐ ईमान वालो, अल्लाह और उसके रसूल की आज्ञा मानो और अपने कर्मों को व्यर्थ न करो।” अर्थात् जिस तरह इस दुनिया के नेक कर्मों से तुम स्वर्ग के वृक्ष पैदा करते हो, उसी तरह अपने बुरे कर्मों से नरक की आग भी भड़काते हो; और संभव है कि यह आग उन चीज़ों को नष्ट कर दे जिन्हें तुम्हारे नेक कर्मों ने बनाया है। एक अन्य हदीस में फ़रमाया: “निश्चय ही ईर्ष्या ईमान को उसी तरह खा जाती है, जैसे आग लकड़ी को खा जाती है।” ईर्ष्या मनुष्य के ईमान को खा जाती है, ठीक वैसे ही जैसे आग लकड़ी को निगलकर राख कर देती है। वसाइलुश्शिया—मकतबा अल-मुहम्मदी, क़ुम का संस्करण, खंड २ का चौथा भाग, पृष्ठ १२०८। वसाइलुश्शिया—मकतबा अल-मुहम्मदी, क़ुम का संस्करण—खंड २ का दूसरा भाग, पृष्ठ १२०६। सूरह मुहम्मद, आयत ३३। उसूल अल-काफ़ी, इस्लामिया संस्करण, वर्ष १३८८, खंड २, पृष्ठ २३१।</w:t>
      </w:r>
    </w:p>
    <w:p>
      <w:pPr>
        <w:jc w:val="left"/>
      </w:pPr>
      <w:r>
        <w:rPr>
          <w:rFonts w:ascii="Calibri" w:hAnsi="Calibri" w:cs="Calibri"/>
          <w:sz w:val="28"/>
          <w:szCs w:val="28"/>
          <w:rtl w:val="0"/>
        </w:rPr>
        <w:t>आख़िरत की सजाएँ—201। इससे मालूम होता है कि जहन्नम भी जन्नत की तरह एक खाली मैदान है; आगें और अज़ाब मूर्त रूप हैं उन्हीं गुनाहों के, जिन्हें इंसान अपने हाथों से भड़काता और भेजता है; साँप, बिच्छू और खौलता हुआ पानी तथा जहन्नम का ज़क़्क़ूम का खाना गंदगियों और अपवित्रताओं से पैदा होते हैं, ठीक उसी तरह जैसे हूर, महल और जन्नत की शाश्वत नेमतें तक़वा और नेक कामों से बनाई जाती हैं। अल्लाह जहन्नम वालों के बारे में फ़रमाता है: “उलाइका लहुम अज़ाबुम मिन रिज्ज़िन अलीम।” उनके लिए अपनी गंदगियों से पैदा हुआ दर्दनाक अज़ाब है। तीन प्रकार की सज़ाएँ। पिछले दो विषयों में, जिनमें हमने दोनों संसारों के अंतर और उनके आपसी संबंध पर चर्चा की, वे इस वर्तमान चर्चा की भूमिका थे, जिसमें हम सज़ाओं के प्रकारों की पड़ताल करना चाहते हैं। इस चर्चा में हम यह साबित करना चाहते हैं कि आख़िरत में सज़ा का प्रकार दुनिया की सज़ा के प्रकार से अलग है, और अपराध तथा सज़ा के अनुपातहीन होने की आपत्ति का जवाब इस अंतर को समझने पर निर्भर है। सज़ाएँ तीन प्रकार की हैं: संविदात्मक सज़ा (दंड और सबक)। वह सज़ा जिसका गुनाह से सृष्टिगत और प्राकृतिक संबंध हो (दुनियावी दंड)। वह सज़ा जो स्वयं अपराध का मूर्त रूप हो और उससे अलग कोई चीज़ न हो (आख़िरत का अज़ाब)। पहली प्रकार की सज़ा—दंड और सबक—से आशय उन दंडों और आपराधिक नियमों से है जिन्हें मानव समाजों में ईश्वरीय या गैर-ईश्वरीय क़ानून बनाने वालों ने निर्धारित किया है। इस प्रकार की सज़ाओं के दो लाभ हैं; पहला, सज़ा दिए जाने से पैदा होने वाले भय के ज़रिए अपराधी स्वयं या दूसरे लोग अपराध दोहराने से रुकते हैं; इसी कारण इस प्रकार की सज़ा को ‘दंड’ कहा जा सकता है। दूसरा लाभ पीड़ित को तसल्ली और उसके दिल को राहत देना है; और यह उन मामलों में होता है जहाँ अपराध दूसरों के विरुद्ध अन्याय और अत्याचार का हो। इंसान में बदला लेने और मन को तसल्ली देने की भावना बहुत प्रबल होती है, और प्राचीन काल तथा आदिम समाजों में यह भावना ज़ाहिर तौर पर और भी प्रबल रही है। अगर अपराधी को क़ानून के ज़रिए सज़ा न दी जाती, तो समाज में बहुत बिगाड़ और भ्रष्टाचार फैल जाता। यह भावना आज भी इंसान में मौजूद है; बस सभ्य समाजों में यह कुछ कमज़ोर या अधिक छिपी हुई है। सताया हुआ इंसान मानसिक गाँठ का शिकार हो जाता है; यदि उसकी यह गाँठ न खुले, तो वह संभव है कि—जान-बूझकर या अनजाने में— किसी दिन अपराध कर बैठे। लेकिन जब अत्याचारी को उसके सामने सज़ा दी जाती है, तो उसकी गाँठ खुल जाती है और उसका मन द्वेष तथा दुख से मुक्त हो जाता है। अपराधियों को सुधारने और समाजों में व्यवस्था कायम करने के लिए दंड-विधान ज़रूरी और आवश्यक हैं; उनकी जगह कोई और चीज़ नहीं ले सकती। यह कहना कि सज़ा देने के बजाय अपराधी को शिक्षित करना चाहिए और जेल के बजाय सुधारगृह बनाना चाहिए, एक भ्रमपूर्ण तर्क है; शिक्षा देना और सुधारगृह बनाना निस्संदेह ज़रूरी और आवश्यक है, और निश्चित ही सही शिक्षा अपराधों की संख्या घटाती है; इसी तरह सामाजिक अव्यवस्था भी अपराधों के कारणों में से एक है, और सही सामाजिक, आर्थिक तथा सांस्कृतिक व्यवस्थाएँ कायम करने से भी अपराध घटते हैं; लेकिन इनमें से कोई भी चीज़ दूसरी की जगह नहीं लेती; न शिक्षा और न्यायपूर्ण व्यवस्थाएँ दंड और सज़ा की जगह ले सकती हैं, न दंड और सज़ा सही शिक्षा तथा स्वस्थ सामाजिक व्यवस्था की जगह ले सकते हैं। शिक्षा और सामाजिक व्यवस्था जितनी भी न्यायपूर्ण और स्वस्थ हो, फिर भी कुछ उद्दंड और विद्रोही लोग पैदा होते हैं, जिन्हें रोकने का एकमात्र उपाय सज़ाएँ हैं, जिन्हें कभी-कभी कठोर और सख़्त होना पड़ता है। ईमान को मज़बूत करने, सही शिक्षा देने, समाज में सुधार करने और अपराध के कारणों को मिटाने के ज़रिए अपराधों और हत्याओं की संख्या को काफ़ी हद तक कम किया जा सकता है, और इन उपायों का इस्तेमाल करना भी चाहिए; लेकिन यह बात नहीं नकारी जा सकती कि सज़ा भी अपनी जगह ज़रूरी है और दूसरी कोई चीज़ उसका प्रभाव नहीं रखती। इंसान अब तक कामयाब नहीं हुआ है, और शायद कभी कामयाब भी न हो, कि उपदेश, मार्गदर्शन और शिक्षा तथा पालन-पोषण के अन्य साधनों से सभी लोगों को सुधार सके; और यह उम्मीद भी नहीं कि आज की सभ्यता और भौतिक जीवन ऐसी स्थिति पैदा कर सकें कि कभी कोई अपराध न हो। आज की सभ्यता ने अपराधों को कम नहीं किया, बल्कि उन्हें कई गुना बढ़ा और बड़ा कर दिया है। पुराने ज़माने में जो चोरियाँ छोटी-मोटी चीज़ें चुराने, जेब काटने या राहज़नी की शक्ल में होती थीं, आज वे हज़ारों रंगों और रूपों में, खुलेआम और छिपकर, परदे के पीछे और सबके सामने होती हैं। आख़िरत की सजाएँ—203। खुलेआम होने वाली चोरियाँ भी कम नहीं हैं। हम देखते हैं कि वे समुद्र से एक जहाज़ या कई जहाज़ चुरा लेते हैं। जिन कारणों का उल्लेख हुआ, उनसे यह मानना चाहिए कि मानव समाजों के लिए संविदात्मक दंड और सजाएँ निर्धारित करना ज़रूरी और लाभकारी है; लेकिन जैसा कि पहले कहा गया, आपराधिक नियम बनाने वालों के लिए अपराध और सज़ा का अनुपात बनाए रखना आवश्यक है। लेकिन दिलचस्प बात यह है कि आख़िरत में इस प्रकार की सज़ाएँ तर्कसंगत नहीं हैं; क्योंकि वहाँ अपराध को दोहराने से रोकने का प्रश्न ही नहीं उठता, न ही किसी को तसल्ली देने का; आख़िरत कर्म करने का स्थान नहीं है कि इंसान को इस मक़सद से सज़ा दी जाए कि वह फिर बुरा काम न करे; और न ही—अल्लाह की पनाह—उसमें बदला लेने और मन की तसल्ली पाने की भावना है कि वह अपने दिल की गाँठ खोलने के लिए बदला लेना चाहे; न ही वहाँ पीड़ितों के दिल को तसल्ली देने का सवाल है, ख़ास तौर पर यदि वह पीड़ित अल्लाह के औलिया और उसकी व्यापक दया के प्रतीकों में से हो। स्पष्ट है कि ग़ैर-औलिया के लिए भी, दुनिया और प्राणियों में थोड़ी-सी भलाई, दया और क्षमा दुश्मन से बदला लेने की पूरी दुनिया से बेहतर है। इसके अलावा, सभी अज़ाब लोगों के अधिकारों से संबंधित नहीं हैं कि कहा जाए कि ईश्वरीय न्याय की माँग है कि अत्याचारी से बदला लेकर पीड़ितों के दिल को संतुष्ट किया जाए। अज़ाबों का एक बड़ा हिस्सा शिर्क, दिखावे के लिए इबादत, अल्लाह की इबादत छोड़ने और ऐसी ही बातों से संबंधित है; ये अल्लाह के अधिकार हैं, न कि लोगों के अधिकार। ऐसे मामलों में दुनियावी सज़ाओं के जो दो प्रभाव और गुण होते हैं, उनमें से कोई भी मौजूद नहीं होता। दुनियावी दंड। सज़ाओं के प्रकारों में दूसरा प्रकार वे दंड हैं जिनका अपराध से कारण-कार्य का संबंध होता है, अर्थात् वे अपराध के परिणाम और उसका प्राकृतिक फल होते हैं। इन दंडों को कर्मों का फल या गुनाह का स्वाभाविक प्रभाव कहा जाता है।</w:t>
      </w:r>
    </w:p>
    <w:p>
      <w:pPr>
        <w:jc w:val="left"/>
      </w:pPr>
      <w:r>
        <w:rPr>
          <w:rFonts w:ascii="Calibri" w:hAnsi="Calibri" w:cs="Calibri"/>
          <w:sz w:val="28"/>
          <w:szCs w:val="28"/>
          <w:rtl w:val="0"/>
        </w:rPr>
        <w:t>बहुत-से पाप उन्हें करने वालों के लिए इसी संसार में अप्रिय प्राकृतिक परिणाम पैदा करते हैं। उदाहरण के लिए, शराब पीना, इसके अलावा कि उससे सामाजिक हानियाँ होती हैं, शराब पीने वाले के मन और शरीर को भी नुकसान पहुँचाता है। शराब पीने से तंत्रिका-तंत्र में गड़बड़ी, धमनियों का कठोर होना और यकृत संबंधी परेशानियाँ होती हैं। व्यभिचार से सूजाक और उपदंश हो सकता है। ये पाप के स्वाभाविक प्रभाव हैं, क़ानूनी दंड नहीं, ताकि कहा जाए कि अपराध और सज़ा का अनुपात इसमें बनाए रखना चाहिए। यदि कोई घातक विष पी ले और उपदेश देने वाले की सलाह पर ध्यान न दे (204), तो वह मर जाएगा। मरना विष पीने का प्राकृतिक परिणाम और स्वाभाविक प्रभाव है। ऐसा हठी व्यक्ति निश्चय ही मर जाएगा, लेकिन यह कहना ग़लत है कि इस अभागे ने केवल पाँच मिनट तक अपराध किया, फिर उसे मृत्युदंड क्यों मिला और उसने अपना जीवन क्यों खो दिया? यदि किसी से कहा जाए कि स्वयं को पहाड़ की चोटी से नीचे मत फेंको, वरना नष्ट हो जाओगे, तो उसे यह आपत्ति करने का अधिकार नहीं कि मेरे हठ और इस कठोर दंड में क्या अनुपात है? यहाँ कारण और परिणाम का हिसाब है। पहाड़ से गिरना या ज़हर पीना कारण है और नष्ट होना उसका परिणाम। उन कारणों का प्रभाव यही है और इसके सिवा कुछ हो ही नहीं सकता। अपराध और सज़ा के अनुपात का प्रश्न उन संविदात्मक दंडों से जुड़ा है, जिनका अपराध से संबंध संविदात्मक होता है, वास्तविक और स्वाभाविक नहीं; लेकिन प्राकृतिक प्रतिफल कर्म का परिणाम और अनिवार्य फल होते हैं। और जिस प्रकार हमने इस पुस्तक के दूसरे भाग में बताया है, कारण और परिणाम की विश्व-व्यवस्था में हर चीज़ का एक विशेष स्थान है और यह कभी संभव नहीं कि वास्तविक कारण अपने पीछे वास्तविक परिणाम न लाए। संसार और आख़िरत के अंतर की चर्चा में हमने कहा था कि संसार बोने का समय है और आख़िरत फ़सल काटने का मौसम; लेकिन कभी-कभी कुछ कर्मों के परिणाम इसी संसार में दिखाई देते हैं और कहावत के अनुसार, बोई हुई फ़सल काट ली जाती है। बेशक, कर्म का फल पाना और बोई हुई फ़सल काटना ईश्वरीय प्रतिफल का एक प्रकार है, लेकिन यह पूर्ण प्रतिफल नहीं। पूरा हिसाब और पूर्ण दंड आख़िरत में होगा। संसार कर्म का घर है और कभी-कभी उसमें प्रतिफल भी दिखाई देता है, लेकिन आख़िरत पूरी तरह प्रतिफल और हिसाब का घर है; वहाँ कर्म करने की कोई गुंजाइश नहीं। ईश्वर की सृष्टि से संबंधित कर्मों—चाहे वे भलाई और लोगों की सेवा हों या बुराई और लोगों को हानि पहुँचाना—का प्रायः इसी संसार में प्रतिफल और दंड मिलता है, जबकि उनके आख़िरत के प्रतिफल में कुछ भी कमी नहीं होती। इसी संसार में माता-पिता के साथ बुरा व्यवहार करने का दंड मिलता है, ख़ास तौर पर यदि वह बुराई—ईश्वर की पनाह— माता-पिता की हत्या हो। यहाँ तक कि यदि किसी के माता-पिता फ़ासिक़ या काफ़िर हों, तब भी उनके साथ बुराई का कोई परिणाम हुए बिना नहीं रहता। मुन्तसिर अब्बासी ने अपने पिता मुतवक्किल की हत्या की और कुछ ही समय बाद उसकी भी हत्या कर दी गई, जबकि मुतवक्किल बहुत दुष्ट और अपवित्र व्यक्ति था। मुतवक्किल अपनी मनोरंजन-सभाओं में अमीरुल मोमिनीन अली (अ) का मज़ाक उड़ाता था; उसके विदूषक स्वयं को उस हज़रत के रूप में सजाकर उनकी नकल करते और भद्दा मज़ाक करते थे, और अपनी कविताओं में उनका अपमान करते थे। कहते हैं कि मुन्तसिर ने उसे हज़रत फ़ातिमा (उन पर सलाम हो) को गाली देते सुना; उसने एक बड़े व्यक्ति से पूछा कि इसकी सज़ा क्या है? उसने जवाब दिया कि उसकी हत्या अनिवार्य है (आख़िरत की सज़ाएँ—205), लेकिन जान लो कि जो अपने पिता की हत्या करता है, उसकी उम्र छोटी होती है। मुन्तसिर ने कहा: मुझे इसकी परवाह नहीं कि ईश्वर की आज्ञा-पालन में मेरी उम्र छोटी हो जाए। उसने अपने पिता की हत्या कर दी और उसके बाद सात महीने से अधिक जीवित नहीं रहा। अली (अ) इसी संसार में लोगों की भलाई और सेवा के प्रतिफल के बारे में फ़रमाते हैं: “भलाई के काम से तुम्हें वह व्यक्ति विमुख न करे जो तुम्हारा आभार नहीं मानता; क्योंकि तुम्हारा आभार वह व्यक्ति भी मान सकता है जिसे उससे कोई लाभ न पहुँचा हो, और कृतज्ञ के आभार से तुम्हें उस कृतघ्न व्यक्ति की बरबाद की हुई चीज़ से अधिक प्राप्त हो सकता है। और अल्लाह भलाई करने वालों से प्रेम करता है।” कभी तुम किसी के साथ भलाई करते हो और वह उसकी क़द्र नहीं करता या कृतघ्नता दिखाता है, तो इससे तुम्हारा भलाई करने का मन न उचटे; क्योंकि कभी-कभी तुम अपना प्रतिफल उससे अधिक उस व्यक्ति से पा लेते हो जितना तुम उससे पाने की आशा रखते हो, जिसने तुम्हारे साथ कोई भलाई नहीं की। बहरहाल, संसार तुम्हारा प्रतिफल लौटा देता है, भले ही ऐसे स्रोत से जिसकी तुमने कभी कल्पना भी न की हो।” मौलवी कर्म और प्रतिक्रिया के बारे में कहते हैं: “यह संसार पर्वत है, और हमारा कर्म पुकार; उसकी प्रतिध्वनि लौट आती है।” दुनिया की सजाओं और प्रतिफलों के बारे में एक अन्य कवि कहते हैं: “हमारी ओर से किसकी आवाज़ आई?” मैंने अपनी आँखों से रास्ते में देखा कि एक छोटी-सी चिड़िया ने एक चींटी पर हमला किया; अभी उसने शिकार से अपनी चोंच भी साफ़ नहीं की थी कि दूसरी चिड़िया आई और उसका काम तमाम कर दिया। जब बुरा करो, तो विपत्तियों से निश्चिंत मत रहो, क्योंकि प्रकृति ने प्रतिफल को अनिवार्य कर दिया है। हालाँकि हमें यह नहीं सोचना चाहिए कि जब भी किसी व्यक्ति या समूह पर कोई चोट या विपत्ति आती है, तो वह अवश्य ही उनके कर्मों का प्रतिफल है; क्योंकि इस संसार की विपत्तियों के अन्य कारण भी हैं। हम केवल इतना मानते हैं कि इस संसार में कुछ हद तक कर्मों का प्रतिफल भी मौजूद है। सफ़ीनतुल-बिहार, प्रविष्टि “व-क-ल”; तथा बिहारुल-अनवार, अख़ूंदी संस्करण, खंड 10, पृष्ठ 296। नहजुल-बलाग़ा, हिकमत 195।</w:t>
      </w:r>
    </w:p>
    <w:p>
      <w:pPr>
        <w:jc w:val="left"/>
      </w:pPr>
      <w:r>
        <w:rPr>
          <w:rFonts w:ascii="Calibri" w:hAnsi="Calibri" w:cs="Calibri"/>
          <w:sz w:val="28"/>
          <w:szCs w:val="28"/>
          <w:rtl w:val="0"/>
        </w:rPr>
        <w:t>206 ईश्वरीय न्याय—परलोक की यातनाओं का दूसरे संसार में मिलने वाली सजाओं से पापों का अधिक गहरा सृष्टिगत संबंध है। कर्म और प्रतिफल का संबंध परलोक में न तो पहले प्रकार की तरह परंपरा-निर्धारित है और न ही दूसरे प्रकार की तरह कारण और परिणाम का संबंध है, बल्कि उससे भी एक स्तर ऊँचा है। यहाँ «ऐक्य» और «एकता» का नियम लागू होता है; अर्थात परलोक में सत्कर्मियों और दुष्कर्मियों को पुरस्कार या दंड के रूप में जो दिया जाएगा, वह उनके अपने कर्मों का मूर्त रूप होगा। पवित्र क़ुरआन कहता है: «जिस दिन हर व्यक्ति अपने किए हुए भले कर्म को सामने मौजूद पाएगा और अपने किए हुए बुरे कर्म को भी; वह चाहेगा कि काश उसके और उसके बुरे कर्म के बीच बहुत लंबी दूरी होती।» उस दिन हर व्यक्ति अपने किए हुए भले या बुरे कर्म को सामने मौजूद देखेगा और चाहेगा कि काश उसके और उसके बुरे कर्म के बीच बहुत लंबी दूरी होती। एक अन्य स्थान पर कहता है: «और वे अपने किए हुए कर्मों को सामने मौजूद पाएँगे, और तुम्हारा पालनहार किसी पर भी ज़ुल्म नहीं करता।» वे अपने कर्मों को सामने मौजूद पाएँगे और तुम्हारा पालनहार किसी पर ज़ुल्म नहीं करता। motahari.in एक अन्य स्थान पर कहता है: «उस दिन लोग अलग-अलग समूहों में निकलेंगे, ताकि उन्हें उनके कर्म दिखाए जाएँ। जो रत्ती भर भी भलाई करेगा, वह उसे देख लेगा; और जो रत्ती भर भी बुराई करेगा, वह उसे देख लेगा।» उस दिन लोग अलग-अलग समूहों में निकलेंगे, ताकि कर्मों की प्रदर्शनी में उनके कर्म उन्हें दिखाए जाएँ। अतः जो कोई रत्ती भर भी भलाई करेगा, वह उसे देखेगा; और जो कोई रत्ती भर भी बुराई करेगा, वह उसे देखेगा। आले-इमरान 30, कहफ़ 49, ज़िलज़ाल 8। परलोक की सजाएँ—207। उस आयत में, जिसे कुछ टीकाकारों के अनुसार क़ुरआन की सबसे अंतिम अवतरित आयत माना जाता है, कहा गया है: «उस दिन से डरो, जब तुम अल्लाह की ओर लौटाए जाओगे; फिर हर व्यक्ति को उसके कमाए हुए कर्मों का पूरा-पूरा बदला दिया जाएगा और उन पर ज़ुल्म नहीं किया जाएगा।» और उस दिन से डरो, जब तुम्हें अल्लाह की ओर लौटाया जाएगा; फिर हर व्यक्ति को उसके द्वारा कमाए हुए कर्मों का पूरा-पूरा प्रतिफल दिया जाएगा और उन पर ज़ुल्म नहीं किया जाएगा। अनाथों का धन खाने के बारे में पवित्र क़ुरआन की अभिव्यक्ति यह है: «जो लोग अनाथों का धन अन्यायपूर्वक खाते हैं, वे अपने पेटों में केवल आग भरते हैं और शीघ्र ही धधकती आग में जा पड़ेंगे।» जो लोग अनाथों का धन अन्यायपूर्वक खाते हैं, वे अपने पेटों में आग भरते हैं और शीघ्र ही धधकती आग में जा पड़ेंगे। अर्थात अनाथ का धन खाना साक्षात आग खाना है; लेकिन चूँकि वे इस संसार में हैं, इसलिए इसे समझ नहीं पाते। जैसे ही शरीर का पर्दा हटेगा और वे इस संसार से बाहर निकलेंगे, आग पकड़ लेंगे और जलने लगेंगे। पवित्र क़ुरआन ईमान वालों को इस प्रकार उपदेश देता है: «ऐ ईमान वालो! अल्लाह से डरो और हर व्यक्ति देखे कि उसने कल के लिए क्या आगे भेजा है; और अल्लाह से डरो...» ऐ ईमान वालो! अल्लाह का भय रखो और हर व्यक्ति को देखना चाहिए कि उसने अपने आने वाले कल के लिए क्या आगे भेजा है; और अल्लाह का भय रखो...। यह अत्यंत निर्णायक और स्पष्ट लहजा है; आदेश के रूप में कहता है: हर व्यक्ति को देखना चाहिए कि उसने अपने आने वाले कल के लिए क्या आगे भेजा है। यहाँ आगे भेजने की बात है; अर्थात अब तुम जो चीज़ें भेज रहे हो, वही तुम्हें ठीक-ठीक मिलेंगी। इसलिए अच्छी तरह देख लो कि तुम क्या भेज रहे हो। यह उस व्यक्ति की तरह है जो यात्रा पर रहते हुए कुछ चीज़ें खरीदता है और उन्हें अपने से पहले अपने वतन भेज देता है। उसे सावधान रहना चाहिए, क्योंकि जब वह यात्रा से लौटकर अपने वतन पहुँचता है—बक़रा 281; निसा; हश्र 18। ईश्वरीय न्याय—208—तो डाक से भेजे गए पार्सलों में वही चीज़ें होती हैं, जिन्हें उसने स्वयं खरीदा था। ऐसा नहीं हो सकता कि वह एक प्रकार का सामान पहले भेजे और वतन लौटने पर उसे किसी दूसरे प्रकार का सामान मिले। इस पवित्र आयत में «अल्लाह का भय रखो» शब्द दो बार आया है, और उनके बीच केवल एक छोटा-सा वाक्य है: «हर व्यक्ति देखे कि उसने कल के लिए क्या आगे भेजा है।» शायद पवित्र क़ुरआन में इसका कोई दूसरा उदाहरण नहीं कि इतनी कम दूरी पर दो बार ईश्वर-भय का आदेश दिया गया हो। फिर पवित्र क़ुरआन कहता है: «जब सूर्य लपेट दिया जाएगा, जब तारे मटमैले पड़ जाएँगे, जब पहाड़ चला दिए जाएँगे, जब गर्भवती ऊँटनियाँ छोड़ दी जाएँगी, जब जंगली जानवर इकट्ठे किए जाएँगे, जब समुद्र भड़का दिए जाएँगे, जब आत्माएँ जोड़ी जाएँगी, और जब जीवित गाड़ी गई बच्ची से पूछा जाएगा: कि किस अपराध के कारण उसे मार डाला गया? जब कर्मपत्र खोल दिए जाएँगे, जब आकाश उखाड़ दिया जाएगा, जब जहन्नम भड़का दी जाएगी और जब जन्नत निकट लाई जाएगी, तब हर व्यक्ति जान लेगा कि वह क्या लेकर उपस्थित हुआ है।» उस समय जब सूर्य का प्रकाश बुझ जाएगा; तारे बेनूर हो जाएँगे; पहाड़ चला दिए जाएँगे; गर्भवती ऊँटनियाँ अपने हाल पर छोड़ दी जाएँगी; जंगली जानवर इकट्ठे किए जाएँगे; समुद्र भड़का दिए जाएँगे; आत्माएँ जोड़ी जाएँगी; उन बच्चियों के बारे में पूछा जाएगा जिन्हें ज़िंदा दफ़नाया गया था कि किस अपराध के कारण उन्हें मार डाला गया? कर्मपत्र खोल दिए जाएँगे; आकाश उखाड़ दिया जाएगा; जहन्नम भड़का दी जाएगी और जन्नत निकट लाई जाएगी—हर व्यक्ति जान लेगा कि उसने क्या तैयार करके उपस्थित किया है। याद दिलाया जाता है कि उस संसार में मनुष्य को जो कुछ मिलेगा—चाहे जन्नत का सुख हो या जहन्नम की यातना—वह सब वही होगा जिसे मनुष्य ने स्वयं तैयार करके उपस्थित किया है; बस इस संसार में वह उन्हें पहचानता नहीं, जबकि परलोक में उन्हें पहचान लेगा। पवित्र क़ुरआन की अनेक आयतों का यही आशय है, जिनमें कहा गया है कि क़ियामत के दिन अल्लाह तुम्हें बताएगा कि तुम क्या किया करते थे; अर्थात अभी तुम्हें पता नहीं कि तुम क्या कर रहे हो, लेकिन पुनरुत्थान के दिन तुम्हें अपने कर्मों का पता चल जाएगा और तुम अपने किए को पहचान लोगे। «कह दो: जिस मृत्यु से तुम भागते हो, वह निश्चय ही तुमसे आ मिलेगी; फिर तुम अदृश्य और दृश्य के ज्ञाता की ओर लौटाए जाओगे, और वह तुम्हें बता देगा कि तुम क्या किया करते थे।» अत-तक्कवीर 1–14। परलोक की सजाएँ—209। कह दो: जिस मृत्यु से तुम भागते हो, वह शीघ्र ही तुमसे आ मिलेगी; फिर तुम अदृश्य और दृश्य के ज्ञाता की ओर लौटाए जाओगे; तब वह तुम्हें तुम्हारे कर्मों से अवगत कराएगा। परलोक की सज़ा कर्म का मूर्त रूप लेना है। वहाँ का सुख और यातना यही भले और बुरे कर्म हैं, जो पर्दा हटने पर मूर्त रूप और साकार रूप धारण कर लेते हैं; क़ुरआन का पाठ एक सुंदर रूप बनकर मनुष्य के पास आ खड़ा होता है; और चुग़ली तथा लोगों को दुख पहुँचाना जहन्नम के कुत्तों के भोजन का रूप ले लेता है।</w:t>
      </w:r>
    </w:p>
    <w:p>
      <w:pPr>
        <w:jc w:val="left"/>
      </w:pPr>
      <w:r>
        <w:rPr>
          <w:rFonts w:ascii="Calibri" w:hAnsi="Calibri" w:cs="Calibri"/>
          <w:sz w:val="28"/>
          <w:szCs w:val="28"/>
          <w:rtl w:val="0"/>
        </w:rPr>
        <w:t>दूसरे शब्दों में, हमारे कर्मों का एक भौतिक जगत का रूप होता है, जो नश्वर और अस्थायी है, और वही है जो इस संसार में कथन या किसी अन्य कर्म के रूप में प्रकट होता है; उनका एक रूप और पहलू आध्यात्मिक जगत का भी होता है, जो हमसे जारी होने के बाद कभी नष्ट नहीं होता और हमारे साथ जुड़ी चीज़ों, परिणामों और अविभाज्य संतानों में से है। हमारे कर्म आध्यात्मिक पहलू और अदृश्य स्वरूप में शेष रहते हैं और एक दिन हम उन कर्मों तक पहुँचेंगे और उन्हें उसी पहलू और स्वरूप में देखेंगे; यदि वे सुंदर और आनंददायक हुए तो हमारा सुख होंगे, और यदि कुरूप और घृणित हुए तो हमारी आग और जहन्नम होंगे। हदीस में आया है कि एक स्त्री एक मसले के बारे में पूछने के लिए रसूल-ए-अकरम (उन पर और उनके परिवार पर सलाम हो) की सेवा में हाज़िर हुई। वह नाटे कद की थी। उसके जाने के बाद आयशा ने अपने हाथ से उसके नाटे कद की नकल की। रसूल-ए-अकरम (उन पर और उनके परिवार पर सलाम हो) ने उनसे फ़रमाया: “दाँत साफ़ करो।” आयशा ने कहा: “क्या मैंने कुछ खाया है, ऐ रसूलुल्लाह?!” हज़रत ने फ़रमाया: “दाँत साफ़ करो।” आयशा ने दाँत साफ़ किए और उनके मुँह से मांस का एक टुकड़ा गिर पड़ा। वास्तव में, हज़रत ने आध्यात्मिक प्रभाव से इसी संसार में आयशा को चुग़ली की आध्यात्मिक और परलोक-संबंधी वास्तविकता दिखा दी। पवित्र क़ुरआन चुग़ली के बारे में फ़रमाता है: “और तुममें से कोई किसी की चुग़ली न करे। क्या तुममें से कोई यह पसंद करेगा कि वह खाए अपने भाई का मांस, जबकि वह मर चुका हो? तुम तो इसे घृणित समझोगे।” मुसलमान एक-दूसरे की चुग़ली न करें। क्या कोई पसंद करेगा कि वह अपने भाई का मांस खाए, जब वह मर चुका हो? नहीं, तुम इस काम से घृणा करते हो। बिहार अल-अनवार, कंपनी संस्करण, खंड 15, भाग 4, पृष्ठ 188; सूरह हुजुरात / 12। 210। ईश्वरीय न्याय। क़ैस बिन आसिम, जो रसूल ख़ुदा (उन पर और उनके परिवार पर सलाम हो) के सहाबियों में से हैं, बयान करते हैं कि एक दिन मैं बनी तमीम के एक समूह के साथ पैग़म्बर-ए-अकरम (उन पर और उनके परिवार पर सलाम हो) की सेवा में हाज़िर हुआ। मैंने कहा: ऐ रसूलुल्लाह, हम रेगिस्तान में रहते हैं और आपकी सेवा से कम लाभ उठा पाते हैं; हमें उपदेश दीजिए। रसूल अकरम ने लाभकारी नसीहतें फ़रमाईं। उनमें से एक यह थी: तुम्हारा एक साथी अवश्य होगा, जो तुमसे कभी अलग नहीं होगा। तुम्हारे मर जाने पर वह तुम्हारे साथ दफ़न होगा, जबकि तुम मृत होगे और वह जीवित होगा। यदि तुम्हारा साथी प्रतिष्ठित हुआ तो तुम्हें सम्मानित करेगा, और यदि दुष्ट हुआ तो तुम्हें मुसीबतों के हवाले कर देगा। फिर वह साथी तुम्हारे साथ हश्र में आएगा और पुनरुत्थान के दिन तुम्हारे साथ उठाया जाएगा, और तुम उसके लिए जवाबदेह होगे। इसलिए ध्यान से चुनना कि तुम्हारा साथी अच्छा हो, क्योंकि यदि वह अच्छा हुआ तो तुम्हारे लिए आत्मीयता का कारण होगा; अन्यथा तुम्हारे लिए भय और अकेलेपन का कारण बनेगा। वह साथी तुम्हारे कर्म हैं। क़ैस बिन आसिम ने कहा: मैं चाहता हूँ कि आपकी नसीहतों को कविता का रूप दिया जाए, ताकि मैं उन्हें याद करके संजो सकूँ और वे हमारे लिए गर्व का कारण बनें। रसूल-ए-अकरम (उन पर और उनके परिवार पर सलाम हो) ने आदेश दिया कि किसी को हस्सान बिन साबित को बुलाने के लिए भेजा जाए; लेकिन हस्सान के आने से पहले ही क़ैस ने, जो रसूल-ए-अकरम की बातों से भावविभोर हो गए थे, रसूल ख़ुदा की नसीहतों को कविता में ढालकर हज़रत के सामने प्रस्तुत किया। कविता यह है: “अपने कर्मों में से अपना साथी चुनो, क्योंकि मृत्यु के बाद उसे साथ रखना अनिवार्य है। यदि तुम किसी चीज़ में व्यस्त हो, तो ऐसा न हो कि वह व्यर्थ हो; क्योंकि मनुष्य के साथ मृत्यु के बाद उसके कर्मों के सिवा कोई नहीं जाता। मनुष्य अपने परिवार का अतिथि है, और कब्र में युवक का साथी वही होता है जो उसने किया है। उस दिन, जब मनुष्य को पुकारा जाएगा, वह उस चीज़ की ओर आएगा जिसे अल्लाह पसंद करता है; तुम्हें व्यस्त रखेंगे तुम्हारे कर्म, और उससे पहले भी केवल वही कर्म जो तुमने किए होंगे। वह उनके बीच थोड़ी देर रहता है, फिर चला जाता है।” अपने कर्मों में से अपना मित्र चुनो, क्योंकि बरज़ख़ की कब्र में मनुष्य का साथी उसके कर्म ही होते हैं। “अवश्य ही तुम्हें पुनरुत्थान के दिन के लिए अपना साथी चुनना और तैयार करना होगा।” इसलिए यदि किसी चीज़ में व्यस्त हो, तो ध्यान रखना कि वह केवल उसी में हो जिसे अल्लाह पसंद करता है। क्योंकि मनुष्य मृत्यु के बाद अपने कर्मों के सिवा किसी का साथी नहीं बनता।</w:t>
      </w:r>
    </w:p>
    <w:p>
      <w:pPr>
        <w:jc w:val="left"/>
      </w:pPr>
      <w:r>
        <w:rPr>
          <w:rFonts w:ascii="Calibri" w:hAnsi="Calibri" w:cs="Calibri"/>
          <w:sz w:val="28"/>
          <w:szCs w:val="28"/>
          <w:rtl w:val="0"/>
        </w:rPr>
        <w:t>परलोकिक दंड – 211 वास्तव में मनुष्य अपने परिवार में केवल एक अतिथि है, जो कुछ समय उनके बीच ठहरता है। फिर वहाँ से चला जाता है। हदीस में है: “तुम्हारे कर्म ही तुम्हारी ओर लौटाए गए हैं।” ये दंड तुम्हारे ही कर्म और काम हैं, जिन्हें तुम्हारी ओर लौटा दिया गया है। सादी ने कितना सुंदर कहा है: हर पल जीवन का एक क्षण बीतता जा रहा है। ऐ वह, जो पचास वर्ष का हो गया और अब भी नींद में है! धिक्कार है उस पर, जो चला गया और कोई काम न कर सका। जीवन बर्फ़ है और गर्मियों का सूरज; जो भी आया, उसने एक नया भवन बनाया। अपने सुख-भोग का कुछ सामान अपनी क़ब्र में भेजो। जो कोई अपनी बोई हुई फ़सल खा जाए, उसे फिर पछताना होगा। ऐ निर्धन, जो बाज़ार से जा चुका है! जब मैं देखता हूँ तो बहुत कुछ बचा हुआ नहीं लगता। काश, तुम इन पाँच दिनों को सँभाल लो! विदाई का नगाड़ा बज चुका है, मगर तुमने सामान नहीं बाँधा। थोड़ा-सा समय शेष है, मालिक, तुम अब भी मगन हो; वह चला गया और अपना ठिकाना किसी और को सौंप गया। तुम्हारे पीछे कोई नहीं ला सकता; फ़सल काटने के समय बालियाँ चुन लेनी चाहिए। डर है कि तुम अपना सिर-पोश भी न उठा सको। motahari.ir और अपने उस्ताद की याद—अपने उस्ताद, महान विद्वान, दिवंगत हाजी मिर्ज़ा अली आका शीराज़ी (अल्लाह उनका दर्जा बुलंद करे), जो मेरे जीवन में देखे गए सबसे महान लोगों में से एक थे और सचमुच तपस्वियों, उपासकों और दृढ़ विश्वास रखने वालों का एक आदर्श तथा उन नेक पूर्वजों की यादगार थे, जिनके बारे में हमने इतिहास में पढ़ा है। मुझे एक स्वप्न की घटना याद है, जिसका वर्णन करना व्यर्थ नहीं होगा। बीसवें वर्ष की गर्मियों में मैं क़ुम से इस्फ़हान गया और इस्फ़हान में पहली बार उस महान व्यक्ति से परिचित हुआ और उनके सान्निध्य से लाभ उठाया। बाद में यह परिचय मेरी ओर से गहरी श्रद्धा में बदल गया और उनकी ओर से उस्तादाना तथा पितृवत स्नेह और कृपा में। ख़िसाल-ए-सदूक़, तीसरा अध्याय, हदीस 93। 212 ईश्वरीय न्याय। उस महान व्यक्ति की ओर से यह स्नेह इतना बढ़ा कि बाद में वे क़ुम आए और हमारे कमरे में ठहरे। बड़े-बड़े उलमा, जो सभी उनके प्रति श्रद्धा रखते थे, वहाँ उनसे मिलने आया करते थे। बीसवें वर्ष में जब मैं पहली बार इस्फ़हान गया, तो मेरे प्रिय सह-अध्यायी, जो इस्फ़हान के रहने वाले थे, और पूरे ग्यारह वर्षों तक मेरे साथ पढ़े थे—वे अब क़ुम के धार्मिक शिक्षण केंद्र के बड़े अध्यापकों और मुज्तहिदों में से हैं—उन्होंने मुझसे कहा: “मदरसा-ए-सद्र में एक महान विद्वान नहजुल बलाग़ा पढ़ाते हैं। चलो, उनके पाठ में चलते हैं।” यह सुझाव मुझे कठिन लगा; एक ऐसा विद्यार्थी जो किफ़ायतुल उसूल पढ़ रहा हो, उसे नहजुल बलाग़ा के पाठ में जाने की क्या ज़रूरत है?! नहजुल बलाग़ा वह ख़ुद पढ़ सकता है और मूलतः इस्तिशाब और अस्ल-ए-बराअत के सिद्धांतों के सहारे उसकी कठिनाइयाँ हल कर सकता है। चूँकि छुट्टियों के दिन थे और मेरे पास कोई काम नहीं था, और इसके अलावा यह सुझाव मेरे सह-अध्यायी की ओर से था, इसलिए मैंने मान लिया और चला गया। लेकिन जल्द ही मुझे अपनी बड़ी भूल का एहसास हो गया। मैंने जाना कि मैं नहजुल बलाग़ा को जानता ही नहीं था; और मुझे केवल उसे किसी उस्ताद से सीखने की ज़रूरत ही नहीं थी, बल्कि मुझे यह स्वीकार करना पड़ा कि नहजुल बलाग़ा का कोई सच्चा उस्ताद मिलना भी दुर्लभ है। इसके अतिरिक्त, मैंने देखा कि मेरा सामना एक ऐसे व्यक्ति से हुआ है जो धर्मपरायणता और आध्यात्मिकता से परिपूर्ण था; हमारे विद्यार्थी शब्दों में, वह उन लोगों में से था जिन तक पहुँचने के लिए दूर-दराज़ से यात्रा करनी चाहिए और उनके सान्निध्य का लाभ लेना चाहिए। वह स्वयं नहजुल बलाग़ा का सजीव रूप थे; नहजुल बलाग़ा की शिक्षाएँ उनके हृदय की गहराइयों में उतर चुकी थीं। मुझे स्पष्ट अनुभव होता था कि इस व्यक्ति की आत्मा का संबंध अमीरुल मोमिनीन (अ) की आत्मा से जुड़ गया था। सचमुच, जब भी मैं अपने जीवन का लेखा-जोखा करता हूँ, तो उस महान व्यक्ति के साथ बिताए समय को अपनी सबसे बड़ी आध्यात्मिक पूँजी मानता हूँ। अल्लाह की रहमत हो उन पर और अल्लाह उन्हें अपने पवित्र मित्रों तथा पाक इमामों के साथ उठाए। उस महान व्यक्ति से जुड़ी मेरी कई घटनाएँ हैं। उनमें से एक स्वप्न से संबंधित घटना का उल्लेख मैं यहाँ कर रहा हूँ। एक दिन पाठ के दौरान, जब आँसुओं की बूँदें उनकी सफ़ेद दाढ़ी पर टपक रही थीं, उन्होंने यह स्वप्न सुनाया। उन्होंने कहा: “मैंने सपने में देखा कि मेरी मृत्यु का समय आ पहुँचा है। मरने की स्थिति वैसी ही थी, जैसी हमें बताई गई है। मैंने सपने में स्वयं को अपने शरीर से अलग देखा और यह भी देखा कि मेरे शरीर को दफ़नाने के लिए क़ब्रिस्तान ले जाया जा रहा है। वे मुझे क़ब्रिस्तान ले गए, दफ़न किया और चले गए। मैं अकेला रह गया और चिंतित था कि मेरे साथ क्या होने वाला है! तभी मैंने एक सफ़ेद कुत्ते को क़ब्र में दाख़िल होते देखा। उसी समय मुझे एहसास हुआ कि यह मेरा उग्र स्वभाव है, जिसने परलोकिक दंड का साकार रूप धारण कर लिया है और मेरे पास चला आया है। मैं घबरा गया। मैं इसी घबराहट में था कि हज़रत सैयदुश्शुहदा (अ) तशरीफ़ लाए और मुझसे कहा: “चिंता मत करो, मैं इसे तुमसे दूर कर दूँगा।” इस घटना में शफ़ाअत की ओर संकेत है, जिस पर हम अगले विषय में ईश्वर की सहायता से चर्चा करेंगे। संक्षेप में, दंड और पाप के बीच अनुपात के प्रश्न का उत्तर इस प्रकार दिया जा सकता है कि अनुपात बनाए रखने का प्रश्न सामाजिक और क़ानून द्वारा निर्धारित दंडों के बारे में उठाया जा सकता है। बेशक, ऐसे दंडों में क़ानून बनाने वाले को यह ध्यान रखना चाहिए कि दंड अपराध के अनुपात में हो; लेकिन उन दंडों में, जिनका कर्म के साथ सृष्टिगत संबंध होता है—अर्थात जो कर्म का वास्तविक परिणाम और सच्चा प्रभाव होते हैं—या उस दंड में, जिसका पाप के साथ तादात्म्य और एकता का संबंध है, यानी जो वास्तव में वही कर्म है, वहाँ अनुपात होने या न होने की चर्चा की कोई गुंजाइश नहीं रहती। बर्ट्रेंड रसेल, जो कहते हैं कि ऐसा ईश्वर कैसे हो सकता है जो हमें बहुत छोटे अपराधों के लिए बहुत बड़े दंड दे, यह नहीं समझ पाए कि आख़िरत और दुनिया का संबंध सामाजिक तथा क़ानूनी संबंधों जैसा नहीं है। रसेल जैसे लोग इस्लामी ज्ञान और सत्यों से दूर और अनजान हैं; उन्हें ईश्वरीय ज्ञान की वर्णमाला तक का परिचय नहीं है। रसेल जैसे लोगों का परिचय केवल ईसाई दुनिया से है। दर्शन और हाजी मिर्ज़ा अली आका (अल्लाह उनका दर्जा बुलंद करे) का पैग़म्बरे अकरम और उनके पाक परिवार के साथ बहुत गहरा और अत्यंत दृढ़ संबंध था। उन सब पर अल्लाह की दुआ और सलाम हो।</w:t>
      </w:r>
    </w:p>
    <w:p>
      <w:pPr>
        <w:jc w:val="left"/>
      </w:pPr>
      <w:r>
        <w:rPr>
          <w:rFonts w:ascii="Calibri" w:hAnsi="Calibri" w:cs="Calibri"/>
          <w:sz w:val="28"/>
          <w:szCs w:val="28"/>
          <w:rtl w:val="0"/>
        </w:rPr>
        <w:t>यह व्यक्ति एक ओर इज्तिहाद के स्तर के फ़क़ीह, दार्शनिक, सूफ़ी, चिकित्सक और साहित्यकार थे, और कुछ क्षेत्रों, जैसे प्राचीन चिकित्सा तथा साहित्य में, अपने समय के श्रेष्ठ लोगों में थे और क़ानून-ए-बू अली पढ़ाते थे; वहीं वे हज़रत सैयदुश्शुहदा (अ) के पवित्र दरबार के सेवकों में से थे; वे मिम्बर पर बैठते, उपदेश देते और शोकगीत सुनाते। बहुत कम लोग ऐसे थे जो इस विद्वान निष्ठावान और परहेज़गार व्यक्ति के मिम्बर के सामने बैठें और प्रभावित न हों। उपदेश और मार्गदर्शन करते समय, जब वे ईश्वर और आख़िरत का उल्लेख करते, तो स्वयं एक आध्यात्मिक और आत्मिक उथल-पुथल की स्थिति में होते। ईश्वर, उसके पैग़म्बर और पैग़म्बर के परिवार का प्रेम उन्हें पूरी तरह अपनी ओर खींच लेता था। ईश्वर के ज़िक्र से वे बदल जाते थे; वे ईश्वर के इस कथन के सच्चे उदाहरण थे: “वे लोग कि जब ईश्वर का उल्लेख किया जाता है तो उनके दिल काँप उठते हैं, और जब उनकी आयतें उन्हें सुनाई जाती हैं तो उनका ईमान बढ़ जाता है, और वे अपने पालनहार पर भरोसा करते हैं।” (अन्फ़ाल, 2) रसूले अकरम (स) या अमीरुल मोमिनीन (अ) का नाम लेते ही उनकी आँखों से आँसू बहने लगते थे। एक वर्ष हज़रत आयतुल्लाह बुरूजर्दी (अल्लाह उनका दर्जा बुलंद करे) ने उन्हें आशूरा के दस दिनों में अपने घर पर मिम्बर के लिए आमंत्रित किया। उनका मिम्बर ख़ास अंदाज़ का होता था; वे आम तौर पर नहजुल बलाग़ा से आगे नहीं बढ़ते थे। वे आयतुल्लाह के घर में मिम्बर पर बैठते और उस मजलिस को, जिसके अधिकतर लोग विद्वान और धार्मिक विद्यार्थी थे, इस तरह प्रभावित कर देते कि उनके मिम्बर की शुरुआत से अंत तक आँसुओं के बहने और कंधों के हिलने के अलावा कुछ दिखाई नहीं देता था। दिव्य न्याय, 214। इस्लामी रहस्यवाद और इस्लाम की उच्च शिक्षाओं के बारे में उन्हें तनिक भी जानकारी नहीं है। इस्लामी और पूर्वी अर्थों में दर्शन के लिहाज़ से, इस्लामी ज्ञान से थोड़ी-सी भी परिचित किसी व्यक्ति की नज़र में रसेल प्राथमिक विद्यालय का बच्चा भी नहीं गिने जाते। इस्लाम ने अपनी गोद में महान पुरुषों को पाला है, जिन्होंने इसी संसार में रहते हुए आख़िरत की दुनिया से परिचय प्राप्त किया और ऐसी वास्तविकताओं को छू लिया जो “रसेल” जैसे लोगों की कल्पना से परे हैं। क़ुरआन के विद्यालय के शिष्यों ने इस सत्य को भली-भाँति सीखा है कि आख़िरत का प्रतिफल दुनिया के कर्मों का ही रूप है; वह कर्म से अलग कोई चीज़ नहीं। मौलवी के कुछ अशआर हैं जो इस सत्य को बयान करते हैं, और उपदेश तथा स्मरण के लिए उन्हें उद्धृत करना हमारे लिए भी उचित है। वे कहते हैं: ऐ यूसुफ़ों के वस्त्र फाड़ने वाले, तू एक-एक करके भेड़िया बन गया है; तेरे स्वभाव वही हैं—जिसे हर दिन बुनता है, उसे पहन ले। अगर काँटे से घायल हुआ है, तो उसे तूने ख़ुद बोया है; जब तेरे हाथ से अत्याचार सहने वाले पर घाव उगा, तो ये साँप जैसे बोल… …मैंने तुझे भेड़िया बनाया; इस गहरी नींद से जागकर तू भेड़िया बनकर उठेगा। क्रोध से तेरे अंग उस चीज़ को नोच डालेंगे, जिसे तू… …हर साल करता है, उसी का स्वाद चख। और अगर तूने रेशम और रेशमी कपड़ा काता है, तो तूने उसे ख़ुद काता है; वह पेड़ बन गया और उससे… …चित्र उगे और वह तेरी गर्दन पकड़ लेगा। motahari.ir * लोभ से भरा, कूड़ा और मुर्दार खाने वाला; व्यभिचारियों के अंग दुर्गंधयुक्त… …उनकी छिपी देह से ऐसी छिपी दुर्गंध आती है जो दिलों तक पहुँचती है। मनुष्य का अस्तित्व एक वन है, जिसका बाहरी और भीतरी रूप, यदि… …एक हो, तो हमारे अस्तित्व में हज़ारों भेड़िये और सूअर हैं; हुकूमत उसी स्वभाव की होती है जो अधिक प्रबल हो। तुम्हारे अस्तित्व में जो स्वभाव प्रबल है… …क़यामत के दिन तुम्हारा रूप सूअर का होगा। शराब पीने वालों के मुँह दुर्गंधयुक्त होंगे; हश्र में यह बात प्रत्यक्ष और स्पष्ट हो जाएगी। सावधान रहो इस अस्तित्व से; मनुष्य की मुक्ति के बारे में किसी को संदेह नहीं… नेक और… …बदकिरदार, अच्छा और बदसूरत—जब सोना ताँबे से अधिक हो, तो वही सोना है; उसी रूप में… …तुम्हारा हश्र अनिवार्य है। ऐसे शिष्यों वाले क़ुरआन की प्रशंसा हो! अगर क़ुरआन न होता, तो मौलवी, हाफ़िज़, सनाई अत्तार, सादी और उनके जैसे लोग अस्तित्व में न आते। ईरानी प्रतिभा इस्लाम के प्रकाश से खिल उठी, और यह ईरान के लिए पर्याप्त गौरव है कि वह इस्लामी ज्ञान को किसी भी अन्य क़ौम से बेहतर ग्रहण कर सका। 215 आख़िरत की सजाएँ — इस विषय पर अपनी बात सादी की सुंदर नसीहतों के साथ समाप्त करते हैं: इस काँटेदार पौधे से खजूर नहीं खाए जा सकते, जिसे हमने बोया है। पापों की पट्टी पर हमने कोई माफ़ी की दलील नहीं लिखी। बुढ़ापा और जवानी रात और दिन की तरह गुज़र गए; आश्चर्य है कि उस दिन हमारा कोई सहारा होगा! अगर आका क़यामत के दिन शफ़ाअत न करें, तो ब्रोकेड उस ऊन से नहीं बुना जा सकता जिसे हमने काता है; हमने बड़े पापों के बगल में कोई नेकियाँ नहीं लिखीं। रात हुई और दिन निकल आया, और हम जागे नहीं। आज हम किसी के सहारे या पनाह में नहीं हैं। शायद हम श्रृंगार करने वाली से नाराज़ न हों, क्योंकि हम बदसूरत हैं।</w:t>
      </w:r>
    </w:p>
    <w:p>
      <w:pPr>
        <w:jc w:val="left"/>
      </w:pPr>
      <w:r>
        <w:rPr>
          <w:rFonts w:ascii="Calibri" w:hAnsi="Calibri" w:cs="Calibri"/>
          <w:sz w:val="28"/>
          <w:szCs w:val="28"/>
          <w:rtl w:val="0"/>
        </w:rPr>
        <w:t>motahari.ir शफ़ाअत notahari.in motahari.ir ईश्वरीय न्याय की चर्चा में जिन विषयों को प्रस्तुत करके उन पर चर्चा और शोध किया जाना चाहिए, उनमें शफ़ाअत का विषय भी है। शफ़ाअत के बारे में मतभेद और चर्चाएँ हैं, और ख़ास तौर पर वहाबी पंथ के उदय के बाद इसका बाज़ार और भी गर्म हो गया है। वहाबी पंथ का संबंध मुहम्मद बिन अब्दुल वहाब से है और आजकल यह लगभग सऊदी सरकार का आधिकारिक धर्म माना जाता है। यह ऐसा पंथ है जो बहुत सतही और बाहरी ढंग से इबादत में तौहीद की बात करता है और इसी कारण इस्लाम की अनेक सूक्ष्म और उच्च शिक्षाओं को नकारता है। वहाबियों की समर्थित तौहीद, अशआरियों की तौहीद की तरह, इस्लाम के अनेक मूल सिद्धांतों के विरुद्ध है। शफ़ाअत पर एतराज़ के रूप में कही गई या कही जा सकने वाली बातों का सार यह है: शफ़ाअत पर एतराज़ के रूप में कही गई या कही जा सकने वाली बातों का सार यह है: शफ़ाअत इबादत में तौहीद के विपरीत है और इस पर विश्वास करना एक प्रकार का शिर्क है। यही वह एतराज़ है जिसे वहाबी उठाते हैं और शिया समुदाय में भी वहाबी विचारधारा रखने वाले कुछ लोग इससे प्रभावित हुए हैं। आश्चर्य है कि ईरान जैसे देश में, जहाँ लोगों के बीच नहजुल बलाग़ा के कथन कमोबेश प्रचलित हैं और जहाँ इब्ने सीना जैसे दार्शनिक बू अली 220 ईश्वरीय न्याय — शफ़ाअत न केवल इबादत में तौहीद के अनुरूप नहीं है, बल्कि तौहीद-ए-ज़ाती के भी विरुद्ध है, क्योंकि शफ़ाअत पर विश्वास करने का अर्थ यह है कि शफ़ाअत करने वाले की दया और करुणा को ईश्वर की दया से अधिक और व्यापक माना जाए; क्योंकि मान लिया गया है कि यदि शफ़ाअत न हो, तो ईश्वर पापी को दंडित करेगा। शफ़ाअत पर विश्वास करना पाप की ओर झुकने वाले मन को दुस्साहसी बनाता है, बल्कि उसे पाप करने के लिए प्रोत्साहित करता है। पवित्र क़ुरआन ने शफ़ाअत को अमान्य और अस्वीकृत माना है। क़ुरआन पुनरुत्थान के दिन का परिचय इस प्रकार देता है: उस दिन कोई भी किसी दूसरे का बचाव नहीं करेगा और शफ़ाअत भी नहीं होगी। शफ़ाअत उस सिद्धांत के विरुद्ध है जिसे पवित्र क़ुरआन ने स्थापित किया है—कि हर व्यक्ति की ख़ुशी उसके अपने कर्म पर निर्भर है, और उसने कहा है: “मनुष्य के लिए वही है जिसके लिए उसने प्रयास किया”—यह इस सिद्धांत के विरुद्ध है। शफ़ाअत को सही मानने का अर्थ है कि हम विश्वास करें कि ईश्वर शफ़ाअत करने वाले से प्रभावित होता है और उसका क्रोध दया में बदल जाता है, जबकि ईश्वर प्रभावित होने वाला नहीं है। उसमें अवस्था-परिवर्तन नहीं होता और कोई भी कारक उस पर प्रभाव नहीं डाल सकता; परिवर्तनशीलता ईश्वर के अस्तित्व की अनिवार्यता के विरुद्ध है। शफ़ाअत एक प्रकार से अपवाद मानना, पक्षपात और अन्याय है, जबकि ईश्वर के विधान में अन्याय नहीं है। दूसरे शब्दों में, शफ़ाअत ईश्वर के क़ानून में अपवाद है, जबकि ईश्वर के क़ानून सार्वभौमिक, अपरिवर्तनीय और अपवादरहित हैं; “तुम अल्लाह की रीति में कोई परिवर्तन नहीं पाओगे।” यही वह एतराज़ है जो शफ़ाअत की चर्चा को ईश्वरीय न्याय से जोड़ता है और इसी दृष्टिकोण से शफ़ाअत का प्रश्न इस पुस्तक के विषयों में शामिल किया गया है। एतराज़ का आशय यह है कि निस्संदेह शफ़ाअत अपराध करने वाले सभी लोगों के लिए नहीं होगी, क्योंकि ऐसा होने पर न तो क़ानून का कोई अर्थ रह जाएगा और न ही शफ़ाअत का। शफ़ाअत का स्वभाव ही पक्षपात और अपवाद से जुड़ा है; एतराज़ भी इसी आधार पर है कि यह कैसे उचित हो सकता है कि और ख़्वाजा नसीर तथा सद्र-उल-मुतअल्लिहीन उनके बीच प्रकट हुए और उन्होंने तौहीद के प्रश्नों की सर्वोच्च रूप में गहराई से जाँच-पड़ताल की; आज ऐसे लोग मिलते हैं जो तौहीद का पाठ अभी इब्ने तैमिया और मुहम्मद बिन अब्दुल वहाब जैसे लोगों से सीखना चाहते हैं। बक़रा 48 और 123 2. नज्म/39; फ़त्ह/23</w:t>
      </w:r>
    </w:p>
    <w:p>
      <w:pPr>
        <w:jc w:val="left"/>
      </w:pPr>
      <w:r>
        <w:rPr>
          <w:rFonts w:ascii="Calibri" w:hAnsi="Calibri" w:cs="Calibri"/>
          <w:sz w:val="28"/>
          <w:szCs w:val="28"/>
          <w:rtl w:val="0"/>
        </w:rPr>
        <w:t>शफ़ाअत २२१ अपराधियों को दो समूहों में बाँट दिया जाए—एक समूह इसलिए कि उसके पास पहुँच है, दंड के पंजे से बच निकले, और दूसरा इसलिए कि उसके पास पहुँच नहीं है, दंड में फँस जाए? मानव समाजों में हम उन समाजों को, जहाँ क़ानून पक्षपात का शिकार हो, भ्रष्ट, पतित और न्याय से रहित मानते हैं; ईश्वरीय व्यवस्था में पक्षपात को मानना कैसे संभव हो सकता है?! जिस समाज में भी शफ़ाअत हो, वहाँ न्याय नहीं होता। क़ानून की कमज़ोरी तथा समाज में धन, पहुँच और बल—इन तीन कारकों का प्रभाव उसकी अक्षमता और क़ानून की कमज़ोरी का संकेत है। जब क़ानून कमज़ोर होता है, तो स्वाभाविक रूप से वह शक्तिशाली और बलवानों पर हावी नहीं हो सकता; वह अपना प्रताप केवल कमज़ोरों पर दिखाता है। कमज़ोर क़ानून कमज़ोर अपराधियों को फँसाकर दंड के कटघरे तक ले आता है, लेकिन अपराधी बलवानों को फँसाने में असमर्थ रहता है। क़ुरआन ईश्वरीय नियमों को शक्तिशाली और सुदृढ़ क़ानून बताता है तथा न्यायालय में धन, पहुँच और बल के प्रभाव को नकारता है। क़ुरआन में धन के लिए ‘अदल’ शब्द आया है—‘अदूल’ धातु से, क्योंकि जब इसे रिश्वत के रूप में दिया जाता है, तो यह अधिकार और सत्य से हटने तथा विचलित होने का कारण बनता है; अथवा ‘अदल’ का अर्थ ‘बदला’ और ‘समतुल्य’ है। पहुँच के लिए शफ़ाअत और बल के लिए सहायता का उल्लेख किया गया है। सूरह बक़रा की आयत ४८ में हम इस प्रकार पढ़ते हैं: motahari.ir «और उस दिन से डरो, जब कोई प्राणी किसी दूसरे के कुछ भी काम न आएगा, न उससे कोई शफ़ाअत स्वीकार की जाएगी, न उससे कोई बदला लिया जाएगा और न उन्हें सहायता दी जाएगी।» सावधान रहो उस दिन से, जब कोई किसी दूसरे का बचाव नहीं करेगा, शफ़ाअत भी स्वीकार नहीं होगी और किसी से अपराध के बदले या उसके समतुल्य के रूप में धन भी नहीं लिया जाएगा, और सहायता करना संभव नहीं होगा। अर्थात् आख़िरत की व्यवस्था मानव समाज की व्यवस्था जैसी नहीं है कि कभी मनुष्य क़ानून से बचने के लिए पहुँच या धन का सहारा ले और कभी अपने क़बीले तथा परिवार को सहायता के लिए बुलाए, और वे क़ानून लागू करने वालों के सामने अपनी ताक़त का इस्तेमाल करें। इस्लाम के आरंभिक दौर में मुसलमानों के समाज में क़ानून मज़बूत था; वह शासकों के निकटजनों और रिश्तेदारों को भी अपनी पकड़ में लेता था। जब अली (उन पर शांति हो) को पता चला कि उनकी बेटी ने मुसलमानों के बैतुलमाल से २२२ ईश्वरीय न्याय एक हार उधार—हालाँकि गारंटी की शर्त के साथ—लिया था और त्योहार के दिन उसका उपयोग किया था, तो उन्होंने उसे कड़ी फटकार लगाई और बिल्कुल गंभीर स्वर में कहा: यदि तुमने उसे गारंटी सहित उधार न लिया होता, तो मैं तुम्हारा हाथ काट देता— अर्थात् तुम्हारे मामले में चोर की हद लागू करता। इसी तरह, जब उनके चचेरे भाई और विद्वान सहायक इब्ने अब्बास ने कोई ग़लती की, तो उन्होंने उसे पत्र लिखा और उस पर कड़े से कड़े शब्दों में प्रहार किया। उन्होंने लिखा: यदि तुम अपनी ग़लती से बाज़ न आए, तो मैं अपनी तलवार से तुम्हें अनुशासित करूँगा—उस तलवार से, जिससे मैंने किसी को नहीं मारा, सिवाय इसके कि वह जहन्नम में जा पहुँचा। अर्थात् तुम जानते हो कि मेरी तलवार केवल नरकवासियों पर ही गिरती है; और तुम्हारे इस काम ने तुम्हें नरक का अधिकारी और मेरी तलवार का पात्र बना दिया है। फिर यह जताने के लिए कि उनका न्याय किसी के लिए अपवाद स्वीकार नहीं करता, वे कहते हैं: ख़ुदा की क़सम, यदि हसन और हुसैन (उन दोनों पर शांति हो) भी यह अपराध करते, तो मैं उनके साथ भी रियायत न करता। यह इस्लाम का आरंभिक दौर था और क़ानून लागू करने वाले स्वयं अमीरुलमोमिनीन थे—आश्चर्य की बात नहीं; यदि आप जानना चाहते हैं कि वह व्यवस्था, जिसे पैग़म्बर (उन पर और उनके परिवार पर शांति हो) ने शुरू किया था, कहाँ तक आगे बढ़ चुकी थी और किन लोगों को न्याय के चाबुक के नीचे ले आती थी, तो निम्नलिखित घटना पर ध्यान दें। अम्र इब्ने आस, उमर की ओर से मिस्र के शासक थे। एक दिन अम्र इब्ने आस के बेटे ने प्रजा के एक व्यक्ति को थप्पड़ मारा। पीड़ित व्यक्ति अम्र इब्ने आस के पास शिकायत लेकर गया, लेकिन उन्होंने उस पर ध्यान नहीं दिया। यह स्वाभिमानी व्यक्ति मदीना पहुँचा और उमर के पास जाकर अपनी शिकायत प्रस्तुत की। उमर ने अम्र इब्ने आस और उसके बेटे को बुलवाकर मुक़दमा चलाया। इस मुक़दमे में एक ऐतिहासिक वाक्य अल-बिहार अल-अनवार, कंपनी संस्करण, खंड ९, पृष्ठ ५०३; नहजुल बलाग़ा, पत्र ४१। शफ़ाअत २२३, में उद्धृत उमर का है। अम्र इब्ने आस और उसके बेटे से उन्होंने कहा: «तुमने लोगों को कब से अपना ग़ुलाम बना लिया, जबकि उनकी माताओं ने उन्हें स्वतंत्र जन्म दिया है?» फिर उन्होंने क़िसास लागू करने का आदेश दिया। उमर ने अपने बेटे के साथ भी इसी तरह व्यवहार किया; जब यह साबित हो गया कि उसके बेटे ने शराब पी थी, तो उन्होंने उस पर ईश्वरीय हद लागू की। ये वही न्यायपूर्ण मूल्य थे, जो पैग़म्बर (उन पर और उनके परिवार पर शांति हो) ने मुसलमानों को सिखाए थे, और मुसलमान उन्हें अभी तक भूले नहीं थे। दूसरे शब्दों में, यह वह पहिया था जिसे पैग़म्बर ने गति दी थी और जो लंबे समय तक कमोबेश उसी रूप में घूमता रहा। शफ़ाअत के प्रकार: सत्य यह है कि शफ़ाअत के कई प्रकार हैं; उनमें से कुछ ग़लत और अन्यायपूर्ण हैं, और ईश्वरीय व्यवस्था में मौजूद नहीं हैं, जबकि कुछ सही और न्यायसंगत हैं तथा मौजूद हैं। ग़लत शफ़ाअत क़ानून को तोड़ने वाली और उसके विरुद्ध है, लेकिन सही शफ़ाअत क़ानून की रक्षा करती और उसका समर्थन करती है। ग़लत शफ़ाअत वह है जिसमें कोई व्यक्ति पक्षपात के ज़रिए क़ानून के लागू होने को रोकना चाहता है। शफ़ाअत की ऐसी कल्पना के अनुसार, अपराधी क़ानून बनाने वाले की इच्छा और क़ानूनों के उद्देश्य के विरुद्ध कार्य करता है और पहुँच का सहारा लेकर क़ानून बनाने वाले की इच्छा तथा क़ानून के उद्देश्य पर हावी हो जाता है। इस प्रकार की शफ़ाअत दुनिया में अन्याय है और आख़िरत में असंभव। शफ़ाअत पर जो आपत्तियाँ की जाती हैं, वे इसी प्रकार की शफ़ाअत पर लागू होती हैं, और यही वह शफ़ाअत है जिसे पवित्र क़ुरआन ने नकारा है। सही शफ़ाअत शफ़ाअत का एक अन्य प्रकार है, जिसमें न अपवाद और भेदभाव है, न क़ानूनों का उल्लंघन, और न ही यह क़ानून बनाने वाले की इच्छा पर हावी होने को आवश्यक बनाती है। क़ुरआन ने इस प्रकार की शफ़ाअत का स्पष्ट रूप से समर्थन किया है। सही शफ़ाअत के भी कई प्रकार हैं, जिनका हम शीघ्र ही विस्तार से वर्णन करेंगे।</w:t>
      </w:r>
    </w:p>
    <w:p>
      <w:pPr>
        <w:jc w:val="left"/>
      </w:pPr>
      <w:r>
        <w:rPr>
          <w:rFonts w:ascii="Calibri" w:hAnsi="Calibri" w:cs="Calibri"/>
          <w:sz w:val="28"/>
          <w:szCs w:val="28"/>
          <w:rtl w:val="0"/>
        </w:rPr>
        <w:t>224 ईश्वरीय न्याय के क़ानून का उल्लंघन: शफ़ाअत का वह ग़लत प्रकार, जिसे तर्क और धर्मग्रंथों के प्रमाणों के आधार पर अस्वीकार किया गया है, यह है कि पापी कोई ऐसा माध्यम जुटा सके, जिसके ज़रिए वह ईश्वरीय आदेश के प्रभाव को रोक दे। ठीक उसी तरह, जैसे पतित मानव समाजों में पक्षपात के ज़रिए होता है। आम लोगों में बहुत-से लोग शफ़ाअत के बारे में पैग़म्बरों और इमामों (उन पर शांति हो) को ऐसा ही समझते हैं; वे सोचते हैं कि पैग़म्बर-ए-अकरम (उन पर और उनके परिवार पर शांति हो), अमीरुल मोमिनीन अली (अ) और हज़रत फ़ातिमा (उन पर शांति हो) तथा पाक इमाम, विशेषकर इमाम हुसैन (अ), ऐसे प्रभावशाली लोग हैं जो ईश्वर के दरबार में अपना प्रभाव चलाते हैं, ईश्वर की इच्छा बदल देते हैं और क़ानून का उल्लंघन करते हैं। जाहिलियत के दौर के अरब भी ईश्वर का साझीदार बनाए गए अपने बुतों के बारे में यही धारणा रखते थे; वे कहते थे कि सृष्टि केवल ईश्वर के हाथ में है और इस काम में कोई उसका साझीदार नहीं, लेकिन दुनिया के संचालन में बुत उसके साथ साझीदार हैं। जाहिलियत के अरबों का शिर्क सृष्टिकर्ता के बारे में नहीं, बल्कि ‘रब’ के बारे में था। हम जानते हैं कि मनुष्यों में कभी-कभी कोई व्यक्ति कोई संस्था बनाता है, लेकिन उसका संचालन किसी दूसरे को सौंप देता है, या स्वयं भी उस संस्था के संचालन में दूसरों के साथ साझेदारी करता है। ईश्वर, संसार और संसार के संचालन के बारे में बहुदेववादियों की धारणा ऐसी ही थी। पवित्र क़ुरआन ने इसका कड़ा विरोध किया और बार-बार ऐलान किया कि ईश्वर का कोई साझीदार नहीं है, न सृष्टि-रचना में और न प्रभुत्व में; वही अकेला संसार का रचयिता भी है और उसका संचालन करने वाला भी। संसार का स्वामित्व और बादशाहत उसी के लिए विशिष्ट है और वही समस्त संसारों का पालनहार है। बहुदेववादी यह सोचते थे कि संसार का प्रभुत्व ईश्वर और उसके अलावा दूसरों के बीच बाँटा हुआ है, इसलिए वे यह ज़रूरी नहीं समझते थे कि ‘अल्लाह’ की प्रसन्नता और संतोष प्राप्त करने की कोशिश करें। वे कहते थे कि क़ुर्बानियों और पूजा-अर्चना के ज़रिए, जो हम बुतों के सामने करते हैं, हम दूसरे ‘रबों’ की प्रसन्नता प्राप्त कर सकते हैं और उनकी अनुकूलता हासिल कर सकते हैं, भले ही यह ‘अल्लाह’ की प्रसन्नता के विरुद्ध हो; यदि हम इन्हें प्रसन्न कर लें, तो ये किसी तरह ‘अल्लाह’ के यहाँ हमारा काम बना देंगे। यदि मुसलमानों में भी कोई यह मान ले कि ईश्वर के प्रभुत्व के राज-दरबार के साथ-साथ एक और राज-दरबार भी है, जो उसके सामने सक्रिय है, तो यह शफ़ाअत में शिर्क के सिवा कुछ नहीं होगा। यदि कोई यह समझे कि परमेश्वर की प्रसन्नता प्राप्त करने का एक रास्ता है और मान लो, इमाम हुसैन (अ) की प्रसन्नता प्राप्त करने का कोई दूसरा रास्ता है, और इन दोनों में से हर एक अलग-अलग मनुष्य की मुक्ति सुनिश्चित कर सकता है, तो वह बड़ी गुमराही में पड़ गया है। इस ग़लत धारणा में यह कहा जाता है कि ईश्वर कुछ चीज़ों से और इमाम हुसैन (अ) दूसरी चीज़ों से प्रसन्न होते हैं। ईश्वर नमाज़, रोज़ा, हज, जिहाद, ज़कात, सच्चाई, नेक आचरण, लोगों की सेवा और माता-पिता के साथ भलाई जैसे अनिवार्य काम करने से और झूठ, अत्याचार, चुग़ली, शराब पीने और व्यभिचार जैसे पापों से बचने से प्रसन्न होता है, लेकिन इमाम हुसैन (अ) को इन कामों से कोई सरोकार नहीं; वे तो, उदाहरण के लिए, अपने युवा बेटे अली अकबर (अ) के लिए रोने या कम-से-कम रोने का अभिनय करने से प्रसन्न होते हैं; इमाम हुसैन का हिसाब ईश्वर के हिसाब से अलग है। इस विभाजन के बाद यह नतीजा निकाला जाता है कि ईश्वर की प्रसन्नता हासिल करना कठिन है, क्योंकि बहुत-से काम करने पड़ते हैं, तब जाकर वह प्रसन्न होता है; लेकिन इमाम हुसैन (अ) को प्रसन्न करना आसान है—बस रोना और मातम में सीना पीटना है। और जब इमाम हुसैन (अ) प्रसन्न हो जाते हैं, तो ईश्वर के दरबार में उनका प्रभाव होता है; वे शफ़ाअत करते हैं और सारे काम ठीक कर देते हैं। नमाज़, रोज़े, हज, जिहाद और अल्लाह की राह में ख़र्च करने का हिसाब, जो हमने नहीं किया, सब साफ़ हो जाता है और हमारे सारे पाप एक फूँक से मिट जाते हैं। शफ़ाअत की ऐसी कल्पना न केवल झूठी और ग़लत है, बल्कि प्रभुत्व में शिर्क भी है, और इमाम हुसैन (अ) के पवित्र व्यक्तित्व का अपमान भी, जिनका सबसे बड़ा गौरव ईश्वर की इबादत और बंदगी है। इसी तरह उनके पूज्य पिता ग़ुलात के आरोपों पर बहुत नाराज़ होते थे और उनकी बातों से परमेश्वर की शरण माँगते थे। इमाम हुसैन (अ) इसलिए शहीद नहीं हुए कि—ईश्वर न करे—ईश्वर के राज-दरबार के सामने कोई और दरबार या उनके नाना, अल्लाह के रसूल, की शरीअत के सामने कोई और व्यवस्था बनाई जाए, या ईश्वर के क़ानून से बच निकलने का रास्ता दिखाया जाए। उनकी शहादत का उद्देश्य इस्लाम के व्यावहारिक कार्यक्रम और क़ुरआन के क़ानून को कमज़ोर करना नहीं था। इसके विपरीत, वे नमाज़ और ज़कात तथा इस्लाम के दूसरे नियमों को स्थापित करने के लिए जीवन से विरक्त हुए और शहादत स्वीकार की। स्वयं हज़रत अपने आंदोलन के उद्देश्य के बारे में फ़रमाते हैं: “और मैं विद्रोह, अहंकार, फ़साद या ज़ुल्म के लिए नहीं निकला, बल्कि अपने नाना की उम्मत में सुधार की तलाश में निकला हूँ; मैं भलाई का आदेश देना और बुराई से रोकना चाहता हूँ।” मैं हवस और पद-लालसा से विद्रोह नहीं कर रहा हूँ; मेरा निकलना और उठ खड़ा होना मेरे नाना की उम्मत में सुधार के उद्देश्य से है। मैं भलाई का आदेश देना और बुराई से रोकना चाहता हूँ। नफ़सुल-महमूम, पृष्ठ 45।</w:t>
      </w:r>
    </w:p>
    <w:p>
      <w:pPr>
        <w:jc w:val="left"/>
      </w:pPr>
      <w:r>
        <w:rPr>
          <w:rFonts w:ascii="Calibri" w:hAnsi="Calibri" w:cs="Calibri"/>
          <w:sz w:val="28"/>
          <w:szCs w:val="28"/>
          <w:rtl w:val="0"/>
        </w:rPr>
        <w:t>226. ईश्वरीय न्याय। और हम भी उनकी ज़ियारत में उनसे यूँ कहते हैं: मैं गवाही देता हूँ कि आपने नमाज़ क़ायम की, ज़कात अदा की, भलाई का आदेश दिया, बुराई से रोका, अल्लाह की राह में वैसा जिहाद किया जैसा उसका हक़ था, और उसकी किताब के अनुसार अमल किया और उसके पैग़म्बर की सुन्नतों का अनुसरण किया।” क़ानून की रक्षा। अब देखें कि सही शफ़ाअत क्या है। सही शफ़ाअत, जो क़ानून की पुष्टि करती है और व्यवस्था की रक्षा करती है, तथा जिसके अस्तित्व को शिया और सुन्नी स्रोतों की अनेक आयतें और रिवायतें प्रमाणित करती हैं, दो प्रकार की है: 1. नेतृत्व की शफ़ाअत या कर्म की शफ़ाअत। 2. क्षमा की शफ़ाअत या कृपा की शफ़ाअत। पहला प्रकार वह शफ़ाअत है जिसमें अज़ाब से मुक्ति, नेकियाँ प्राप्त होना और यहाँ तक कि दर्जों का ऊँचा होना शामिल है, जबकि दूसरा प्रकार वह शफ़ाअत है जिसका प्रभाव अज़ाब को दूर करने और गुनाहों की क्षमा में होता है, और अधिक से अधिक यह नेकियाँ तथा सवाब प्राप्त होने का कारण भी बन सकती है, लेकिन व्यक्ति का दर्जा ऊँचा नहीं करेगी। यही वह शफ़ाअत है जिसके बारे में पैग़म्बर-ए-अकरम (सल्लल्लाहु अलैहि व आलेहि व सल्लम) ने फ़रमाया है: “मैंने अपनी शफ़ाअत अपनी उम्मत के उन लोगों के लिए सुरक्षित रखी है जिन्होंने बड़े गुनाह किए हैं; नेक लोगों के लिए कोई पूछताछ नहीं।” मैंने अपनी शफ़ाअत अपनी उम्मत के उन गुनाहगारों के लिए रख छोड़ी है जिन्होंने बड़े गुनाह किए हैं; लेकिन नेक लोगों से कोई हिसाब नहीं लिया जाएगा। नेतृत्व की शफ़ाअत। इस प्रकार की शफ़ाअत को समझाने के लिए उस बात को याद करना ज़रूरी है जिस पर हमने पिछले भाग में “आख़िरत का अज़ाब” शीर्षक के अंतर्गत विचार किया था। उस चर्चा में हमने कहा था कि वे कर्म और काम, जिन्हें इंसान इस दुनिया में करता है, दूसरी दुनिया में मूर्त और साकार रूप धारण कर लेते हैं और उनकी वास्तविकता प्रत्यक्ष हो जाती है। अब हम यह जोड़ते हैं कि आख़िरत में केवल कर्म ही मूर्त नहीं होंगे, बल्कि संबंध भी मूर्त रूप धारण करेंगे; वे आध्यात्मिक संबंध जो—बिहारुल अनवार, खंड 8, पृष्ठ 34 और 62; शफ़ाअत, पृष्ठ 227—इस दुनिया में लोगों के बीच क़ायम हैं, उस दुनिया में प्रत्यक्ष और मलाकूती रूप ले लेंगे। जब एक इंसान दूसरे इंसान को मार्ग दिखाता है, तो उनके बीच नेतृत्व और अनुसरण का संबंध क़यामत में प्रत्यक्ष रूप धारण कर लेता है; मार्गदर्शक नेता और मार्ग पा चुका व्यक्ति अनुयायी के रूप में सामने आता है। गुमराह करने और बहकाने के मामले में भी यही बात है। [21] पवित्र क़ुरआन फ़रमाता है: “जिस दिन हम हर समुदाय को उसके इमाम के साथ बुलाएँगे।”  अर्थात हर व्यक्ति को उसके अपने नेता के साथ बुलाया जाएगा—उस व्यक्ति के साथ जो व्यवहार में उसका आदर्श और प्रेरणा-स्रोत रहा हो। आख़िरत में अपनी क़ौम के प्रति फ़िरऔन के नेतृत्व के मूर्त रूप के बारे में फ़रमाया है: “वह क़यामत के दिन अपनी क़ौम के आगे चलेगा और उन्हें आग में ले जाएगा।” फ़िरऔन, जो इस दुनिया में गुमराह था और गुमराहों का नेता था, और उसकी क़ौम के दूसरे गुमराह लोग जिसके पदचिह्नों पर चलते थे, उस दुनिया में भी उनके अगुआ और इमाम के रूप में मूर्त हो जाएगा। फ़िरऔन अपनी क़ौम के लिए दुनिया और आख़िरत, दोनों में शफ़ीअ और मध्यस्थ है; वह ऐसा शफ़ीअ है जो दुनिया में गुनाहों और गुमराही का कारण बना, और आख़िरत में जहन्नम तथा आग तक पहुँचाने का माध्यम है। उसका शफ़ीअ और मध्यस्थ बनकर आख़िरत में अपनी क़ौम को जहन्नम ले जाना, इस दुनिया में अपनी क़ौम को गुमराह करने में मध्यस्थ होने का मूर्त रूप है। क़ुरआन की अभिव्यक्ति में एक दिलचस्प बात यह है कि वह कहता है कि फ़िरऔन अपनी क़ौम को उस दुनिया में जहन्नम में दाख़िल करेगा। अपनी इस अभिव्यक्ति से क़ुरआन अपने अनुयायियों को गुमराह करने में फ़िरऔन के प्रभाव के मूर्त रूप की ओर ध्यान दिलाता है, और कहता है कि जिस तरह दुनिया में फ़िरऔन ने उन्हें गुमराही में दाख़िल किया, उसी तरह आख़िरत में उन्हें जहन्नम में दाख़िल करेगा; बल्कि उस दुनिया में उन्हें जहन्नम में दाख़िल करना, ठीक इसी दुनिया में उन्हें गुमराही में डालने का प्रकट होना और मूर्त रूप लेना है। 1. इसरा, 71; 2. हूद, 98। 228. ईश्वरीय न्याय। यह स्पष्ट है कि जिस तरह इस दुनिया में सत्य और असत्य के हर नेतृत्व की शाखाएँ और विभाजन हैं, उसी तरह दूसरी दुनिया में भी होंगे। उदाहरण के लिए, वे सभी लोग जिन्होंने मार्गदर्शन के प्रकाश से पैग़म्बर-ए-अकरम की रोशनी पाई है और उस मुबारक हस्ती की शरीअत से लाभ उठाया है, उनके पीछे चलेंगे। हमारी जानें उनके क़दमों पर न्योछावर हों—वे नेक लोगों के ध्वजवाहक हैं और क़यामत में प्रशंसा का ध्वज (लिवाउल-हम्द) अपने हाथ में रखेंगे। शफ़ाअत के इसी अर्थ में पैग़म्बर-ए-अकरम अमीरुल-मोमिनीन (उन पर सलाम हो) और हज़रत फ़ातिमा (उन पर सलाम हो) के शफ़ीअ हैं, और वे हसनैन (उन दोनों पर सलाम हो) के शफ़ीअ हैं; हर इमाम दूसरे इमाम तथा अपने शिष्यों और अनुयायियों का शफ़ीअ है। यह क्रम बना रहता है। अन्य सभी मासूमों को जो कुछ मिला है, वह पैग़म्बर-ए-अकरम के माध्यम से मिला है। इसी सिलसिले में आलिम भी उन लोगों के लिए शफ़ाअत करते हैं जिन्हें उन्होंने शिक्षा और मार्गदर्शन दिया है। एक जुड़ी हुई और अनेक शाखाओं वाली श्रृंखला बनती है, जिसमें छोटे समूह बड़े समूहों से जुड़ते जाते हैं और श्रृंखला के शीर्ष पर पैग़म्बर-ए-अकरम सबसे आगे बढ़ते हैं। हर उम्मत के आज्ञापाल्य शफ़ीअ, उदार नबी आत्माएँ आगे और सारे दिल उनके पीछे हैं; सब आत्माओं ने उनका दामन थाम रखा है। वह इस दुनिया और उस दुनिया, दोनों में शफ़ीअ हैं। यह दुनिया कहती है: “तुम उन्हें राह दिखाओ”; प्रकट और गुप्त, दोनों में उनका तरीक़ा यही है। उनकी साँस से दोनों द्वार खुलते हैं; अपनी उदारता के कारण वह ख़ातम बने हैं। उनकी जान पर लाखों सलाम और प्रशंसाएँ हों। उनके सौभाग्यशाली ख़लीफ़ा-संतान, यदि बग़दाद से हों या हेरात से, या रय से—जिस जगह भी फूल की शाखा उगती है, वह फूल ही है। इस दुनिया में दीन में और वहाँ जन्नत में, उस दूसरी दुनिया में वह कहेगा: “तुम उन्हें मार्ग दिखाओ। मेरी क़ौम को राह दिखाओ, वे नहीं जानते।” दोनों जहानों में उनकी दुआ स्वीकार होती है। उनके जैसा न कोई हुआ है, न होगा। उनके क़दमों और उनकी संतान के दौर में वे उनकी आत्मा और हृदय के तत्व से जन्मे हैं।</w:t>
      </w:r>
    </w:p>
    <w:p>
      <w:pPr>
        <w:jc w:val="left"/>
      </w:pPr>
      <w:r>
        <w:rPr>
          <w:rFonts w:ascii="Calibri" w:hAnsi="Calibri" w:cs="Calibri"/>
          <w:sz w:val="28"/>
          <w:szCs w:val="28"/>
          <w:rtl w:val="0"/>
        </w:rPr>
        <w:t>उनकी प्रकृति मिट्टी और पानी की है; उनकी नस्ल जहाँ भी फूल की कली खिलती है, वह फूल ही है—वे शफ़ाअत करने वाले हैं। यदि सूर्य पश्चिम से उगे, तो उसका सिर भी स्वयं सूर्य ही है, कोई दूसरी चीज़ नहीं। २२९। रिवायतों में यह बात आने का कारण यह है कि इमाम हुसैन (अ.) बहुत बड़ी संख्या में लोगों की शफ़ाअत करेंगे; इसका कारण यह है कि इस दुनिया में इमाम हुसैन (अ.) के मत ने किसी भी दूसरे मत से अधिक दीन को जीवित करने और लोगों का मार्गदर्शन करने में योगदान दिया है। जैसा कि पहले कहा गया, इमाम हुसैन (अ.) की शफ़ाअत ऐसी नहीं है कि वे अल्लाह की प्रसन्नता और उसकी इच्छा के विरुद्ध उससे कुछ माँगें। उनकी शफ़ाअत दो प्रकार की है: एक प्रकार वह मार्गदर्शन है जो उन्होंने इस दुनिया में प्रदान किया है और जो दूसरी दुनिया में मूर्त रूप ले लेगा; दूसरे प्रकार का वर्णन हम शीघ्र ही करेंगे। इमाम हुसैन (अ.) उन लोगों के शफ़ीअ हैं जिन्होंने उनके मत से मार्गदर्शन पाया है; वे उन लोगों के शफ़ीअ नहीं हैं जिन्होंने उनके मत को गुमराही का साधन बना लिया है। इस बात से अनजान नहीं रहना चाहिए कि जिस तरह पवित्र क़ुरआन से एक समूह ने मार्गदर्शन पाया और दूसरा गुमराह हुआ, उसी तरह इमाम हुसैन (अलैहिस्सलाम) के मत से भी कुछ लोग मार्गदर्शन पाए और कुछ गुमराह हुए; यह लोगों पर ही निर्भर करता है। अल्लाह क़ुरआन की मिसालों के बारे में फ़रमाता है: «يضل به كثيرا و يهدي به كثيرا و ما يضل به الا الفاسقين»। इसके द्वारा वह बहुतों को गुमराह करता है और बहुतों को राह दिखाता है, और इसके द्वारा केवल अवज्ञाकारियों को ही गुमराह करता है। मौलाना रूमी ने इस बात के लिए एक उत्कृष्ट और सुंदर दृष्टांत दिया है। वे कहते हैं: अल्लाह से विनती करो कि इन बातों से तुम्हें शिक्षा मिले, क्योंकि क़ुरआन के कारण बहुत-से लोग भटक गए। रस्सी का कोई दोष नहीं, ऐ हठीले! इसमें तुम उलझ गए, मगर अंत तक पहुँच गए। इस रस्सी से कुछ लोग कुएँ में जा गिरे; क्योंकि तुम्हारे मन में ऊपर चढ़ने की चाह न थी। रस्सी का अर्थ है डोरी। रस्सी से कुएँ से बाहर भी निकला जा सकता है और कुएँ के भीतर भी उतरा जा सकता है। अब यह हम पर निर्भर है कि हम कौन-सा रास्ता चुनते हैं। क़ुरआन और इमाम हुसैन का मत ऐसी रस्सियाँ हैं जिनमें मनुष्य को कुएँ से बाहर निकालकर बदनसीबी से सौभाग्य के शिखर तक पहुँचाने की शक्ति है। एक «حبل من الله» है और दूसरा «حبل من الناس»। लेकिन यदि कोई इन दोनों ईश्वरीय रस्सियों का दुरुपयोग करे, तो दोष रस्सी का नहीं है; कारण यह है कि उसके मन में ऊपर चढ़ने की चाह नहीं थी। और निस्संदेह ऐसे लोगों को क़ुरआन और इमाम हुसैन के मत के माध्यम से जहन्नम की गहराई में पहुँचा दिया जाता है। यह सच्चाई दूसरी दुनिया में इस रूप में मूर्त होगी कि क़ुरआन और इमामों के आदेश पर उन्हें जहन्नम में डाल दिया जाएगा; और यही «قسيم الجنة و النار» यानी जन्नत और जहन्नम का विभाजक होने का अर्थ है। पैग़म्बर-ए-अकरम से एक रिवायत है: «ان القرآن شافع مشفع و ماحل مصدق»। क़ुरआन ऐसा शफ़ीअ है जिसकी शफ़ाअत स्वीकार की जाती है, और ऐसा शिकायतकर्ता है जिसकी शिकायत स्वीकार की जाती है। वास्तव में, यह कितना अद्भुत कथन है! फ़रमाते हैं: पवित्र क़ुरआन मोमिनों और नेक लोगों के लिए शफ़ीअ है, जो उन्हें सौभाग्य के स्वर्ग तक पहुँचाता है; और काफ़िरों तथा अपराधियों का विरोधी है, जो उन्हें जहन्नम की ओर ले जाता है। यह ऐसा माध्यम है जो उन्हें परम स्वर्ग तक और इन्हें जहन्नम तक ले जाता है। शफ़ाअत के इस प्रकार को «शफ़ाअत-ए-रहबरी» अर्थात मार्गदर्शन की शफ़ाअत कहना उचित है; इसे कर्म की शफ़ाअत भी कहा जा सकता है, क्योंकि यहाँ मुक्ति या बदनसीबी का मूल कारण स्वयं नेक या बुरे व्यक्ति का कर्म है। यह स्पष्ट है कि शफ़ाअत के इस प्रकार पर, जिसका वर्णन किया गया, शफ़ाअत संबंधी कोई भी आपत्ति लागू नहीं होती; विशेष रूप से, इस अर्थ में शफ़ाअत का ईश्वरीय न्याय से किसी भी तरह विरोध नहीं है, बल्कि यह उसका समर्थन करती है। मग़फ़िरत की शफ़ाअत: शफ़ाअत का दूसरा प्रकार गुनाहों की क्षमा और माफ़ी में मध्यस्थता है। शफ़ाअत का यही अर्थ आलोचकों और इनकार करने वालों की आपत्तियों और आलोचनाओं का निशाना बना है; लेकिन इस पुस्तक में इसके बारे में, अल्लाह की कृपा से, जो स्पष्टीकरण दिया जाएगा, उससे स्पष्ट हो जाएगा कि न केवल इस पर कोई आपत्ति लागू नहीं होती, बल्कि यह इस्लाम की उच्च और मूल्यवान शिक्षाओं में से है। तफ़सीर-ए-अय्याशी, जिल्द १, पृष्ठ २।</w:t>
      </w:r>
    </w:p>
    <w:p>
      <w:pPr>
        <w:jc w:val="left"/>
      </w:pPr>
      <w:r>
        <w:rPr>
          <w:rFonts w:ascii="Calibri" w:hAnsi="Calibri" w:cs="Calibri"/>
          <w:sz w:val="28"/>
          <w:szCs w:val="28"/>
          <w:rtl w:val="0"/>
        </w:rPr>
        <w:t>शफ़ाअत का एक विशेष आधार है, जो इस्लामी ज्ञान की गहराई को प्रकट करता है। रहमत के आकर्षण के बारे में सबसे पहले हमें इस बात पर ध्यान देना चाहिए कि सौभाग्य प्राप्त करने के लिए, मनुष्य के अपने कर्मों और उठाए गए कदमों के अतिरिक्त एक और धारा भी संसार में सदैव प्रवाहित रहती है, और वह है पालनहार की पूर्ववर्ती रहमत की धारा। धार्मिक ग्रंथों में आया है: «हे वह, जिसकी रहमत उसके क्रोध से पहले है।» हाफ़िज़ अपनी प्रसिद्ध ग़ज़ल में कहते हैं: मैंने आकाश का हरा खेत देखा और नए चाँद की दरांती; मैंने कहा, ऐ भाग्य, तुम सोए रहे और सूरज निकल आया! मुझे अपनी काटी हुई फसल और कटाई का समय याद आया। उन्होंने कहा, फिर भी अपनी पिछली अवस्था से निराश मत हो। हाफ़िज़ के «पिछली अवस्था» से आशय पालनहार की रहमत की पूर्ववर्तिता है; यह भी संभव है कि उनका आशय कुछ और हो, जिसकी ओर इस पवित्र आयत में संकेत किया गया है: «जिन लोगों के लिए हमारी ओर से पहले ही भलाई निर्धारित हो चुकी है, वे उससे दूर रखे जाएंगे।» बहरहाल, यह एक वास्तविकता है कि अस्तित्व की व्यवस्था में मूल आधार रहमत, सौभाग्य और मुक्ति का है। कुफ़्र, अवज्ञा और बुराइयाँ आकस्मिक और गौण हैं; और जो कुछ आकस्मिक होता है, वह रहमत के आकर्षण के कारण जहाँ तक संभव हो दूर कर दिया जाता है। ग़ैबी सहायता और ईश्वरीय अनुकंपाएँ, रहमत के क्रोध पर हावी होने के प्रमाणों में से हैं। पालनहार की मग़फ़िरत और पाप के दुष्परिणामों को मिटा देना, उसके क्रोध और दंड पर दया तथा करुणा के प्रभुत्व का एक और प्रमाण है। अस्तित्व की व्यवस्था में शुद्धीकरण का सिद्धांत, ईश्वरीय रहमत की एक अभिव्यक्ति है। सृष्टि के तंत्र में शुद्ध करने और पवित्र करने का गुण है। समुद्रों और वनस्पतियों द्वारा हवा से कार्बन डाइऑक्साइड लेना और वातावरण को शुद्ध करना, शुद्धीकरण की अभिव्यक्तियों में से एक है। यदि जीवों के श्वसन और ईंधन के जलने से दूषित हुई हवा को वनस्पतियों और समुद्रों की शोधन-व्यवस्था साफ़ न करती, तो पृथ्वी का वातावरण थोड़े ही समय में रहने योग्य न रह जाता, क्योंकि उसमें साँस लेना असंभव हो जाता। मरने वाले पशुओं के शवों का विघटन और जीवित प्राणियों से निकलने वाले अपशिष्ट पदार्थों का विघटन, सृष्टि के शोधन और शुद्धीकरण का एक और उदाहरण है। जिस प्रकार भौतिक जगत और प्रकृति के नियमों में शुद्धीकरण और सफ़ाई की अभिव्यक्तियाँ मौजूद हैं, उसी प्रकार आध्यात्मिक जगत में भी शुद्धीकरण और सफ़ाई के उदाहरण मिलते हैं। पाप के बुरे प्रभावों को मिटा देना मग़फ़िरत की इसी श्रेणी में आता है। मग़फ़िरत का अर्थ है दिलों और आत्माओं को—जहाँ तक वे साफ़ किए जा सकते हों—पापों के दुष्परिणामों और प्रभावों से साफ़ करना। बेशक, कुछ दिलों में पवित्र होने की क्षमता इस हद तक नष्ट हो जाती है कि वे फिर किसी भी पानी से पवित्र नहीं किए जा सकते। मानो वे स्वयं अशुद्धता में बदल गए हों। जब अल्लाह के प्रति कुफ़्र और शिर्क दिल में जम जाते हैं, तो दिल शुद्ध होने की क्षमता खो देता है। क़ुरआन की भाषा में दिल में कुफ़्र का जम जाना «दिल पर मुहर लग जाना» और «ईश्वरीय छाप और मुहर» कहलाता है। अस्तित्व की व्यवस्था में रहमत के क्रोध पर प्रभुत्व का एक प्रमाण यह है कि संसार में मूल आधार सदैव स्वास्थ्य और कुशलता का है, जबकि रोग और बीमारियाँ अपवादस्वरूप और आकस्मिक हैं। प्रत्येक जीवित प्राणी की बनावट में एक ऐसी शक्ति छिपी होती है, जो उसके स्वास्थ्य और तंदुरुस्ती के हित में काम करती है और उसके अस्तित्व की रक्षा करती है। रक्त में श्वेत रक्त कोशिकाओं का होना, जिनमें अद्भुत रक्षात्मक शक्ति होती है, इस दावे का प्रमाण है। जीवित प्राणियों के शरीर में क्षतिपूर्ति और मरम्मत की क्षमता इसका एक और प्रमाण है। हड्डी का टूटना, घाव का फटना और पोषक तत्वों की कमी, जीवित प्राणी की आंतरिक गतिविधि से पूरी कर दी जाती है। धार्मिक प्रकृति की दृष्टि से, हर नवजात शिशु पवित्र स्वभाव के साथ जन्म लेता है। «हर नवजात शिशु फ़ितरत पर जन्म लेता है, जब तक कि उसके माता-पिता उसे यहूदी या ईसाई न बना दें।» बिहारुल अनवार, कंपनी संस्करण, खंड 2, पृष्ठ 88। शफ़ाअत। नवजात शिशु पवित्र फ़ितरत के साथ जन्म लेता है, लेकिन उसके माता-पिता संभव है कि उसे यहूदी या ईसाई बना दें। अपने मूल मार्ग से भटके हुए प्रत्येक प्राणी की प्रकृति में एक ऐसा खिंचाव मौजूद होता है जो उसे उसकी प्रारंभिक अवस्था की ओर लौटा देता है। दार्शनिकों की शब्दावली में, हर उस प्रकृति में जो बाहरी बल से अपनी स्वाभाविक अवस्था से रोक दी गई हो, प्राकृतिक स्थिति में लौटने की इच्छा पैदा होती है; अर्थात संसार में सदैव विकृति से दूर जाने और स्वास्थ्य तथा कुशलता की ओर उन्मुख होने वाली शक्ति प्रभावी रहती है। ये रहमत के क्रोध पर विजय के प्रमाण हैं। मग़फ़िरत का अस्तित्व भी इसी सिद्धांत से उपजा है। आम रहमत मग़फ़िरत का मूल है। मग़फ़िरत कोई अपवादस्वरूप घटना नहीं, बल्कि एक सार्वभौमिक नियम है, जो अस्तित्व की व्यवस्था में रहमत के प्रभुत्व से उत्पन्न हुआ है। इससे ज्ञात होता है कि ईश्वरीय मग़फ़िरत सार्वभौमिक है और सभी प्राणियों को उनकी क्षमता और योग्यता की सीमा तक अपने दायरे में लेती है। यह सिद्धांत सभी सौभाग्यशाली लोगों के सुख और यातना से मुक्ति पाने में प्रभावी है; इसलिए पवित्र क़ुरआन कहता है: «और जो उस दिन उससे बचा लिया गया, उस पर अल्लाह ने रहमत की।» जो कोई उस दिन अल्लाह की यातना से बचा लिया जाएगा, वह अल्लाह की रहमत में आ जाएगा। अर्थात यदि रहमत न हो, तो किसी से भी यातना नहीं हटाई जाएगी। पैग़म्बर-ए-अकरम (अल्लाह की दया और सलाम उन पर तथा उनके परिवार पर हो) ने अपने धन्य जीवन के अंतिम दिनों में मुसलमानों के लिए दिए गए एक ख़ुत्बे में इस बात की ओर ध्यान दिलाया कि मुक्ति और सौभाग्य के दो कारक और दो मूल स्तंभ हैं: कर्म और रहमत। उस ख़ुत्बे का एक अंश यह है: «ऐ लोगो, अल्लाह और किसी के बीच न तो कोई रिश्तेदारी है और न ही कोई ऐसा संबंध, जिसके द्वारा उसे लाभ पहुँचाया जा सके या उससे हानि दूर की जा सके—सिवाय कर्म के। सावधान! कोई भी झूठा दावा न करे और कोई भी व्यर्थ आशा न बाँधे। उस ईश्वर की क़सम जिसने मुझे सत्य के साथ भेजा, रहमत के साथ किए गए कर्म के सिवा कोई चीज़ मुक्ति नहीं देती। और यदि मैं भी अवज्ञा करता, तो अवश्य गिर पड़ता। ऐ अल्लाह, क्या मैंने संदेश पहुँचा दिया?» ऐ लोगो, अल्लाह और किसी भी व्यक्ति के बीच कोई रिश्तेदारी नहीं है, और न ही कोई दूसरा ऐसा संबंध है जो लाभ दिला सके या हानि दूर कर सके—सिवाय कर्म के। सुन लो, कोई झूठा दावा न करे, कोई व्यर्थ आशा अपने मन में न पाले। उस ईश्वर की क़सम जिसने मुझे सत्य के साथ भेजा, ईश्वरीय रहमत के साथ किए गए कर्म के सिवा कोई चीज़ सौभाग्य नहीं दिला सकती। मैं स्वयं भी, यदि पाप करता, तो पतन में जा पड़ता। फिर उन्होंने कहा: «ऐ अल्लाह, क्या मैंने संदेश पहुँचा दिया?»</w:t>
      </w:r>
    </w:p>
    <w:p>
      <w:pPr>
        <w:jc w:val="left"/>
      </w:pPr>
      <w:r>
        <w:rPr>
          <w:rFonts w:ascii="Calibri" w:hAnsi="Calibri" w:cs="Calibri"/>
          <w:sz w:val="28"/>
          <w:szCs w:val="28"/>
          <w:rtl w:val="0"/>
        </w:rPr>
        <w:t>पैग़म्बरे अकरम (अल्लाह की दया और सलाम उन पर तथा उनके परिवार पर हो) और अन्य पैग़म्बरों एवं मासूम इमामों (उन पर सलाम हो) की क्षमा-याचना का रहस्य क्षमा के सिद्धांत की उसी व्यापकता और सर्वसमावेशिता में है; वास्तव में कहा जा सकता है कि हर वह व्यक्ति जो अधिक निकट है, इस सिद्धांत से अधिक लाभ उठाता है। सामान्य रूप से, जिसकी निकटता अधिक है, वह अल्लाह के सुंदर नामों और उसके पूर्णता के गुणों से दूसरों की अपेक्षा अधिक प्रकाश ग्रहण करता है। पैग़म्बरे अकरम फ़रमाते हैं: “निश्चय ही, मेरे हृदय पर कभी-कभी पर्दा-सा छा जाता है और मैं हर दिन सत्तर बार अल्लाह से क्षमा माँगता हूँ।” मेरे हृदय पर कुछ मलिनता के चिह्न प्रकट होते हैं और मैं हर दिन सत्तर बार अल्लाह से क्षमा माँगता हूँ। motahari.ir क्षमा और सिफ़ारिश का संबंध। ईश्वरीय क्षमा का सिफ़ारिश से क्या संबंध है? निश्चय ही, ईश्वरीय क्षमा, हर दूसरी दया की तरह, एक व्यवस्था और नियम के अधीन है। हमने इस पुस्तक के दूसरे भाग में जगत की व्यवस्था के अधीन होने पर विस्तार से चर्चा की और कहा कि अस्तित्वमान वस्तुओं में भिन्नता, अस्तित्व-व्यवस्था का अनिवार्य परिणाम है। हमने यह भी कहा कि वस्तुओं के बीच अंतर मनमाने ढंग से तय नहीं किया गया, न ही उन्हें बनाया गया है, बल्कि वह उनकी सत्ता का स्वाभाविक गुण है—अर्थात उनकी पहचान और अस्तित्व के ढंग का अनिवार्य परिणाम। इन भिन्नताओं का न होना, स्वयं उनका न होना है; और उनके अस्तित्व को मान लेने पर, शरह इब्न अबी अल-हदीद, भाग २, पृ. ८६३; अल-मीज़ान, भाग १८, सूरा मुहम्मद (स) की व्याख्या के अंतर्गत। सिफ़ारिश। भिन्नता के न होने की कल्पना करना तर्कसंगत नहीं है। वहाँ हमने जो कुछ बताया, उससे भली-भाँति स्पष्ट हो जाता है कि यह संभव नहीं कि पालनहार की दया का कोई भी प्रवाह किसी व्यवस्था के बिना घटित हो। इसी कारण पालनहार की क्षमा भी पूर्ण आत्माओं और पैग़म्बरों एवं औलिया की महान आत्माओं के माध्यम से पापियों तक पहुँचनी चाहिए; और यह जगत के व्यवस्थित होने का अनिवार्य परिणाम है। जिस कारण से वह्य की दया बिना माध्यम के नहीं पहुँचती, और सभी लोगों को अल्लाह की ओर से पैग़म्बरी के लिए नियुक्त नहीं किया जाता, उसी तरह कोई दूसरी दया भी बिना माध्यम के घटित नहीं होती। क्षमा की दया का साकार होना भी बिना माध्यम के संभव नहीं है। यदि मान लें कि सिफ़ारिश के पक्ष में कोई नक़्ली प्रमाण उपलब्ध न होता, तो हमें अक़्ल और ‘अधिक श्रेष्ठ की संभावना’ के तर्क तथा अस्तित्व-व्यवस्था जैसे निर्णायक प्रमाणों के आधार पर उसे स्वीकार करना पड़ता। जब कोई व्यक्ति अल्लाह की क्षमा के अस्तित्व को स्वीकार कर लेता है, तो उसके मज़बूत अक़्ली आधार उसे यह कहने पर विवश करते हैं कि क्षमा का प्रवाह किसी सार्वभौमिक बुद्धि या किसी सार्वभौमिक आत्मा के माध्यम से होना चाहिए—अर्थात ऐसी बुद्धि और आत्मा के माध्यम से, जो ईश्वरीय सार्वभौमिक विलायत के पद पर आसीन हो। यह संभव नहीं कि ईश्वरीय अनुग्रह नियम और हिसाब से बाहर रहकर प्राणियों तक पहुँचे। लेकिन सौभाग्य से क़ुरआन करीम ने यहाँ भी हमारा मार्गदर्शन किया है; इस्लामी रिवायतों को साथ मिलाकर—विशेषकर रसूलुल्लाह और पाक इमामों (उन पर सलाम हो) की सार्वभौमिक विलायत तथा ईमानवालों के निचले वर्गों में विलायत के विभिन्न दर्जों के बारे में शिया धर्मग्रंथों की विश्वसनीय और उच्च कोटि की रिवायतों पर ध्यान देते हुए— हम यह निष्कर्ष निकालते हैं कि क्षमा का माध्यम केवल एक सार्वभौमिक आत्मा नहीं है, बल्कि भिन्न-भिन्न दर्जों वाली सार्वभौमिक और व्यक्तिगत मानवीय आत्माओं में से प्रत्येक की सिफ़ारिश में अपनी एक भूमिका है। यह इस्लाम और क़ुरआन की सबसे महत्वपूर्ण शिक्षाओं में से एक है, जिसकी केवल पवित्र शिया मत में पाक इमामों और उनके विद्यालय के शिष्यों ने अच्छी तरह व्याख्या की है। इसी कारण इसे इस मत के गौरवों में गिना जाता है। सिफ़ारिश की शर्तें। यह देखते हुए कि सिफ़ारिश वही ईश्वरीय क्षमा है, जिसे जब अल्लाह—जो समस्त भलाई और दयाओं का स्रोत और स्वामी है— से संबद्ध किया जाता है, तो उसे क्षमा कहा जाता है; और जब उसे दया के माध्यमों और प्रवाहों से जोड़ा जाता है, तो उसका नाम सिफ़ारिश हो जाता है; इसलिए यह स्पष्ट है कि क्षमा के समावेश की जो भी शर्त है, वही सिफ़ारिश के समावेश की भी शर्त है। अक़्ली दृष्टि से क्षमा की शर्त केवल पात्रता है।</w:t>
      </w:r>
    </w:p>
    <w:p>
      <w:pPr>
        <w:jc w:val="left"/>
      </w:pPr>
      <w:r>
        <w:rPr>
          <w:rFonts w:ascii="Calibri" w:hAnsi="Calibri" w:cs="Calibri"/>
          <w:sz w:val="28"/>
          <w:szCs w:val="28"/>
          <w:rtl w:val="0"/>
        </w:rPr>
        <w:t>२३६ ईश्वरीय न्याय का अर्थ किसी व्यक्ति की पात्रता नहीं है। यदि कोई व्यक्ति अल्लाह की रहमत से वंचित रह जाए, तो केवल इसलिए कि वह स्वयं उसका पात्र नहीं है, न कि—अल्लाह न करे—अल्लाह की रहमत में कोई सीमा या संकीर्णता है। अल्लाह की रहमत किसी व्यापारी की बैंक-उधार सीमा जैसी नहीं है, जो सीमित हो। ईश्वरीय रहमत का भंडार असीमित है, लेकिन पात्र लोग भिन्न-भिन्न होते हैं। संभव है कि कोई पूरी तरह पात्रता से रहित हो और अल्लाह की रहमत से लाभ न उठा सके। धार्मिक ग्रंथों से इतना निश्चित है कि अल्लाह का इनकार और शिर्क मग़फ़िरत में बाधक हैं। पवित्र क़ुरआन कहता है: “निस्संदेह अल्लाह यह क्षमा नहीं करता कि उसके साथ शिर्क किया जाए, और इसके अतिरिक्त जिसे चाहता है क्षमा कर देता है।” अल्लाह शिर्क को क्षमा नहीं करता, और शिर्क से कमतर गुनाहों को जिसे चाहता है क्षमा कर देता है। यदि ईमान खो जाए, तो इंसान का मग़फ़िरत से रिश्ता एकदम टूट जाता है और फिर इस महान कृपा से लाभ उठाना संभव नहीं रहता। जब इंसान के दिल पर कुफ़्र की मुहर लग जाती है, तो वह एक बंद बर्तन की तरह हो जाता है, जिसे संसार के सभी महासागरों में डुबो दिया जाए, तब भी उसमें पानी की एक बूँद नहीं जाएगी। ऐसे व्यक्ति का अस्तित्व उस बंजर ज़मीन जैसा हो जाता है, जिसमें हक़ की रहमत का पानी फूलों के बजाय काँटों की झाड़ियाँ उगाता है। मोतमरी। वर्षा, जिसके स्वभाव में कोमलता का कोई दोष नहीं, बाग़ में ट्यूलिप उगाती है और बंजर भूमि में खरपतवार। यदि बंजर भूमि में फूल नहीं उगते, तो यह वर्षा की कमी के कारण नहीं, बल्कि धरती के अपात्र होने के कारण है। पवित्र क़ुरआन अर्श को उठाने वालों की ज़बानी परवरदिगार की रहमत की व्यापकता इस प्रकार बयान करता है: “जो अर्श को उठाए हुए हैं, और जो उसके आसपास हैं, वे अपने रब की प्रशंसा और तस्बीह करते हैं, उस पर ईमान रखते हैं और ईमानवालों के लिए मग़फ़िरत माँगते हैं: ऐ हमारे रब, तेरी रहमत और ज्ञान ने हर चीज़ को घेर रखा है; अतः उन्हें क्षमा कर जो तौबा करके तेरी ओर लौट आए और तेरे मार्ग पर चले।” निसा/116; ग़ाफ़िर/7। सिफ़ारिश २३७। अर्श को उठाने वाले और जो अर्श के चारों ओर हैं, वे अपने परवरदिगार की प्रशंसा और तस्बीह में लगे रहते हैं, उस पर ईमान रखते हैं और ईमानवालों के लिए मग़फ़िरत माँगते हैं: “ऐ हमारे रब, तेरी रहमत और ज्ञान ने हर चीज़ को अपने घेरे में ले रखा है, अतः उन्हें क्षमा कर जो तेरी ओर लौट आए और तेरे मार्ग का अनुसरण किया, और उन्हें जहन्नम के अज़ाब से बचा।” इस पवित्र आयत से अल्लाह की रहमत की असीमता भी समझी जा सकती है और मग़फ़िरत से लाभ उठाने की पात्रता की मूल शर्त भी। पवित्र क़ुरआन की आयतों से यह निष्कर्ष निकलता है कि अल्लाह पर ईमान, सिफ़ारिश और मग़फ़िरत पाने के लिए आवश्यक शर्त है, लेकिन पर्याप्त शर्त नहीं। कोई भी व्यक्ति सभी शर्तों को निश्चित रूप से बयान नहीं कर सकता; केवल अल्लाह ही जानता है। दूसरी शिर्क के अतिरिक्त अन्य गुनाहों की मग़फ़िरत का वादा करने वाली आयत में “जिसे वह चाहे” की शर्त मौजूद है, और सिफ़ारिश की आयतों में भी “वे सिफ़ारिश नहीं करते, सिवाय उसके लिए जिससे अल्लाह राज़ी हो” की शर्त मौजूद है। इन दोनों का अर्थ एक ही है। ऐसा लगता है कि क़ुरआन ने सिफ़ारिश के दायरे की सभी शर्तों को स्पष्ट रूप से बताना नहीं चाहा, बल्कि दिलों को भय और आशा के बीच रखना चाहा है। यहाँ से समझा जा सकता है कि यह आपत्ति कि सिफ़ारिश में विश्वास से दुस्साहस पैदा होता है, निराधार है। सिफ़ारिश अल्लाह की ओर से है। मोटहर। अंतर वास्तविक और सच्ची सिफ़ारिश तथा झूठी और ग़लत सिफ़ारिश के बीच मूल अंतर यह है कि वास्तविक सिफ़ारिश अल्लाह से शुरू होती है और पापी पर समाप्त होती है, जबकि झूठी सिफ़ारिश में इसके उलट माना गया है। वास्तविक सिफ़ारिश में सिफ़ारिश स्वीकार करने वाला, अर्थात अल्लाह, माध्यम यानी सिफ़ारिश करने वाले को प्रेरित करता है; जबकि झूठी सिफ़ारिश में सिफ़ारिश का पात्र, यानी पापी, उसे प्रेरित करता है। झूठी सिफ़ारिशों में, जिनके उदाहरण दुनिया में मौजूद हैं, सिफ़ारिश करने वाले को माध्यम होने का गुण अपराधी की ओर से प्राप्त होता है, क्योंकि उसी ने माध्यम को उकसाया और उससे सिफ़ारिश करवाई; उसी ने माध्यम को माध्यम बनाया है। लेकिन सच्ची सिफ़ारिशों में, जिन्हें नबियों, औलिया और ईश्वरीय दरबार के निकटवर्तियों से जोड़ना सही है, सिफ़ारिश करने वाले का माध्यम होना नबियों और औलिया से नहीं, बल्कि अल्लाह की ओर से है। २३८ ईश्वरीय न्याय। अल्लाह ही है जिसने माध्यम को माध्यम बनाया है। दूसरे शब्दों में, ग़लत सिफ़ारिश में सिफ़ारिश करने वाला, सिफ़ारिश के पात्र पापी के प्रभाव में आता है और शक्तिशाली सिफ़ारिश स्वीकार करने वाला सिफ़ारिश करने वाले के प्रभाव में आता है; लेकिन सही सिफ़ारिश में इसके विपरीत होता है: शक्तिशाली सिफ़ारिश स्वीकार करने वाला, यानी अल्लाह, प्रभावकारी कारण होता है, जो सिफ़ारिश करने वाले को प्रभावित करता है; और सिफ़ारिश करने वाला उसके प्रभाव में तथा उसकी इच्छा से पापी पर असर डालता है। ग़लत प्रकार की सिफ़ारिश में रहमत की पहल पापी करता है, जबकि सही प्रकार में सिफ़ारिश स्वीकार करने वाला अल्लाह होता है। सद्र-अल-मुतअल्लिहीन ने सूरह हदीद की तफ़सीर में ग़लत और सही सिफ़ारिश के बीच अंतर पर एक सूक्ष्म और विद्वत्तापूर्ण विवेचन किया है, और यह भी समझाया है कि इस संसार की व्यवस्था में जिसे हम ग़लत सिफ़ारिश कहते हैं, वह कैसे मौजूद है, जबकि आख़िरत की व्यवस्था में उसका होना न तो पाया जाता है और न ही संभव है। वे इस चर्चा का विस्तार करते हुए स्वाभाविक कारणों और आकस्मिक कारणों तथा स्वाभाविक उद्देश्यों और आनुषंगिक उद्देश्यों का विषय उठाते हैं, और चर्चा करते हैं कि इस संसार में, जो केवल मानव समाज तक सीमित नहीं है, कभी-कभी आकस्मिक कारण किसी चीज़ का भाग्य तय कर देते हैं, या कोई चीज़ अपने स्वाभाविक उद्देश्य तक पहुँचने से वंचित रह जाती है और केवल आनुषंगिक उद्देश्य तक पहुँचती है। लेकिन आख़िरत की दुनिया आकस्मिक कारणों और आनुषंगिक उद्देश्यों के प्रभावों से मुक्त है। चूँकि चर्चा का स्तर बहुत ऊँचा है, इसलिए हम इसकी व्याख्या और विस्तार से बचते हैं तथा विद्वानों को सद्र-अल-मुतअल्लिहीन की तफ़सीर के विभिन्न स्थानों पर दिए गए विवेचन की ओर motahari.in निर्देशित करते हैं। पवित्र क़ुरआन की वे आयतें जो कहती हैं कि अल्लाह की अनुमति के बिना सिफ़ारिश संभव नहीं, इसी बात की ओर संकेत करती हैं। विशेष रूप से, इस विषय में क़ुरआन की एक अत्यंत रोचक और विलक्षण अभिव्यक्ति है, जिसमें वह कहता है: “कहो: सारी सिफ़ारिश अल्लाह ही की है।” यह आयत पूरी स्पष्टता से सिफ़ारिश और मध्यस्थता की पुष्टि करती है, और पूरी स्पष्टता से सारी सिफ़ारिशों को अल्लाह की ओर से तथा उसी से संबंधित ठहराती है; क्योंकि अल्लाह ही है जो सिफ़ारिश करने वाले को सिफ़ारिश करने वाला बनाता है। [55]</w:t>
      </w:r>
    </w:p>
    <w:p>
      <w:pPr>
        <w:jc w:val="left"/>
      </w:pPr>
      <w:r>
        <w:rPr>
          <w:rFonts w:ascii="Calibri" w:hAnsi="Calibri" w:cs="Calibri"/>
          <w:sz w:val="28"/>
          <w:szCs w:val="28"/>
          <w:rtl w:val="0"/>
        </w:rPr>
        <w:t>यह आयत संभवतः केवल उस सिफ़ारिश की ओर संकेत करती है जो क़ियामत में होगी और ज़ुमर १ की सिफ़ारिश, तकनीकी अर्थ में, आरोही चाप से संबंधित हो; यह भी संभव है कि इसमें सभी माध्यम और रहमत के मध्यस्थताएँ शामिल हों, अर्थात अवरोही चाप भी; दूसरे शब्दों में, संभव है कि इसमें समस्त जगत की कारण-कार्य व्यवस्था शामिल हो; बहरहाल, जहाँ तक इसका संबंध आख़िरत की सिफ़ारिश से है, इसका अर्थ यह है कि अपराधी, अल्लाह की इच्छा के बिना, सिफ़ारिशकर्ता को प्रेरित करने की शक्ति नहीं रखता और सिफ़ारिशकर्ता उसकी अनुमति के बिना बोलने तक की शक्ति नहीं रखता। बौद्धिक दृष्टि से इस बात का प्रमाण यह है कि ईश्वरीय दर्शन में सिद्ध किया गया है कि स्वयं में अनिवार्य अस्तित्व सभी दिशाओं और पहलुओं से अनिवार्य है; अर्थात जिस प्रकार अनिवार्य अस्तित्व अपने अस्तित्व में किसी अन्य का कार्य-फल नहीं है, उसी प्रकार उसके गुणों और कर्मों में भी यह असंभव है कि वह किसी कारण के प्रभाव में आए; वह पूर्णतः प्रभावकारी है और किसी भी चीज़ से प्रभावित नहीं होता। एकेश्वरवाद और तवस्सुल। जो कुछ हमने कहा, उससे उपासना-संबंधी एकेश्वरवाद में एक उच्च और महत्वपूर्ण बात सामने आती है। वह बात यह है कि ईश्वर के औलिया से तवस्सुल और उनसे सिफ़ारिश करवाने में सबसे पहले यह जाँच करनी चाहिए कि यह किससे और किसके माध्यम से हो, जिसे अल्लाह ने साधन बनाया है। पवित्र क़ुरआन कहता है: “ऐ ईमान वालो, अल्लाह से डरो और उसकी ओर पहुँचने का साधन तलाश करो।” motahari.ir सामान्यतः साधनों का सहारा लेना और कारणों को माध्यम बनाना, इस बात को ध्यान में रखते हुए कि अल्लाह ने ही कारण को पैदा किया है और अल्लाह ने ही कारण को कारण बनाया है, और अल्लाह ने ही हमसे इन साधनों और कारणों का उपयोग करने को कहा है, किसी भी तरह शिर्क नहीं, बल्कि ऐन तौहीद है। इस दृष्टि से भौतिक और आध्यात्मिक कारणों, प्रत्यक्ष और अर्थगत कारणों, सांसारिक और परलोक-संबंधी कारणों में कोई अंतर नहीं; बस इतना है कि भौतिक कारणों को अनुभव और वैज्ञानिक परीक्षण से जाना जा सकता है और समझा जा सकता है कि कौन-सी चीज़ कारण है; जबकि आध्यात्मिक कारणों को धर्म के माध्यम से, अर्थात वह्य और किताब तथा सुन्नत के माध्यम से जानना चाहिए। दूसरे, जब मनुष्य तवस्सुल करता है या सिफ़ारिश करवाता है, तो उसका ध्यान अल्लाह पर और अल्लाह से माध्यम तथा सिफ़ारिशकर्ता की ओर होना चाहिए; क्योंकि जैसा कि हमने कहा, वास्तविक सिफ़ारिश वही है जिसमें सिफ़ारिश का पात्र १ माएदा ३५, २४० ईश्वरीय न्याय सिफ़ारिशकर्ता को सिफ़ारिश करने के लिए प्रेरित करता है; और चूँकि अल्लाह ने चाहा और अनुमति दी है, इसलिए सिफ़ारिशकर्ता सिफ़ारिश करता है। इसके विपरीत, मिथ्या सिफ़ारिश में मुख्य ध्यान सिफ़ारिशकर्ता पर होता है, ताकि वह सिफ़ारिश के पात्र पर प्रभाव डाले; इसलिए उस समय अपराधी का पूरा ध्यान सिफ़ारिशकर्ता पर होता है कि वह अपनी शक्ति और प्रभाव से सिफ़ारिश के पात्र को राज़ी कर ले। अतः यदि मूल ध्यान सिफ़ारिशकर्ता पर हो और वह अल्लाह की ओर ध्यान देने से उत्पन्न न हुआ हो, तो यह उपासना में शिर्क होगा। अल्लाह का कार्य एक व्यवस्था के अनुसार चलता है। जो व्यक्ति सृष्टि-व्यवस्था का ध्यान नहीं रखना चाहता, वह पथभ्रष्ट है। इसी कारण परमेश्वर ने पापियों का मार्गदर्शन किया है कि वे रसूल-ए-अकरम (उन पर और उनके परिवार पर सलाम हो) के घर जाएँ और इसके अतिरिक्त कि वे स्वयं क्षमा माँगें, उस महान विभूति से भी कहें कि वह उनके लिए क्षमा माँगें। पवित्र क़ुरआन कहता है: “और यदि वे, जब उन्होंने अपने ऊपर अत्याचार किया था, तुम्हारे पास आते, फिर अल्लाह से क्षमा माँगते और रसूल भी उनके लिए क्षमा माँगते, तो वे अल्लाह को तौबा स्वीकार करने वाला और दयावान पाते।” और यदि वे, जब पाप करके अपने ऊपर अत्याचार कर बैठे थे, तुम्हारे पास आते और अल्लाह से क्षमा माँगते और पैग़म्बर भी उनके लिए क्षमा माँगते, तो वे अल्लाह को तौबा स्वीकार करने वाला और दयालु पाते। हाँ, केवल नेक कर्म और तक़वे पर भरोसा नहीं किया जा सकता; जिस तरह रसूल-ए-अकरम (स) ने अपने पवित्र जीवन के अंतिम दिनों में कहा था: “मुक्ति दिलाने वाला कोई नहीं, सिवाय कर्म और अल्लाह की रहमत के।” आपत्तियों के उत्तर। क्षमा-संबंधी सिफ़ारिश की जो व्याख्या हमने की है, उससे सिफ़ारिश पर उठाई गई आपत्तियों के उत्तर इस प्रकार मिलते हैं: सिफ़ारिश न तो उपासना-संबंधी एकेश्वरवाद के विरुद्ध है और न ही सत्ता-संबंधी एकेश्वरवाद के; क्योंकि सिफ़ारिशकर्ता की रहमत कुछ भी नहीं, सिवाय अल्लाह की रहमत की एक किरण के; और सिफ़ारिश तथा रहमत का उद्भव भी प्रभु की ओर से है। आपत्ति का उत्तर (पहली और दूसरी)। १ निसा ६४</w:t>
      </w:r>
    </w:p>
    <w:p>
      <w:pPr>
        <w:jc w:val="left"/>
      </w:pPr>
      <w:r>
        <w:rPr>
          <w:rFonts w:ascii="Calibri" w:hAnsi="Calibri" w:cs="Calibri"/>
          <w:sz w:val="28"/>
          <w:szCs w:val="28"/>
          <w:rtl w:val="0"/>
        </w:rPr>
        <w:t>14 सिफ़ारिश में विश्वास, जिस प्रकार अल्लाह की क्षमा में विश्वास मनुष्य को पाप करने का दुस्साहस नहीं देता, बल्कि केवल आशा जगाता है, उसी प्रकार सिफ़ारिश में विश्वास भी पाप के लिए प्रोत्साहित नहीं करता। इस बात पर ध्यान कि क्षमा और सिफ़ारिश में शामिल होने की शर्त अल्लाह की इच्छा और उसकी प्रसन्नता है, यह स्पष्ट करता है कि इस विश्वास का प्रभाव केवल इतना है कि यह दिलों को निराशा और मायूसी से बचाता है और उन्हें हमेशा भय तथा आशा के बीच रखता है। (तीसरी आपत्ति का उत्तर)। सिफ़ारिश दो प्रकार की होती है: असत्य और सत्य। कुछ क़ुरआनी आयतों में सिफ़ारिश को अस्वीकार करने और कुछ में उसे सिद्ध करने का कारण सिफ़ारिश की दो अलग-अलग धारणाओं का मौजूद होना है; क़ुरआन चाहता है कि लोगों के मन असत्य सिफ़ारिश से हटकर सत्य सिफ़ारिश की ओर उन्मुख हों। चौथी आपत्ति का उत्तर। सिफ़ारिश मूल कर्म के प्रतिकूल नहीं है; क्योंकि कर्म ग्रहणशील कारण के समान है और पालनहार की दया सक्रिय कारण के समान। (पाँचवीं आपत्ति का उत्तर)। द. सही सिफ़ारिश में यह कल्पना नहीं है कि अल्लाह प्रभावित हो जाता है, क्योंकि सही सिफ़ारिश ऊपर से नीचे की ओर चलने वाली एक प्रक्रिया है। (छठी आपत्ति का उत्तर)। सिफ़ारिश और क्षमा, दोनों में अपवाद और अन्याय नहीं है; पालनहार की दया असीमित है और जो भी उससे वंचित है, वह इस कारण कि उसने ग्रहण करने की क्षमता पूरी तरह खो दी है; अर्थात वंचित रहना ग्रहणकर्ता की अक्षमता के कारण है। सातवीं आपत्ति का उत्तर। motahari.in motahari.ir ग़ैर-मुसलमानों के नेक कर्म motahari.ir चर्चा का विषय ईश्वरीय न्याय पर चर्चा में जिन विषयों पर विचार-विमर्श होता है, उनमें से एक ग़ैर-मुसलमानों के नेक कर्मों का विषय है। आज विभिन्न वर्गों में, अशिक्षित और विद्वान, अनपढ़ और शिक्षित लोगों के बीच यह प्रश्न उठता है कि क्या ग़ैर-मुस्लिम व्यक्तियों के नेक कर्म स्वीकार किए जाते हैं या नहीं? यदि स्वीकार किए जाते हैं, तो फिर मुसलमान होने या न होने से क्या फ़र्क़ पड़ता है? मुख्य बात यह है कि इंसान दुनिया में नेक काम करे; मान लीजिए कि वह मुसलमान नहीं था या उसका कोई धर्म नहीं था, तो उसका कोई नुक़सान नहीं हुआ; और यदि वे स्वीकार नहीं किए जाते, पूरी तरह निरर्थक और व्यर्थ हैं तथा अल्लाह के यहाँ उनका कोई सवाब और प्रतिफल नहीं है, तो यह ईश्वरीय न्याय के साथ कैसे मेल खाता है? यही प्रश्न शिया दृष्टिकोण से इस्लाम के दायरे में भी उठाया जा सकता है: क्या ग़ैर-शिया मुसलमान का कर्म अल्लाह की बारगाह में स्वीकार है या निरर्थक और व्यर्थ? यदि वह अल्लाह की बारगाह में स्वीकार है, तो फिर शिया मुसलमान या ग़ैर-शिया मुसलमान होने में क्या फ़र्क़ पड़ता है? मुख्य बात यह है कि इंसान मुसलमान हो; मान लीजिए कि वह शिया नहीं था और उसे अहले-बैत की विलायत प्राप्त नहीं थी, तो उसका कोई नुक़सान नहीं हुआ; और यदि उसका कर्म स्वीकार नहीं है, तो यह ईश्वरीय न्याय के साथ कैसे मेल खाता है? पहले यह विषय केवल दार्शनिकों के बीच और दर्शन की पुस्तकों में चर्चा का विषय होता था, लेकिन हमारे समय में यह सभी वर्गों तक पहुँच गया है; ऐसे बहुत कम लोग मिलेंगे जिन्होंने कम-से-कम अपने मन में, अपने लिए, इस प्रश्न को न उठाया हो।</w:t>
      </w:r>
    </w:p>
    <w:p>
      <w:pPr>
        <w:jc w:val="left"/>
      </w:pPr>
      <w:r>
        <w:rPr>
          <w:rFonts w:ascii="Calibri" w:hAnsi="Calibri" w:cs="Calibri"/>
          <w:sz w:val="28"/>
          <w:szCs w:val="28"/>
          <w:rtl w:val="0"/>
        </w:rPr>
        <w:t>२४६ ईश्वरीय न्याय। ईश्वरीय दार्शनिक इस दृष्टिकोण पर चर्चा करते थे कि यदि यह मान लिया जाए कि वे सभी लोग जो धर्म से बाहर हैं, दुर्भाग्य और ईश्वरीय यातना के पात्र होंगे, तो यह आवश्यक होगा कि अस्तित्व-व्यवस्था में बुराई और विवशता का प्रभुत्व हो; जबकि यह एक निर्णायक और निर्विवाद सिद्धांत है कि मूल आधार और प्रभुत्व सुखों और भलाई का है, न कि मनुष्यों के दुर्भाग्यों और बुराइयों का। मनुष्य सृष्टि का सबसे सुंदर फूल है; बाकी सब कुछ उसी के लिए (निस्संदेह उस सही अर्थ में, जिसे दार्शनिक इस बात से समझते हैं, न कि उस अर्थ में जैसा आम तौर पर अल्पदृष्टि लोग सोचते हैं) बनाया गया है। यदि यह मान लिया जाए कि मनुष्य स्वयं नरक के लिए बनाया गया है, यानी अधिकांश मनुष्यों का ठिकाना नरक है, तो मानना पड़ेगा कि ईश्वर का क्रोध उसकी दया पर भारी पड़ता है, क्योंकि अधिकांश लोग सत्य धर्म से अनजान हैं; और फिर जो सत्य धर्म से जुड़े हुए हैं, वे भी कर्म की दृष्टि से पथभ्रष्ट और भटकाव में हैं। दार्शनिकों के यहाँ चर्चा का स्वरूप यही था। लगभग आधी सदी से मुस्लिम और ग़ैर-मुस्लिम राष्ट्रों के बीच संपर्क आसान होने, संचार के साधन बढ़ने और राष्ट्रों के आपसी मेल-जोल में वृद्धि होने के कारण यह प्रश्न आम लोगों के सभी वर्गों में, विशेषकर तथाकथित बुद्धिजीवी वर्ग में, पूछा और चर्चा किया जाता है कि क्या नेक कर्मों की स्वीकृति के लिए इस्लाम और ईमान अनिवार्य शर्त हैं? जब ये लोग हाल के युग में मानवता के लिए अत्यंत मूल्यवान सेवाएँ करने वाले कुछ आविष्कारकों और खोजकर्ताओं के जीवन का अध्ययन करते हैं, जो मुसलमान नहीं हैं, और उन्हें पुरस्कार के योग्य पाते हैं, जबकि दूसरी ओर पहले वे यह सोचते रहे हैं कि ग़ैर-मुस्लिम का कर्म पूरी तरह व्यर्थ और निष्फल है, तो वे गंभीर संदेह और बेचैनी में पड़ जाते हैं। इस तरह वर्षों तक केवल दार्शनिकों के विशेष क्षेत्र में रहने वाला प्रश्न आम लोगों की सभाओं में आ पहुँचा और ईश्वरीय न्याय के विषय में एक आपत्ति के रूप में सामने आया। बेशक, यह आपत्ति सीधे तौर पर ईश्वरीय न्याय से संबंधित नहीं है; यह मनुष्य और उसके कर्मों के बारे में इस्लाम के दृष्टिकोण से संबंधित है, और इस दृष्टि से ईश्वरीय न्याय से जुड़ती है कि मनुष्य और उसके कर्मों के बारे में यह दृष्टिकोण और यह राय तथा परम सत्य का उसके साथ व्यवहार ईश्वरीय न्याय के मानदंडों के विरुद्ध प्रतीत होता है। युवाओं और विद्यार्थियों के साथ अपने संपर्कों में, पहले भी और अब भी, मुझे इस प्रश्न का सामना बहुत बार करना पड़ा है। कभी वे पूछते हैं: क्या मानवता के लिए इतनी उल्लेखनीय सेवाएँ करने वाले महान आविष्कारक और खोजकर्ता नरक में जाएँगे? क्या पाश्चर, एडिसन और उनके जैसे लोग नरकवासी हैं, जबकि वे निष्क्रिय तथाकथित संत, जिन्होंने जीवन भर मस्जिद के कोने में व्यर्थ समय बिताया, स्वर्गवासी हैं? क्या ईश्वर ने स्वर्ग केवल हम शिया लोगों ग़ैर-मुस्लिम का नेक कर्म। २४७ के लिए बनाया है? मुझे याद है कि एक दिन मेरे ही शहर का एक मुस्लिम और धर्मपरायण व्यक्ति तेहरान आया था और मुझसे मिला। वह यही प्रश्न उठा रहा था। वह मशहद के कुष्ठरोगियों के अस्पताल गया था और वहाँ उन ईसाई नर्सों को देखकर, जो पूरी लगन से—कम-से-कम उसके विचार में— कुष्ठरोगियों की सेवा कर रही थीं, बहुत भावुक और प्रभावित हुआ था, और उसी समय उसके मन में यह प्रश्न उठा तथा वह संदेह में पड़ गया। आप जानते हैं कि कुष्ठरोगियों की सेवा करना कठिन, घृणित और बहुत दुष्कर काम है। जब मशहद में यह अस्पताल स्थापित हुआ, तो डॉक्टर वहाँ सेवा करने के लिए शायद ही तैयार होते थे और उनकी देखभाल करने के लिए भी कोई राज़ी नहीं होता था; अख़बारों में नर्सों की भर्ती के लिए विज्ञापन दिया गया, पूरे ईरान में एक भी व्यक्ति ने इस आह्वान का सकारात्मक जवाब नहीं दिया; तथाकथित संसार-त्यागी ईसाई युवतियों में से कुछ फ़्रांस से आईं और कुष्ठरोगियों की देखभाल का ज़िम्मा लिया। यह व्यक्ति उनके मानवतावादी कार्यों और उन कुष्ठरोगियों के प्रति उनकी आत्मीय देखभाल को देखकर, जिन्हें उनके अपने माता-पिता तक ने त्याग दिया था, उनसे बहुत प्रभावित हुआ था। वह बताता था कि ईसाई नर्सें लंबे और ढीले कपड़े पहनती थीं और चेहरे और हाथों के अलावा उनके शरीर का कोई हिस्सा दिखाई नहीं देता था। उनमें से हर एक के पास लंबी माला होती थी—शायद उसमें हज़ार दाने थे—और जब भी उन्हें काम से फ़ुर्सत मिलती, वे ज़िक्र में लग जातीं। फिर यह व्यक्ति व्याकुल मन और बेचैन स्वर में पूछता: क्या यह बात सही है कि ग़ैर-मुस्लिम लोग स्वर्ग में प्रवेश नहीं करेंगे? बेशक, फिलहाल हमें इस बात से सरोकार नहीं कि वे ईसाई युवतियाँ किस प्रेरणा से आई थीं। क्या उन्होंने सचमुच ईश्वर के लिए और केवल मानव-प्रेम के कारण ऐसा काम किया था, या इसके पीछे कोई दूसरी प्रेरणा थी? और निस्संदेह, हम पूर्वग्रह से ग्रस्त नहीं होना चाहते, ठीक वैसे ही जैसे हम अत्यधिक आशावादी भी नहीं हैं। हमारा आशय यह है कि इन घटनाओं और परिस्थितियों ने हमारे लोगों के सामने एक गंभीर प्रश्न खड़ा कर दिया है। कुछ वर्ष पहले मुझे एक सभा में भाषण देने के लिए आमंत्रित किया गया था। उस सभा में, उनकी सामान्य परंपरा के अनुसार, उपस्थित लोगों से अनुरोध किया जाता था कि यदि उनके कोई प्रश्न हों तो उन्हें लिख दें, ताकि उचित समय पर उनका उत्तर दिया जा सके। उन प्रश्नों को एक रजिस्टर में दर्ज किया गया था और वह रजिस्टर मुझे दिया गया, ताकि मैं उसमें से अपने भाषण का विषय चुनूँ। मैंने देखा कि जिस प्रश्न को किसी भी अन्य प्रश्न से अधिक बार दोहराया गया था, वह यही था: क्या ईश्वर हर ग़ैर-मुस्लिम को नरक में भेजता है? क्या पाश्चर, एडिसन और कोख यातना के पात्र होंगे? २४८ ईश्वरीय न्याय। तभी मुझे इस प्रश्न के महत्व का एहसास हुआ—इस बात का कि इसने लोगों के विचारों को किस हद तक अपनी ओर खींचा है। अब हम इस पुस्तक के इस भाग में, ईश्वर की कृपा से, इस प्रश्न की जाँच करेंगे; लेकिन उसमें प्रवेश करने से पहले दो बातें स्पष्ट करना आवश्यक है, ताकि चर्चा का विषय पूरी तरह स्पष्ट हो जाए। चर्चा का सामान्य पक्ष। इस चर्चा का उद्देश्य व्यक्तियों का हिसाब-किताब तय करना नहीं है; उदाहरण के लिए, यह निर्धारित करना कि पाश्चर स्वर्गवासी हैं या नरकवासी। हम क्या जानते हैं कि उनके वास्तविक विचार और मान्यताएँ क्या थीं? उनके मन की मंशाएँ क्या थीं? उनके आत्मिक और नैतिक गुण क्या थे? यहाँ तक कि उनके समस्त कर्म क्या थे? हमारा परिचय उनसे केवल उनकी वैज्ञानिक सेवाओं तक सीमित है, और बस।</w:t>
      </w:r>
    </w:p>
    <w:p>
      <w:pPr>
        <w:jc w:val="left"/>
      </w:pPr>
      <w:r>
        <w:rPr>
          <w:rFonts w:ascii="Calibri" w:hAnsi="Calibri" w:cs="Calibri"/>
          <w:sz w:val="28"/>
          <w:szCs w:val="28"/>
          <w:rtl w:val="0"/>
        </w:rPr>
        <w:t>motahari.in यह बात केवल पाश्चर तक सीमित नहीं है; मूलतः लोगों का हिसाब ईश्वर के हाथ में है। किसी को भी यह अधिकार नहीं कि किसी के बारे में निश्चित रूप से कहे कि वह स्वर्गवासी है या नरकवासी। यदि हमसे पूछा जाए कि क्या शेख मुर्तज़ा अंसारी—अल्लाह उनका مقام ऊँचा करे—अपने ज्ञात वैराग्य, परहेज़गारी, ईमान और कर्मों के कारण निश्चित रूप से स्वर्गवासी हैं या नहीं, तो हमारा उत्तर यह है कि उस व्यक्ति के बारे में जितना हम जानते हैं, उसके ज्ञान और कर्म के क्षेत्र में हमें कोई बुराई दिखाई नहीं देती; जो कुछ हमें ज्ञात है, वह भलाई और नेकी है। लेकिन यह सौ प्रतिशत कहना कि वे स्वर्गवासी हैं, हमारे अधिकार में नहीं है। ईश्वर ही लोगों के अंतर्मन से पूरी तरह परिचित है, और आत्माओं के सभी रहस्य तथा छिपी हुई बातें जानता है; सृष्टि का हिसाब भी उसी के हाथ में है। केवल उन्हीं लोगों के बारे में निश्चित रूप से कहा जा सकता है, जिनका अंतिम परिणाम धर्म के मार्गदर्शकों द्वारा घोषित किया गया है। कभी-कभी कुछ लोग चर्चा करते हैं कि विद्वानों में सबसे अधिक गुणवान और ईश्वर से निकटता की दृष्टि से सर्वोत्तम कौन है? उदाहरण के लिए, सैयद इब्न ताऊस? या सैयद बहरुल उलूम? या शेख अंसारी? इसी तरह, गैर-मुस्लिम का सत्कर्म। २४९ कभी-कभी लोग इमामज़ादों के बारे में पूछते हैं कि उनमें से कौन श्रेष्ठ है? उदाहरण के लिए, क्या हज़रत अब्दुल अज़ीम ईश्वर की दृष्टि में अधिक सम्मानित हैं या हज़रत मासूमा? एक बार किसी तक़लीद के मरजा से पूछा गया था कि क्या हज़रत अबुल फ़ज़्ल (अ) श्रेष्ठ हैं या हज़रत अली अकबर (अ)? और इस प्रश्न को एक व्यावहारिक समस्या का रूप देने के लिए, ताकि मरजा को उत्तर देना ही पड़े, पूछा गया था कि यदि किसी ने सबसे श्रेष्ठ इमामज़ादे के नाम पर भेड़ की मन्नत मानी हो, तो उसका क्या कर्तव्य है? क्या हज़रत अबुल फ़ज़्ल (अ) श्रेष्ठ हैं या हज़रत अली अकबर (अ)? स्पष्ट है कि इस प्रकार की चर्चाएँ अनुचित हैं और इन प्रश्नों का उत्तर देना न फ़क़ीह का कर्तव्य है, न ही गैर-फ़क़ीह का। ईश्वर के बंदों के दर्जे निर्धारित करना हमारा काम नहीं है; यह ईश्वर पर छोड़ देना चाहिए। ईश्वर के सिवा कोई नहीं जानता, जब तक स्वयं ईश्वर की ओर से न बताया जाए। इस्लाम के आरंभिक काल में ऐसे उदाहरण सामने आए हैं, जब कुछ मुसलमानों ने इस प्रकार के अनुचित निर्णय दिए और पैग़म्बरे अकरम (सल्लल्लाहु अलैहि व आलेहि व सल्लम) ने उन्हें ऐसा करने से रोका। जब उस्मान बिन मज़ऊन का देहांत हुआ, तो अंसार की एक महिला, जिनका नाम «उम्मे अला» था—जो ज़ाहिर तौर पर उसी व्यक्ति की पत्नी थीं, जिसके घर में उस्मान बिन मज़ऊन रहते और अतिथि के रूप में ठहरे थे—उन्होंने हज़रत रसूलुल्लाह (स) की उपस्थिति में उनके शव को संबोधित करके कहा: «स्वर्ग तुम्हें मुबारक हो।» motahari.in यद्यपि उस्मान बिन मज़ऊन अत्यंत प्रतिष्ठित व्यक्ति थे और उनके निधन पर रसूले अकरम बहुत रोए थे, यहाँ तक कि स्वयं को उनके शव पर डाल दिया था और उन्हें चूमा था; फिर भी उस महिला के इस दुस्साहसपूर्ण निर्णय पर वे क्रोधित हुए। उन्होंने क्रोधभरी दृष्टि से उनकी ओर देखकर फ़रमाया: तुम्हें यह कैसे मालूम? क्यों बिना जाने फ़ैसला करती हो? क्या तुम पर वह्य आई है? क्या तुम ईश्वर की सृष्टि के हिसाब से परिचित हो? महिला ने अर्ज़ किया, «या रसूलुल्लाह, वे आपके साथी और आपके साथ युद्ध में भाग लेने वाले मुजाहिद थे।» रसूले अकरम (स) ने उनके उत्तर में एक अद्भुत वाक्य कहा, जो ध्यान देने योग्य है। फ़रमाया: «मैं ईश्वर का रसूल हूँ और मुझे नहीं मालूम कि मेरे साथ कैसा व्यवहार किया जाएगा।» असदुल ग़ाबा—उस्मान बिन मज़ऊन। २५० ईश्वरीय न्याय। यह वाक्य पवित्र क़ुरआन की एक आयत के आशय से बिल्कुल मेल खाता है: «कह दो, मैं रसूलों में कोई नया या अनोखा नहीं हूँ और मुझे नहीं मालूम कि मेरे साथ या तुम्हारे साथ क्या किया जाएगा।» इस घटना जैसी एक घटना सअद बिन मुआज़ के निधन के समय भी वर्णित है। उस घटना में, जब सअद की माँ उनके सिरहाने बैठकर इसी तरह का वाक्य कहती हैं, तो रसूले अकरम (सल्लल्लाहु अलैहि व आलेहि व सल्लम) फ़रमाते हैं: «चुप रहो, ईश्वर के बारे में कोई बात निश्चित मत ठहराओ»—अर्थात ईश्वर से संबंधित मामले में अपनी ओर से निश्चित निर्णय मत करो। कोई धर्म इस्लाम के सिवा स्वीकार्य नहीं। मूल चर्चा में प्रवेश करने से पहले एक और बात स्पष्ट होनी चाहिए कि ग़ैर-मुसलमानों के सत्कर्मों पर चर्चा दो तरह से की जा सकती है, और वास्तव में ये दो अलग-अलग चर्चाएँ हैं। एक यह कि क्या इस्लाम के अलावा कोई अन्य धर्म स्वीकार्य है, या स्वीकार्य धर्म केवल इस्लाम तक ही सीमित है? अल-अहक़ाफ़ / ९। संभव है कि मन में यह आपत्ति उत्पन्न हो कि इस आयत का आशय उस बात के विपरीत है जिसे मुसलमानों के बीच निश्चित और निर्विवाद माना गया है—कि रसूले अकरम (सल्लल्लाहु अलैहि व आलेहि व सल्लम) ने क़यामत के दिन अपने मक़ामे महमूद और कुछ पापियों के लिए अपनी शफ़ाअत के बारे में बताया है; बल्कि यह कुछ पवित्र आयतों में किए गए वादे के भी विपरीत है, जैसे कि: «और शीघ्र ही तुम्हारा रब तुम्हें इतना देगा कि तुम प्रसन्न हो जाओगे» और «ताकि ईश्वर तुम्हारे पिछले और बाद के दोष क्षमा कर दे।» इसका उत्तर यह है कि पवित्र आयत का आशय—जैसा कि ऊपर दी गई हदीस के कथन से भी समझा जा सकता है—यह है कि मनुष्य के कर्मों का परिणाम और अंततः उसका भाग्य क्या होगा, यह किसी के लिए भी निश्चित और स्पष्ट नहीं है; केवल ईश्वर ही निश्चित अंतिम परिणाम से अवगत है और यदि दूसरे लोग इसे जान पाते हैं, तो वह केवल ईश्वरीय वह्य के माध्यम से। अतः वह आयत जो अंतिम भाग्य की जानकारी को नकारती है, उस स्थिति से संबंधित है जब पैग़म्बर या कोई अन्य व्यक्ति अपने ऊपर और अपने कर्मों पर भरोसा करके भविष्यवाणी करे। लेकिन वे आयतें, जो दर्शाती हैं कि पैग़म्बरे अकरम अपने या दूसरों के अंतिम परिणाम से अवगत हैं, वे ईश्वरीय वह्य के आदेश से हैं। बिहारुल अनवार, अख़ुंदी संस्करण, जिल्द ६, पृष्ठ २६१; तथा कंपानी संस्करण, जिल्द ३, पृष्ठ १६५।</w:t>
      </w:r>
    </w:p>
    <w:p>
      <w:pPr>
        <w:jc w:val="left"/>
      </w:pPr>
      <w:r>
        <w:rPr>
          <w:rFonts w:ascii="Calibri" w:hAnsi="Calibri" w:cs="Calibri"/>
          <w:sz w:val="28"/>
          <w:szCs w:val="28"/>
          <w:rtl w:val="0"/>
        </w:rPr>
        <w:t>ग़ैर-मुसलमान का सत्कर्म। २५१ क्या इस्लाम है? दूसरे शब्दों में, क्या केवल यही आवश्यक है कि मनुष्य का कोई धर्म हो और अधिक से अधिक यह कि वह धर्म किसी आकाशीय पैग़म्बर से जुड़ा हो; फिर इससे कोई फ़र्क़ न पड़े कि वह कौन-सा आकाशीय धर्म है—जैसे मुसलमान, ईसाई या यहूदी, यहाँ तक कि मजूसी भी हो? या हर युग में केवल एक ही धर्म सत्य होता है? दूसरी चर्चा यह है कि जब हम यह मान लें कि सच्चा धर्म हमेशा केवल एक ही होता है, तब यह प्रश्न उठता है कि यदि कोई व्यक्ति सच्चे धर्म को अपनाए बिना कोई ऐसा अच्छा काम करे जो वास्तव में अच्छा हो और जिसे सच्चा धर्म भी स्वीकार करता हो, तो क्या उसके काम का प्रतिफल मिलेगा या नहीं? दूसरे शब्दों में, क्या सत्कर्मों का प्रतिफल पाने की शर्त सच्चे धर्म पर ईमान रखना है या नहीं? यहाँ जिस विषय पर चर्चा की जा रही है, वह दूसरा प्रश्न है। पहले प्रश्न के बारे में संक्षेप में हम कहते हैं कि हर युग में सच्चा धर्म केवल एक ही होता है और सभी के लिए उसका अनुसरण करना आवश्यक है। कुछ तथाकथित आधुनिक विचारकों के बीच हाल में यह विचार प्रचलित हुआ है कि सभी आकाशीय धर्म हर समय समान रूप से मान्य हैं। यह विचार ग़लत है। यह सही है कि ईश्वर के पैग़म्बरों के बीच कोई मतभेद या विवाद नहीं है। ईश्वर के सभी पैग़म्बर एक ही लक्ष्य और एक ही ईश्वर की ओर बुलाते हैं। वे मनुष्यों के बीच परस्पर विरोधी फ़िरक़े और समूह बनाने नहीं आए थे। लेकिन इस बात का यह अर्थ नहीं है कि हर समय कई सच्चे धर्म मौजूद होते हैं और इसलिए मनुष्य किसी भी समय अपनी इच्छानुसार कोई भी धर्म अपना सकता है। इसके विपरीत, इसका अर्थ यह है कि मनुष्य को सभी पैग़म्बरों को मानना चाहिए और जानना चाहिए कि पहले के पैग़म्बरों ने बाद के पैग़म्बरों, विशेषकर अंतिम और सबसे श्रेष्ठ पैग़म्बर, के आने की शुभ सूचना दी थी और बाद के पैग़म्बरों ने पहले के पैग़म्बरों की पुष्टि की थी। इसलिए सभी पैग़म्बरों पर ईमान रखने का तक़ाज़ा यह है कि हर युग में हम उसी पैग़म्बर की शरीअत के प्रति समर्पित हों जिसका युग चल रहा हो। और स्वाभाविक रूप से अंतिम पैग़म्बरी के युग में हमें उन अंतिम आदेशों पर अमल करना चाहिए जो ईश्वर की ओर से अंतिम पैग़म्बर के माध्यम से पहुँचे हैं। यही इस्लाम का तक़ाज़ा है—अर्थात ईश्वर के सामने समर्पण करना और उसके भेजे हुए पैग़म्बरों के पैग़ामों को स्वीकार करना। हमारे समय में बहुत-से लोग इस विचार के समर्थक हो गए हैं कि मनुष्य के लिए इतना काफ़ी है कि वह ईश्वर की उपासना करे और ईश्वर की ओर से आए किसी एक आकाशीय धर्म से जुड़ा हो तथा उसके आदेशों पर अमल करे; उन आदेशों का स्वरूप कुछ ख़ास महत्व नहीं रखता। हज़रत मसीह भी पैग़म्बर हैं और हज़रत मुहम्मद भी पैग़म्बर हैं। यदि हम मसीह के धर्म के अनुसार २५२ ईश्वरीय न्याय और सप्ताह में एक बार गिरजाघर जाएँ, तो यह सही है; और यदि हम ख़ातमुन्नबिय्यीन हज़रत मुहम्मद के धर्म के अनुसार अमल करें और हर दिन पाँच बार नमाज़ पढ़ें, तो यह भी सही है। ये लोग कहते हैं कि महत्वपूर्ण बात यह है कि मनुष्य ईश्वर पर ईमान रखे और ईश्वर के बताए हुए कार्यक्रमों में से किसी एक के अनुसार अमल करे। «इमाम अली (अ.)» के लेखक जॉर्ज जर्दाक, प्रसिद्ध लेबनानी ईसाई लेखक जिब्रान ख़लील जिब्रान और उनके जैसे लोग इसी विचार के हैं। ये दोनों हज़रत रसूले अकरम और हज़रत अमीर के बारे में—विशेषकर हज़रत अमीर के बारे में—ऐसे बोलते हैं जैसे वे उन पर ईमान रखने वाले हों। कुछ लोग पूछते हैं कि हज़रत अमीरुल मोमिनीन (अलैहिस्सलाम) और पैग़म्बरे अकरम (सल्लल्लाहु अलैहि व आलेहि व सल्लम) पर ईमान रखने के बावजूद ये लोग ईसाई कैसे हैं? यदि ये सच्चे होते, तो मुसलमान हो गए होते। चूँकि ये मुसलमान नहीं हुए, इसलिए लगता है कि दाल में कुछ काला है; ये छल कर रहे हैं। अतः पैग़म्बर और अली के प्रति प्रेम तथा विश्वास जताने में ये सच्चे नहीं हैं। इसका उत्तर यह है कि पैग़म्बर और अमीरुल मोमिनीन के प्रति प्रेम और विश्वास जताने में ये लोग बेईमान नहीं हैं, बल्कि धर्मों के प्रति प्रतिबद्धता को लेकर इनका एक विशेष दृष्टिकोण है। जॉर्ज जर्दाक का तर्क रसूले अकरम (सल्लल्लाहु अलैहि व आलेहि व सल्लम) के बारे में बताता है कि उन्हें आपकी पैग़म्बरी और आप पर वह्य के उतरने पर ईमान था। और हज़रत अली (अलैहिस्सलाम) के बारे में भी उन्हें पूरा विश्वास है कि वे एक ईश्वरीय पुरुष थे और वे उन्हें हज़रत मसीह की श्रेणी में रखते हैं; फिर भी उन्होंने ईसाई धर्म नहीं छोड़ा। जिब्रान ख़लील जिब्रान हज़रत अली (अलैहिस्सलाम) के बारे में कहते हैं: «मेरे विश्वास में, अली इब्न अबी तालिब पहले अरब थे जिन्होंने विश्वात्मा का सान्निध्य पाया और उससे संवाद किया।» उनका विश्वास है कि अली इब्न अबी तालिब पहले अरब थे जिन्होंने विश्वात्मा से संपर्क किया और उससे बात की। वे हज़रत अमीर के प्रति हज़रत रसूल से भी अधिक प्रेम व्यक्त करते हैं। हज़रत अली (अलैहिस्सलाम) के बारे में उनके कुछ असाधारण और उल्लेखनीय कथन हैं। उन्हीं का यह कथन है: «वे इस हाल में मरे कि नमाज़ उनके होंठों के बीच थी।» अली (अलैहिस्सलाम) के बारे में वे यह भी कहते हैं: «अली अपने समय से पहले थे और मैं इस रहस्य को नहीं समझता कि समय कभी-कभी कुछ लोगों को उनके अपने समय से पहले क्यों पैदा करता है।» संयोग से, यही बात स्वयं हज़रत अली (अलैहिस्सलाम) के एक कथन में भी है। ख़ुत्बा १४९ में फ़रमाते हैं: «कल तुम मेरे दिनों को देखोगे, मेरे रहस्य तुम पर खुल जाएँगे, और जब मेरा स्थान ख़ाली हो जाएगा और कोई दूसरा मेरी जगह लेगा, तब तुम मुझे पहचानोगे।» ग़ैर-मुसलमान का सत्कर्म। २५३ इन लोगों का विश्वास है कि मनुष्य किसी विशेष धर्म को मानने के लिए बाध्य नहीं है; कोई भी धर्म अपना लेना काफ़ी है। इसलिए ये स्वयं ईसाई होते हुए भी हज़रत अली (अलैहिस्सलाम) के प्रेमी और उनके निकट होने का दावा करते हैं, यहाँ तक कि इनका मानना है कि हज़रत अली का भी यही विचार था। जॉर्ज जर्दाक कहते हैं: «अली इब्न अबी तालिब इस बात को स्वीकार नहीं करते कि लोगों के लिए किसी ख़ास धर्म को अपनाना अनिवार्य कर दिया जाए। लेकिन हम इस विचार को ग़लत मानते हैं। यह सही है कि धर्म में कोई ज़बरदस्ती नहीं है: «धर्म में कोई बाध्यता नहीं»; लेकिन इस कथन का यह अर्थ नहीं है कि हर युग में ईश्वर का धर्म अनेक हैं और हमें अधिकार है कि उनमें से जिसे चाहें, चुन लें।</w:t>
      </w:r>
    </w:p>
    <w:p>
      <w:pPr>
        <w:jc w:val="left"/>
      </w:pPr>
      <w:r>
        <w:rPr>
          <w:rFonts w:ascii="Calibri" w:hAnsi="Calibri" w:cs="Calibri"/>
          <w:sz w:val="28"/>
          <w:szCs w:val="28"/>
          <w:rtl w:val="0"/>
        </w:rPr>
        <w:t>ऐसा नहीं है; हर युग में केवल एक ही सच्चा धर्म होता है; हर युग में शरीअत वाले पैग़म्बर ईश्वर की ओर से आए हैं और लोगों का कर्तव्य रहा है कि वे उनके मार्गदर्शन से लाभ उठाएँ तथा अपने नियम-क़ानून और आदेश —इबादत से जुड़े हों या अन्य विषयों से—उनसे सीखें; यह सिलसिला हज़रत ख़ातमुल-अंबिया तक पहुँचा। इस समय यदि कोई ईश्वर की ओर जाने का मार्ग खोजना चाहे, तो उसे उनके धर्म के आदेशों से मार्गदर्शन लेना चाहिए। पवित्र क़ुरआन कहता है: «और जो इस्लाम के अतिरिक्त कोई और धर्म चाहेगा, वह उससे हरगिज़ स्वीकार नहीं किया जाएगा और आख़िरत में वह घाटा उठाने वालों में होगा।» अर्थात, जो कोई इस्लाम के सिवा कोई धर्म अपनाना चाहे, उससे वह कभी स्वीकार नहीं किया जाएगा और वह परलोक में घाटा उठाने वालों में होगा। motahari.ir यदि कहा जाए कि इस्लाम से अभिप्राय केवल हमारा धर्म नहीं, बल्कि ईश्वर के सामने समर्पण करना है, तो इसका उत्तर यह है कि निस्संदेह इस्लाम का अर्थ समर्पण ही है और इस्लाम का धर्म समर्पण का धर्म है, लेकिन समर्पण की वास्तविकता हर युग में एक अलग रूप में रही है और इस युग में उसका रूप वही मूल्यवान धर्म है, जो हज़रत ख़ातमुल-अंबिया के माध्यम से प्रकट हुआ। स्वाभाविक रूप से «इस्लाम» शब्द केवल उसी पर लागू होता है। दूसरे शब्दों में, ईश्वर के सामने समर्पण करने का तक़ाज़ा है कि उसके आदेशों को स्वीकार किया जाए, और यह स्पष्ट है कि हमेशा ईश्वर के सबसे नवीन आदेश का पालन करना चाहिए; ईश्वर का अंतिम आदेश वही है जिसे उसके अंतिम रसूल लेकर आए हैं। इमाम अली, «न पक्षपात, न निरपेक्षता» शीर्षक के अंतर्गत। २। अल-बक़रा २५६; आले इमरान ८५। २५४ ईश्वरीय न्याय: ईमान के बिना नेक अमल। अब यह स्पष्ट हो गया कि पहली बात तो यह है कि हमारी चर्चा सामान्य और व्यापक है और हम व्यक्तियों के बारे में फ़ैसला नहीं करना चाहते। दूसरी बात, चर्चा इस बारे में नहीं है कि सच्चा धर्म एक है या अनेक; हमने यह स्वीकार किया है कि सच्चा धर्म एक ही है और हर व्यक्ति का कर्तव्य है कि उसे स्वीकार करे। तीसरी बात, चर्चा यह है कि यदि कोई सच्चे धर्म को स्वीकार किए बिना कोई नेक काम करे, जिसे सच्चा धर्म अच्छा मानता है, तो उस नेक काम के बदले उसे कोई प्रतिफल और पुरस्कार मिलेगा या नहीं? उदाहरण के लिए, सच्चा धर्म लोगों के साथ भलाई करने की सिफ़ारिश और उस पर ज़ोर देता है। सांस्कृतिक सेवाएँ, जैसे स्कूलों और शिक्षण संस्थानों की स्थापना, लेखन, शिक्षा और अध्यापन; स्वास्थ्य सेवाएँ, जैसे चिकित्सा और नर्सिंग, स्वास्थ्य संस्थानों की स्थापना आदि; सामाजिक सेवाएँ, जैसे लोगों के बीच मेल-मिलाप कराना, ज़रूरतमंदों और असमर्थ लोगों की सहायता, अधीनस्थों के अधिकारों की रक्षा, आक्रामकों और अत्याचारियों का सामना करना, वंचितों की कतारों को मज़बूत करना और अंततः न्याय की स्थापना—जो पैग़म्बरों के भेजे जाने का अंतिम लक्ष्य है; टूटे दिल वालों, शोक-संतप्त लोगों और ऐसे ही अन्य लोगों को सांत्वना देने के साधन जुटाना—ये सब इसी प्रकार के काम हैं। हर धर्म और हर पैग़म्बर ने इनकी सिफ़ारिश की है। इसके अलावा, हर व्यक्ति की बुद्धि और अंतरात्मा ऐसे कामों की अच्छाई और भलाई को स्वीकार करती है। अब हम कहते हैं कि यदि किसी ग़ैर-मुस्लिम ने ऐसी सेवाएँ कीं, तो क्या उसे कोई प्रतिफल मिलेगा या नहीं? सच्चा धर्म कहता है: अमानतदार बनो और झूठ न बोलो। यदि किसी ग़ैर- मुस्लिम के काम भी इसी आदेश के अनुरूप हों, तो क्या उसे कोई प्रतिफल मिलेगा? दूसरे शब्दों में, क्या विश्वासघात करना और अमानतदार होना, ग़ैर-मुस्लिम के मामले में बराबर हैं या नहीं? क्या उसके लिए व्यभिचार और नमाज़ बराबर हैं (चाहे उसने नमाज़ पढ़ी हो या व्यभिचार किया हो)? यही वह प्रश्न है जिस पर हमारी चर्चा है। विचार की दो धाराएँ: आम तौर पर जो लोग अपने को प्रगतिशील विचारों वाला बताते हैं, वे पूरे विश्वास के साथ कहते हैं कि मुसलमान और ग़ैर- मुस्लिम के बीच, बल्कि एकेश्वरवादी और ग़ैर-एकेश्वरवादी के बीच भी कोई अंतर नहीं है; जो कोई नेक काम करे, ग़ैर-मुस्लिम का कोई भला काम करे, किसी कल्याणकारी संस्था की स्थापना या किसी खोज अथवा आविष्कार के ज़रिए सेवा करे, या किसी अन्य तरीक़े से कोई सेवा करे, वह ईश्वर की ओर से पुण्य और पुरस्कार पाने का अधिकारी है। वे कहते हैं कि ईश्वर न्यायकारी है और न्यायकारी ईश्वर अपने बंदों के बीच भेदभाव नहीं करता। ईश्वर के लिए क्या फ़र्क पड़ता है कि उसका बंदा उसे जानता है या नहीं; उस पर ईमान रखता है या नहीं? ईश्वर किसी बंदे के साथ परिचय और मित्रता का संबंध न होने के कारण उसके नेक काम को कभी अनदेखा नहीं करता और न ही उसका प्रतिफल व्यर्थ करता है। और तो और, यदि कोई बंदा ईश्वर को पहचानता हो और नेक काम करता हो, लेकिन उसके रसूलों को न पहचानता हो और उनसे परिचय या मित्रता का संबंध न रखता हो, तब भी ईश्वर उसके नेक काम पर अमिट निशान नहीं लगाता। इनके विपरीत एक दूसरा समूह है, जो लगभग सभी लोगों को दंड का अधिकारी मानता है और बहुत कम लोगों के कामों को स्वीकार्य तथा उनके अंत को अच्छा मानता है। इनका हिसाब बहुत सीधा है। वे कहते हैं कि लोग या तो मुसलमान हैं या ग़ैर-मुस्लिम। ग़ैर-मुस्लिम, जो दुनिया की लगभग तीन-चौथाई आबादी हैं, मुसलमान न होने के कारण दोज़ख़ के अधिकारी हैं। मुसलमान भी या तो शिया हैं या ग़ैर-शिया। ग़ैर-शिया, जो लगभग कुल मुसलमानों का तीन-चौथाई हैं, शिया न होने के कारण दोज़ख़ के अधिकारी हैं। शियाओं में भी बहुसंख्यक—लगभग तीन-चौथाई—के पास केवल शिया होने का नाम है; उनमें से एक छोटा-सा अल्पसंख्यक ही अपने पहले कर्तव्य, यानी किसी मुज्तहिद का अनुसरण करने, से परिचित है, तो फिर दूसरे कर्तव्यों की बात ही क्या, जिनकी वैधता और पूर्णता इसी कर्तव्य के पालन पर निर्भर है। अनुसरण करने वालों में भी अधिकतर अमल करने वाले नहीं हैं। इसलिए मुक्ति पाने वाले लोग बहुत ही कम हैं। ये थे दो पक्षों के तर्क: उनका तर्क, जिन्हें लगभग सर्वधर्मसमभावी कहा जा सकता है; और इनका तर्क, जिन्हें ईश्वरीय क्रोध का प्रतीक कहा जा सकता है और जो दया से पहले क्रोध को रखते हैं। तीसरा तर्क: यहाँ एक तीसरा तर्क भी है, और वह पवित्र क़ुरआन का तर्क है। इस प्रश्न पर पवित्र क़ुरआन हमें ऐसी सोच देता है, जो उन दोनों विचारों से भिन्न है और पूरी तरह क़ुरआन की अपनी विशेषता है। क़ुरआन का दृष्टिकोण न तो हमारे तथाकथित प्रगतिशील लोगों की निराधार सोच से मेल खाता है, न ही हमारे रूढ़िवादी धर्मपरायण लोगों की संकीर्ण दृष्टि से। क़ुरआन का दृष्टिकोण एक विशेष तर्क पर आधारित है, जिसे समझ लेने के बाद हर व्यक्ति स्वीकार करेगा कि इस विषय में सही बात इसके सिवा कुछ और हो ही नहीं सकती; और यह बात हमारे ईमान…</w:t>
      </w:r>
    </w:p>
    <w:p>
      <w:pPr>
        <w:jc w:val="left"/>
      </w:pPr>
      <w:r>
        <w:rPr>
          <w:rFonts w:ascii="Calibri" w:hAnsi="Calibri" w:cs="Calibri"/>
          <w:sz w:val="28"/>
          <w:szCs w:val="28"/>
          <w:rtl w:val="0"/>
        </w:rPr>
        <w:t>256 यह ईश्वरीय न्याय के प्रति हमारी आस्था को इस अद्भुत और महान पुस्तक में और दृढ़ करता है और बताता है कि इसके उच्च ज्ञान लोगों की सांसारिक सोच से स्वतंत्र हैं और उनका स्रोत स्वर्गीय है। अब हम दोनों विरोधी समूहों— तथाकथित बुद्धिजीवियों और तथाकथित धर्मपरायण लोगों—के तर्क प्रस्तुत करके उनकी समीक्षा करेंगे, ताकि उनकी आलोचना के ज़रिए इस मसले में तीसरे तर्क, यानी क़ुरआन के तर्क और उसके विशिष्ट दर्शन के निकट धीरे-धीरे पहुँचें। तथाकथित बुद्धिजीवी इस वर्ग के लोग अपने पक्ष में दो तरह के तर्क देते हैं: अक़्ली और नक़्ली। १. अक़्ली तर्क: तार्किक प्रमाण और वह अक़्ली तर्क, जो कहता है कि किसी से भी नेक काम हो, उसे उसका प्रतिफल मिलेगा, दो आधारों पर टिका है: क. यह कि परमेश्वर का सभी प्राणियों के साथ संबंध समान और एक जैसा है; ईश्वर का संबंध सभी कालों और सभी स्थानों के साथ समान है; ईश्वर जिस तरह पूरब में है, उसी तरह पश्चिम में भी है; जिस तरह ऊपर है, उसी तरह नीचे भी है; ईश्वर वर्तमान में है और अतीत में भी था तथा भविष्य में भी रहेगा; अतीत, वर्तमान और भविष्य उसके लिए समान हैं, जैसे ऊपर और नीचे, पूरब और पश्चिम उसके लिए समान हैं; सेवक और सृष्टियाँ भी उसके लिए समान हैं; उसका किसी से न तो रिश्तेदारी का संबंध है, न ही कोई निजी नाता। इसलिए ईश्वर की कृपा-दृष्टि या क्रोध-दृष्टि भी उसके सेवकों के प्रति समान है, जब तक कि सेवकों की ओर से कोई अंतर न हो। बेशक, इस बात का यह अर्थ नहीं कि सभी वस्तुओं का ईश्वर के साथ संबंध भी एक जैसा है और उनका पात्र होना समान है। वस्तुओं का ईश्वर के साथ संबंध एक जैसा नहीं है, लेकिन वस्तुओं के साथ ईश्वर का संबंध समान है। ईश्वर सभी वस्तुओं के समान रूप से निकट है, लेकिन ईश्वर से निकटता और दूरी के मामले में वस्तुएँ अलग-अलग हैं। दुआ-ए-इफ़्तिताह में इस बारे में एक दिलचस्प वाक्य है; हम पढ़ते हैं: «वह दूर है, इसलिए दिखाई नहीं देता; और निकट है, इसलिए कानाफूसी का साक्षी है।» इस वाक्य में ईश्वर का वर्णन इस प्रकार किया गया है: वह जो दूर है और इसलिए दिखाई नहीं देता, और निकट है और इसलिए कानाफूसी तथा धीमी आवाज़ में कही गई बातों का साक्षी है। वास्तव में हम उससे दूर हैं, लेकिन वह हमारे निकट है। यह एक पहेली है: यह कैसे संभव है कि दो चीज़ों के बीच निकटता और दूरी के लिहाज़ से दो अलग-अलग संबंध हों? हाँ, यहाँ ऐसा ही है; ईश्वर वस्तुओं के निकट है, लेकिन वस्तुएँ ईश्वर के निकट नहीं हैं; यानी उनके संबंध अलग-अलग हैं और वे दूर या निकट हैं। ग़ैर-मुसलमान का नेक काम। 257 इसलिए कोई भी बिना कारण ईश्वर के यहाँ प्रिय नहीं है और कोई भी बिना वजह तिरस्कृत और बहिष्कृत नहीं होता। ईश्वर का किसी से न रिश्तेदारी का संबंध है, न एक ही शहर का निवासी होने का; कोई भी ईश्वर का लाड़ला नहीं है। कोई भी उसका चहेता और प्रिय नहीं है। चूँकि ईश्वर का सभी प्राणियों के साथ संबंध समान है, इसलिए कोई कारण नहीं कि एक व्यक्ति का नेक काम स्वीकार हो और दूसरे व्यक्ति का स्वीकार न हो। यदि कर्म समान हों, तो उनका प्रतिफल भी समान होगा, क्योंकि यह मान लिया गया है कि ईश्वर का सभी लोगों के साथ संबंध समान है। अतः न्याय की माँग है कि ईश्वर उन सभी सेवकों को, जो नेक काम करते हैं—चाहे वे मुसलमान हों या ग़ैर-मुसलमान—समान रूप से प्रतिफल दे। ख. दूसरा आधार यह है कि कर्मों की अच्छाई और बुराई मनमानी नहीं, बल्कि वास्तविक है। इल्म-ए-कलाम और उसूल-ए-फ़िक़्ह के विद्वानों की भाषा में, कर्मों का «हुस्न» और «क़ुब्ह» यानी अच्छाई और बुराई स्वाभाविक है; इसका अर्थ है कि अच्छे और बुरे कर्म अपने आप में अलग होते हैं; अच्छे काम अपने आप में अच्छे और बुरे काम अपने आप में बुरे होते हैं। सच बोलना, ईमानदारी, परोपकार और लोगों की सेवा आदि स्वभाव से अच्छे हैं; जबकि झूठ, चोरी और ज़ुल्म स्वभाव से बुरे हैं। सच का अच्छा होना और झूठ का बुरा होना इस कारण नहीं कि ईश्वर ने सच का आदेश दिया और झूठ से मना किया; बल्कि इसके उलट, चूँकि सच अच्छा था, इसलिए ईश्वर ने उसका आदेश दिया और चूँकि झूठ बुरा था, इसलिए ईश्वर ने उससे मना किया। संक्षेप में, ईश्वर के आदेश और निषेध कर्मों की «स्वाभाविक अच्छाई» और «स्वाभाविक बुराई» के अधीन हैं, न कि इसके उलट। इन दोनों आधारों से हम यह निष्कर्ष निकालते हैं कि चूँकि ईश्वर पक्षपात नहीं करता और नेक काम कोई भी करे, वह नेक ही होता है, इसलिए नेक काम करने वाले हर व्यक्ति को परमेश्वर की ओर से अनिवार्य रूप से अच्छा प्रतिफल मिलेगा। ठीक इसी तर्क के अनुसार बुरे कर्मों और पाप के मामले में भी उन्हें करने वालों के बीच कोई अंतर नहीं है। इस वाक्य में एक दिलचस्प बात यह है कि जब ईश्वर को दूर बताया जाता है, तो उसके प्रमाण के लिए सृष्टि के गुणों में से एक गुण—देखना—उल्लेखित किया जाता है। कोई उसे देख नहीं सकता; और जब ईश्वर को निकट बताया जाता है, तो उसके प्रमाण के लिए ईश्वर का एक गुण प्रस्तुत किया जाता है—उसकी उपस्थिति और उसकी जागरूकता। जहाँ हमारे काम की बात होती है, वहाँ हम ईश्वर को दूर बताते हैं, और जहाँ उसके काम की बात होती है, वहाँ निकटता का गुण उससे जोड़ते हैं। सादी ने कितना सुंदर कहा है: मेरा यार मुझसे भी अधिक मेरे निकट है, मैं क्या करूँ, किससे कहूँ कि वह मेरा प्रिय है? और इससे भी अधिक अचरज की बात यह है कि मैं उससे दूर हूँ; वह मेरे पास है, फिर भी मैं उससे बिछड़ा हुआ हूँ। 258 ईश्वरीय न्याय—क़ुरआन से प्रमाण। क़ुरआन मजीद अपनी अनेक आयतों में मनुष्यों के बीच पक्षपात न करने के सिद्धांत की पुष्टि करता है—अच्छे कर्म का प्रतिफल और बुरे कर्म की सज़ा मिलने का वही सिद्धांत, जिसका ऊपर अक़्ली तर्क में उल्लेख हुआ। क़ुरआन ने पक्षपातपूर्ण सोच रखने वाले यहूदियों का कड़ा विरोध किया है। यहूदी मानते थे और आज भी मानते हैं कि इस्राईल की नस्ल ईश्वर की प्रिय है। वे कहते थे: हम ईश्वर के बेटे और उसके दोस्त हैं। अगर ईश्वर हमें जहन्नम में डाल भी दे, तो यह बस कुछ समय के लिए होगा। क़ुरआन ऐसी सोच को झूठी आकांक्षाएँ और कल्पनाएँ कहता है और उसका कड़ा विरोध करता है। क़ुरआन ने उन मुसलमानों को भी फटकारा है, जो ऐसे ही घमंड में पड़ गए हैं। इस विषय में क़ुरआन की कुछ आयतें प्रस्तुत हैं: «और उन्होंने कहा: आग हमें कुछ गिने-चुने दिनों के सिवा कभी नहीं छुएगी। कह दो: क्या तुमने ईश्वर से कोई वचन ले रखा है कि ईश्वर अपना वचन नहीं तोड़ेगा, या तुम ईश्वर के बारे में ऐसी बात कहते हो जिसे तुम नहीं जानते? हाँ, जिसने बुरा कर्म किया और उसका पाप उसे चारों ओर से घेर ले, वही लोग आग वाले हैं; वे उसमें हमेशा रहेंगे। और जो लोग ईमान लाए और उन्होंने नेक कर्म किए, वही जन्नत वाले हैं; वे उसमें हमेशा रहेंगे।»</w:t>
      </w:r>
    </w:p>
    <w:p>
      <w:pPr>
        <w:jc w:val="left"/>
      </w:pPr>
      <w:r>
        <w:rPr>
          <w:rFonts w:ascii="Calibri" w:hAnsi="Calibri" w:cs="Calibri"/>
          <w:sz w:val="28"/>
          <w:szCs w:val="28"/>
          <w:rtl w:val="0"/>
        </w:rPr>
        <w:t>और उन्होंने कहा—यहाँ यहूदियों का आशय है कि जहन्नम की आग हमें कभी नहीं छुएगी, और अगर छुएगी भी तो बस कुछ गिने-चुने दिनों के लिए। कहो: क्या इस बारे में तुमने ईश्वर से कोई वचन ले रखा है? बेशक, अगर तुमने कोई वचन लिया है, तो ईश्वर अपने वचन का उल्लंघन नहीं करता; या फिर तुम ईश्वर के बारे में ऐसी बात कहते हो, जिसे तुम नहीं जानते? यक़ीन रखो, जो कोई पाप करता है और जिसकी ग़लतियाँ उसे चारों ओर से घेर लेती हैं, वह हमेशा आग का साथी और हमनशीं रहेगा; और जो लोग ईमान लाते हैं और नेक काम करते हैं, वे जन्नत वाले हैं और उसमें हमेशा रहेंगे। क़ुरआन एक दूसरी जगह यहूदियों की इसी धारणा के जवाब में कहता है: «और उनकी मनगढ़ंत बातें उन्हें उनके धर्म के बारे में धोखे में डालती रहीं। फिर क्या होगा जब हम उन्हें उस दिन के लिए इकट्ठा करेंगे, जिसमें कोई संदेह नहीं, और हर व्यक्ति को उसके किए का पूरा-पूरा बदला दिया जाएगा और उन पर ज़रा भी ज़ुल्म नहीं होगा?» उनकी मनगढ़ंत बातों ने उन्हें अपनी धार्मिक मान्यताओं पर घमंड में डाल दिया है; तो फिर क्या होगा जब हम उन्हें उस दिन के लिए इकट्ठा करेंगे, जिसके आने में कोई संदेह नहीं—अर्थात पुनरुत्थान के दिन—और हर व्यक्ति को उसकी कमाई पूरी-पूरी दे दी जाएगी, बिना किसी पर ज़ुल्म किए। बक़रा 80–82; आले इमरान 24–25। ग़ैर-मुसलमानों का नेक कर्म। 259. एक दूसरी जगह ईसाइयों को भी यहूदियों के साथ शामिल किया गया है और उन सबकी इस धारणा का क़ुरआन ने खंडन किया है: «और उन्होंने कहा: यहूदी या ईसाई के सिवा कोई जन्नत में दाख़िल नहीं होगा। ये उनकी मनगढ़ंत आशाएँ हैं। कहो: अगर तुम सच्चे हो तो अपना प्रमाण पेश करो। बल्कि, जो अपना चेहरा ईश्वर के आगे झुका दे और नेक काम करे, उसका प्रतिफल उसके रब के पास है; और ऐसे लोगों को न कोई भय होगा, न वे दुखी होंगे।» और उन्होंने कहा कि यहूदी या ईसाई के सिवा कोई जन्नत में दाख़िल नहीं होगा। ये उनकी मनगढ़ंत आशाएँ हैं। कहो: अगर तुम सच्चे हो तो अपना प्रमाण पेश करो। क्योंकि जो कोई अपने आपको ईश्वर के हवाले कर दे और नेक काम करे, उसका प्रतिफल उसके ईश्वर के पास सुरक्षित है; और इस वर्ग के लोगों को न कोई भय होगा और न वे दुखी होंगे। सूरह निसा में मुसलमानों को भी यहूदियों और ईसाइयों के साथ शामिल किया गया है। क़ुरआन मजीद किसी की भी निराधार भेदभावपूर्ण सोच को आड़े हाथों लेता है। ऐसा लगता है कि मुसलमान अहले-किताब के विचारों से प्रभावित हो गए थे और उनके इस दावे के जवाब में कि वे बिना किसी कारण के ख़ास दर्जा रखते हैं, इन्होंने भी अपने बारे में ऐसा ही दावा करना उचित समझा था। इस तरह की खोखली कल्पनाओं का खंडन करते हुए क़ुरआन मजीद कहता है: «यह न तुम्हारी इच्छाओं पर निर्भर है और न अहले-किताब की इच्छाओं पर। जो कोई बुरा काम करेगा, उसे उसका बदला दिया जाएगा, और ईश्वर के सिवा उसे कोई सहायक या मददगार नहीं मिलेगा। और जो नेक कर्मों में से कुछ भी करेगा, चाहे वह पुरुष हो या स्त्री, और वह ईमान वाला हो, तो ऐसे लोग जन्नत में दाख़िल होंगे और उन पर रत्ती भर भी ज़ुल्म नहीं होगा।» यह तुम्हारी इच्छाओं पर निर्भर नहीं है, न ही अहले-किताब की इच्छाओं पर। जो कोई बुरा काम करेगा, उसे उसकी सज़ा दी जाएगी और अपने बचाव में उसे ईश्वर के सामने कोई सहायक या रक्षक नहीं मिलेगा। और जो कोई नेक कामों में से कुछ करेगा, चाहे वह पुरुष हो या स्त्री—यदि वे ईमान वाले होंगे, तो ऐसे लोग जन्नत में दाख़िल होंगे और उन पर ज़रा-सा भी ज़ुल्म नहीं किया जाएगा। निराधार निकटता और विशेष दर्जे को नकारने वाली आयतों के अलावा, दूसरी आयतें भी हैं जिनका आशय यह है कि परमेश्वर किसी भी नेक काम का प्रतिफल व्यर्थ नहीं जाने देता। उसका आशय यह है कि परमेश्वर किसी भी नेक काम का प्रतिफल व्यर्थ नहीं करता। बक़रा 111–112; निसा 123–124। 260. ईश्वरीय न्याय। इन आयतों को सभी लोगों के नेक कर्मों की स्वीकृति का प्रमाण माना गया है—चाहे वे मुसलमान हों या ग़ैर-मुसलमान। सूरह ज़िलज़ाल में पढ़ते हैं: «जो कोई कण भर भी भलाई करेगा, वह उसे देख लेगा; और जो कोई कण भर भी बुराई करेगा, वह उसे देख लेगा।» हर वह व्यक्ति जो कण के बराबर—अर्थात सबसे छोटी महसूस की जा सकने वाली वस्तु के बराबर—कोई नेक काम करेगा, वह उस काम को देखेगा; और जो कोई कण के बराबर बुरा काम करेगा, वह भी उस काम को देखेगा। एक दूसरी जगह कहा गया है: «निस्संदेह, ईश्वर नेक काम करने वालों का प्रतिफल व्यर्थ नहीं करता।» सचमुच, ईश्वर नेक काम करने वालों का प्रतिफल व्यर्थ नहीं करता। एक दूसरी जगह कहा गया है: «हम उस व्यक्ति का प्रतिफल व्यर्थ नहीं करते, जिसने कोई काम अच्छे ढंग से किया हो।» इन आयतों का लहजा ऐसा है कि इन्हें उन सामान्य कथनों में रखा जाता है जिनमें कोई अपवाद नहीं किया जा सकता। उसूल के विद्वान कहते हैं कि कुछ सामान्य कथनों में अपवाद नहीं किया जा सकता और उन्हें सीमित नहीं किया जा सकता; यानी कथन का लहजा ऐसा होता है कि उसमें कोई सीमा या अपवाद नहीं जोड़ा जा सकता। यानी सामान्य कथन का लहजा ऐसा होता है कि उसे सीमित नहीं किया जा सकता और उसमें अपवाद नहीं जोड़ा जा सकता। जब कहा जाता है कि हम नेक काम करने वाले का प्रतिफल व्यर्थ नहीं करते, तो इसका अर्थ यह है कि हमारी ईश्वरता की हैसियत हमसे यह अपेक्षा करती है कि हम नेक काम को सुरक्षित रखें; इसलिए यह असंभव है कि ईश्वर कहीं अपनी ईश्वरता की हैसियत छोड़ दे और किसी नेक काम को व्यर्थ कर दे। इस चर्चा में एक दूसरी आयत का भी बहुत हवाला दिया जाता है और कहा जाता है कि वह दावे के बारे में स्पष्ट है: सूरह ज़िलज़ाल 7–8। तौबा 120; कहफ़ 30।</w:t>
      </w:r>
    </w:p>
    <w:p>
      <w:pPr>
        <w:jc w:val="left"/>
      </w:pPr>
      <w:r>
        <w:rPr>
          <w:rFonts w:ascii="Calibri" w:hAnsi="Calibri" w:cs="Calibri"/>
          <w:sz w:val="28"/>
          <w:szCs w:val="28"/>
          <w:rtl w:val="0"/>
        </w:rPr>
        <w:t>ग़ैर-मुस्लिम का नेक काम। 261 «निस्संदेह, जो ईमान लाए, और जो यहूदी, साबिई और ईसाई हुए, उनमें से जो कोई अल्लाह और आख़िरत के दिन पर ईमान लाया और नेक काम किया, तो उन पर न कोई भय होगा और न वे दुखी होंगे।» वे लोग जिन्होंने ईमान लाया, यानी मुसलमान, यहूदी, साबिई और ईसाई—वे सभी लोग जो अल्लाह पर और पुनरुत्थान के दिन पर ईमान रखते हों और नेक काम करें, भय और आशंका से मुक्त होंगे और दुखी भी नहीं होंगे। इस आयत में मुक्ति और अल्लाह की यातना से सुरक्षा के लिए तीन शर्तें बताई गई हैं: अल्लाह पर ईमान, पुनरुत्थान के दिन पर ईमान और नेक काम। कोई दूसरी शर्त नहीं रखी गई है। कुछ छद्म-बुद्धिजीवी इससे भी आगे बढ़कर कहते हैं कि पैग़म्बरों का उद्देश्य न्याय और परोपकार का आह्वान करना है और «क़ानून के अनुसार लक्ष्य ग्रहण करो और प्रस्तावनाएँ छोड़ दो»—अर्थात लक्ष्य को अपनाकर प्रारंभिक शर्तों को छोड़ देना चाहिए—हमें कहना चाहिए कि न्याय और परोपकार, उन लोगों के भी स्वीकार्य हैं जो अल्लाह और क़ियामत को नहीं मानते। इसलिए जो लोग अल्लाह और क़ियामत का इनकार करते हैं, लेकिन मानवता को महान सांस्कृतिक, स्वास्थ्य, आर्थिक, राजनीतिक और सामाजिक सेवाएँ देते हैं, उन्हें बड़ा प्रतिफल मिलेगा। बेशक, वे «निस्संदेह, हम उस व्यक्ति का प्रतिफल व्यर्थ नहीं करते जिसने अच्छा काम किया» जैसी आयतों, या «जो कोई कण भर भी भलाई करेगा, वह उसे देख लेगा» से तर्क दे सकते हैं; लेकिन ऊपर दी गई आयत जैसी आयतें उनके दावे के विपरीत बात कहती हैं। motahart.i अब दूसरे समूह के तर्कों पर ध्यान दें। वे सख़्त विचार वाले लोग, जो उदार विचारों वाले उन बुद्धिजीवियों के मुक़ाबले में हैं, जो दावा करते हैं कि किसी भी व्यक्ति का नेक काम, किसी भी परिस्थिति में हो, अल्लाह की बारगाह में स्वीकार्य है—ये धर्मपरायण सख़्त विचार वाले लोग उनसे बिल्कुल विपरीत पक्ष लेते हैं। वे कहते हैं: यह असंभव है कि किसी ग़ैर-मुस्लिम का कोई काम स्वीकार किया जाए। काफ़िरों के, और इसी तरह ग़ैर-शिया मुसलमानों के काम की एक कौड़ी भी क़ीमत नहीं है। काफ़िर और ग़ैर-शिया मुसलमान स्वयं अस्वीकृत और बहिष्कृत हैं, इसलिए उनका काम तो और भी अधिक अस्वीकार्य है। यह समूह भी दो तर्क देता है—बौद्धिक और उद्धरण-आधारित। मायदा 69। 262। ईश्वरीय न्याय। बौद्धिक तर्क। इस समूह का बौद्धिक तर्क यह है कि यदि ग़ैर-मुसलमानों या ग़ैर-शिया मुसलमानों के काम अल्लाह की बारगाह में स्वीकार्य हों, तो मुसलमान और ग़ैर-मुसलमान के बीच, और इसी तरह शिया और ग़ैर-शिया के बीच क्या फ़र्क़ रह जाएगा? उनके बीच फ़र्क़ या तो यह होना चाहिए कि मुसलमान और शिया के नेक काम स्वीकार किए जाएँ और ग़ैर-मुस्लिम या ग़ैर-शिया मुसलमान के काम स्वीकार न किए जाएँ; या यह कि शिया मुसलमानों के बुरे कामों पर सज़ा न हो और दूसरों के बुरे कामों पर सज़ा हो। लेकिन अगर ऐसा हो कि दोनों समूहों के नेक कामों का अच्छा प्रतिफल हो और दोनों समूहों के बुरे कामों की सज़ा हो, तो फिर उनके बीच क्या फ़र्क़ रह जाएगा? इस स्थिति में इस्लाम और शिया मत का प्रभाव क्या हो सकता है? हिसाब-किताब के मामले में काफ़िर और मुसलमान, और इसी तरह शिया और ग़ैर-शिया की समानता का अर्थ इसके सिवा कुछ नहीं कि इस्लाम और शिया मत मूलतः एक अतिरिक्त, व्यर्थ और अनावश्यक चीज़ हैं। उद्धरण-आधारित तर्क। उपर्युक्त तर्क के अलावा, यह समूह क़ुरआन की दो आयतों और कुछ रिवायतों तथा हदीसों से भी तर्क देता है। क़ुरआन की कुछ आयतों में स्पष्ट कहा गया है कि काफ़िर का काम स्वीकार्य नहीं है; इसी तरह अनेक रिवायतों में आया है कि ग़ैर-शिया का काम—अर्थात उस व्यक्ति का काम जिसके पास अहले-बैत की विलायत नहीं है—स्वीकार नहीं होता। आगे फ़रमाया है कि सूरह इब्राहीम में अल्लाह काफ़िरों के कामों की तुलना राख से करता है, जो तेज़ आँधी में बिखर जाती है और उड़कर ग़ायब हो जाती है: «उन लोगों के कामों का उदाहरण, जिन्होंने अपने रब का इनकार किया, राख के समान है, जिसे तूफ़ानी दिन की तेज़ हवा उड़ा ले जाती है। अपनी कमाई हुई चीज़ों में से वे किसी चीज़ पर क़ाबू नहीं पा सकेंगे। यही बहुत दूर की गुमराही है।» काफ़िरों का उदाहरण ऐसा है कि उनके काम राख के ढेर जैसे हैं, जिसे किसी तूफ़ानी दिन में तेज़ हवा उड़ा ले जाती है। अपनी कमाई हुई चीज़ों में से वे किसी चीज़ पर हाथ नहीं रख पाते; यही गहरी गुमराही है।» सूरह नूर की एक आयत में काफ़िरों के कामों की तुलना ऐसी मरीचिका से की गई है जो «पानी दिखाई देती है, लेकिन पास जाने पर कुछ भी नहीं होती। यह आयत कहती है कि ऐसी महान सेवाएँ, जो आँखों को चकाचौंध कर देती हैं और कुछ लोगों की नज़र में इब्राहीम/18। ग़ैर-मुस्लिम का नेक काम। भोले-भाले लोगों के लिए पैग़म्बरों की सेवाओं से भी बड़ी हैं, लेकिन अगर वे अल्लाह पर ईमान के साथ न हों, तो वे सब व्यर्थ हैं और उनकी महानता महज़ एक कल्पना है—बिल्कुल मरीचिका की तरह। अब इस पवित्र आयत का पाठ देखिए: «और जिन लोगों ने इनकार किया, उनके काम मरीचिका जैसे हैं, जिसे प्यासा व्यक्ति पानी समझता है; यहाँ तक कि जब वह उसके पास पहुँचता है, तो उसे कुछ नहीं पाता, और वहाँ अल्लाह को पाता है, जो उसका पूरा हिसाब चुकता करता है। और जिन लोगों ने इनकार किया, उनके काम रेगिस्तान की मरीचिका जैसे हैं, जिसे प्यासा व्यक्ति पानी समझता है, यहाँ तक कि जब वह उसके पास पहुँचता है तो देखता है कि वहाँ कुछ भी नहीं है, और वहाँ अल्लाह को पाता है, जो उसका हिसाब चुकता करता है; और अल्लाह शीघ्र हिसाब लेने वाला है।» यह काफ़िरों के नेक कामों का उदाहरण है, जो देखने में अच्छे लगते हैं। और उनके बुरे कामों का हाल तो और भी बुरा है। अगले आयत में उनका उदाहरण इस तरह पढ़ते हैं: «या वे गहरे समुद्र की अँधेरी परतों जैसे हैं, जिन्हें एक लहर ढँक लेती है, जिसके ऊपर एक और लहर है, और उसके ऊपर बादल हैं—अँधेरों की तहें, एक के ऊपर एक। जब वह अपना हाथ बाहर निकालता है, तो उसे लगभग देख भी नहीं पाता। और जिसे अल्लाह प्रकाश न दे, उसके लिए कोई प्रकाश नहीं।» या वे गहरे समुद्र में अँधेरे की परतों जैसे हैं, जिन्हें एक लहर ढँक लेती है, जिसके ऊपर एक और लहर है, और उसके ऊपर बादल छाए हुए हैं। जब कोई अपना हाथ बाहर निकाले, तो वह उसे देख भी नहीं पाता। जिसे अल्लाह प्रकाश न दे, उसे कोई प्रकाश नहीं मिलता।» इस आयत को पिछली आयत के साथ मिलाकर हम यह निष्कर्ष निकालते हैं कि काफ़िरों के नेक काम, अपने आकर्षक बाहरी रूप के बावजूद, वास्तविकता से रहित मरीचिका हैं, लेकिन उनके बुरे कामों का हाल—हाय! बुराई पर बुराई और अँधेरे पर अँधेरा है। उपर्युक्त आयतें काफ़िर के काम की स्थिति स्पष्ट करती हैं। लेकिन हम शियाओं की दृष्टि में ग़ैर-शिया मुसलमान के काम की स्थिति को अहले-बैत (उन पर शांति हो) के माध्यम से पहुँची रिवायतें स्पष्ट करती हैं।</w:t>
      </w:r>
    </w:p>
    <w:p>
      <w:pPr>
        <w:jc w:val="left"/>
      </w:pPr>
      <w:r>
        <w:rPr>
          <w:rFonts w:ascii="Calibri" w:hAnsi="Calibri" w:cs="Calibri"/>
          <w:sz w:val="28"/>
          <w:szCs w:val="28"/>
          <w:rtl w:val="0"/>
        </w:rPr>
        <w:t>इस विषय में बहुत-सी रिवायतें आई हैं। इच्छुक पाठक काफ़ी, खंड 1, किताबुल-हुज्जा और खंड 2, किताबुल-ईमान वल-कुफ़्र; वसाइलुश-शिया, खंड 1, अबवाब मुक़द्दिमातुल-इबादात; और मुस्तदरकुल-वसाइल, खंड 1, अबवाब मुक़द्दिमातुल-इबादात; नूर, 39; अद्ल-ए-इलाही, पृष्ठ 264; बिहारुल-अनवार, मआद संबंधी चर्चाएँ, अध्याय 18, वादा और चेतावनी, हबत और कफ़्फ़ारा; तथा पुराने संस्करण का खंड 7, अध्याय 227 और पुराने संस्करण के खंड 15 के अख़लाक़ वाले भाग, पृष्ठ 187 देख सकते हैं। उदाहरण के लिए, हम वसाइलुश-शिया से एक रिवायत उद्धृत करते हैं। मुहम्मद बिन मुस्लिम कहते हैं: मैंने इमाम बाक़िर (अ) को यह कहते हुए सुना: जो कोई अल्लाह की इबादत करे और इबादत में स्वयं को कष्ट दे, लेकिन उसके लिए अल्लाह द्वारा नियुक्त इमाम न हो, तो उसका कर्म स्वीकार नहीं किया जाता, वह स्वयं गुमराह और भटका हुआ है, और अल्लाह उसके कर्मों से घृणा करता है... और यदि वह इसी अवस्था में मर जाए, तो उसकी मृत्यु इस्लाम की मृत्यु नहीं, बल्कि कुफ़्र और निफ़ाक़ की मृत्यु है। ऐ मुहम्मद बिन मुस्लिम, जान लो कि अत्याचार के इमाम और उनके अनुयायी अल्लाह के धर्म से बाहर हैं; वे स्वयं गुमराह हुए और दूसरों को भी गुमराह किया। उनके कर्म उस राख की तरह हैं जिसे तूफ़ानी दिन में एक तेज़ हवा उड़ा ले जाती है, और वे अपनी कमाई हुई किसी भी चीज़ पर क़ाबू नहीं पा सकते; यही गहरी गुमराही है। ये उन लोगों के तर्क हैं जो कहते हैं कि सुख और सौभाग्य का आधार ईमान और विश्वास है। कभी-कभी इस समूह के कुछ लोग अतिवाद करते हुए केवल ईमान का दावा करने और वास्तव में महज़ किसी से जुड़ा होने को ही निर्णय का आधार बना लेते हैं; मसलन, बनी उमय्या के दौर में मुरजिआ इसी विचार का प्रचार करते थे और सौभाग्य से बनी उमय्या के पतन के साथ वे भी समाप्त हो गए। उस दौर में अहले-बैत (उन पर शांति हो) के इमामों से प्रेरणा लेने वाला शिया विचार, मुरजिआ के विचार के ठीक विपरीत था। लेकिन दुर्भाग्य से हाल के युगों में मुरजिआ का विचार दूसरे रूप में आम शियाओं के बीच पैठ गया है। आम शियाओं का एक समूह केवल अमीरुल-मोमिनीन (अ) से बाहरी संबंध को ही मुक्ति के लिए पर्याप्त समझता है, और यह विचार हाल के युग में शियाओं की दुर्दशा का मूल कारण माना जाता है। हाल के युगों के दरवेश और सूफ़ी दूसरे ढंग और दूसरे बहाने से कर्म को तुच्छ ठहराते हैं; उन्होंने हृदय की पवित्रता को बहाना बना लिया है, जबकि हृदय की वास्तविक पवित्रता कर्म को प्रेरित और पुष्ट करती है, उसके विपरीत नहीं होती। इन समूहों के विपरीत, कुछ लोग ऐसे भी हुए जिन्होंने कर्म के मूल्य को इस हद तक बढ़ा दिया कि कहा: बड़ा पाप करने वाला काफ़िर है। ख़वारिज का यही मत था। कुछ धर्मशास्त्रियों ने बड़े पाप करने वाले को न मोमिन माना और न काफ़िर, बल्कि उसे दोनों अवस्थाओं के बीच की अवस्था में माना। वसाइलुश-शिया, मुहम्मदी पुस्तकालय, क़ुम संस्करण, खंड 1 का पहला भाग, पृष्ठ 90। ग़ैर-मुस्लिम का नेक कर्म। 265 अब हमें देखना चाहिए कि इन विचारों में से कौन-सा सही है? क्या हमें विश्वास को मूल मानना चाहिए या कर्म को? या कोई तीसरा विकल्प भी है? अब ईमान और विश्वास के मूल्य पर चर्चा करते हैं। ईमान के मूल्य के बारे में तीन पहलुओं पर चर्चा करनी चाहिए: क्या धर्म के मूल सिद्धांतों—जैसे एकेश्वरवाद, पैग़ंबरी और परलोक—में विश्वास और ईमान का अभाव शिया इस्लामी दृष्टिकोण के अनुसार इनमें इमामत और न्याय को भी जोड़कर, हर कल्पनीय परिस्थिति में ईश्वरीय दंड का कारण बनता है? या यह संभव है कि कुछ बेईमान लोग क्षम्य हों और अपने अविश्वास के लिए दंडित न हों? क्या ईमान नेक कर्म की स्वीकृति की अनिवार्य शर्त है, इस तरह कि ग़ैर-मुसलमानों, बल्कि ग़ैर-शियाओं का कोई भी नेक कर्म स्वीकार न हो? क्या कुफ़्र और इनकार नेक कर्मों को निष्फल करके मिटा नहीं देते? आगे की चर्चा में हम इन तीनों पहलुओं की जाँच करेंगे। अली... क़ुफ़्र के लिए दंडित किया जाना motahari.ir यह निश्चित है कि कुफ़्र दो प्रकार का होता है: एक कुफ़्र हठ और द्वेष के कारण, जिसे कुफ़्र-ए-जुहूद कहा जाता है; और दूसरा अज्ञान तथा सत्य से अपरिचित होने के कारण। पहले मामले में, तर्क और बुद्धि तथा धर्मग्रंथ स्पष्ट रूप से कहते हैं कि जो व्यक्ति जान-बूझकर सत्य को पहचानने के बाद उससे शत्रुता करता है और उसका इनकार करने पर उतारू होता है, वह दंड का पात्र है। लेकिन दूसरे मामले में कहना चाहिए कि यदि अज्ञान और अनभिज्ञता व्यक्ति की अपनी कोताही के कारण न हो, तो उसे पालनहार की क्षमा और दया प्राप्त होगी। इस मुद्दे की व्याख्या के लिए समर्पण और हठ के बारे में कुछ चर्चा आवश्यक है। क़ुरआन कहता है: «जिस दिन न धन लाभ देगा और न संतान, सिवाय उसके जो अल्लाह के पास शुद्ध हृदय लेकर आए।» शुअरा, 88 और 89.</w:t>
      </w:r>
    </w:p>
    <w:p>
      <w:pPr>
        <w:jc w:val="left"/>
      </w:pPr>
      <w:r>
        <w:rPr>
          <w:rFonts w:ascii="Calibri" w:hAnsi="Calibri" w:cs="Calibri"/>
          <w:sz w:val="28"/>
          <w:szCs w:val="28"/>
          <w:rtl w:val="0"/>
        </w:rPr>
        <w:t>266. ईश्वरीय न्याय: जिस दिन धन और पुत्र मनुष्य के काम न आएँगे, सिवाय इसके कि कोई हृदय लेकर अल्लाह के सामने आए। समर्पण के स्तर: हृदय की सलामती की सबसे बुनियादी शर्त सत्य के सामने समर्पित होना है। समर्पण के तीन चरण हैं: शरीर का समर्पण, बुद्धि का समर्पण और हृदय का समर्पण। जब दो प्रतिद्वंद्वी एक-दूसरे से युद्ध करते हैं और उनमें से एक पक्ष खुद को पराजित महसूस करता है, तो संभव है कि वह समर्पण कर दे। ऐसे समर्पण में आम तौर पर पराजित प्रतिद्वंद्वी अपने हाथ समर्पण के संकेत के रूप में ऊपर उठा देता है, संघर्ष और युद्ध से रुक जाता है और अपने प्रतिद्वंद्वी की आज्ञा मानने लगता है; यानी उसका प्रतिद्वंद्वी जैसा आदेश दे, वह वैसा ही करता है। इस प्रकार के समर्पण में शरीर और देह समर्पित होते हैं, लेकिन विचार और सोच समर्पित नहीं होते; बल्कि वह लगातार विद्रोह के बारे में सोचता रहता है और हमेशा यह सोचता है कि उसे ऐसा अवसर कैसे मिले, जिससे वह फिर से अपने प्रतिद्वंद्वी पर हावी हो सके। उसकी बुद्धि और विचार की स्थिति यह होती है, और भावनाओं तथा संवेदनाओं की दृष्टि से भी वह लगातार दुश्मन को कोसता रहता है। इस प्रकार का समर्पण शरीर का समर्पण है; यह उस सीमा का अंतिम छोर है, जिसे बलपूर्वक जीता जा सकता है। समर्पण का एक और चरण बुद्धि और विचार का समर्पण है। बुद्धि को अपने अधीन करके समर्पण कराने वाली शक्ति तर्क और विवेचना की शक्ति है। यहाँ बल और बाहुबल कुछ काम नहीं आते। यह कभी संभव नहीं कि किसी विद्यार्थी को पीटकर समझा दिया जाए कि त्रिभुज के कोणों का योग दो समकोणों के बराबर होता है। गणितीय प्रमेयों को तर्क से सिद्ध करना चाहिए; इसका कोई दूसरा रास्ता नहीं। बुद्धि को विचार और तर्क जीतते हैं और समर्पण के लिए विवश करते हैं। यदि पर्याप्त प्रमाण मौजूद हो, उसे बुद्धि के सामने रखा जाए और वह उसे समझ ले, तो वह समर्पण कर देती है, चाहे दुनिया की सारी शक्तियाँ कहें कि समर्पण मत करो। यह प्रसिद्ध है कि जब गैलीलियो को पृथ्वी की गति और सूर्य के केंद्र में होने के विश्वास के कारण यातना दी जा रही थी, तो आग में जलाए जाने के भय से उसने अपने वैज्ञानिक विश्वास से मुकरने का दिखावा किया। उसी समय वह ज़मीन पर कुछ लिख रहा था। लोगों ने देखा कि उसने लिखा था: «गैलीलियो के मुकरने से पृथ्वी अपनी गति नहीं रोकती।» कर्म ग़ैर-मुसलमान से। 267. बल मनुष्य को अपनी बात से ज़बानी तौर पर पलटने के लिए विवश कर सकता है, लेकिन मनुष्य का विचार कभी समर्पण नहीं करता, सिवाय तब जब उसका सामना तर्क और प्रमाण की शक्ति से हो। «कहो, अपना प्रमाण पेश करो, यदि तुम सच्चे हो।» अपना तर्क प्रस्तुत करो, यदि तुम सत्यवादी हो। समर्पण का तीसरा चरण है—समर्पण हृदय का। ईमान का वास्तविक अर्थ हृदय का समर्पण है। यदि ज़बान का समर्पण या विचार और बुद्धि का समर्पण, हृदय के समर्पण के साथ न हो, तो वह ईमान नहीं है। हृदय का समर्पण मनुष्य के संपूर्ण अस्तित्व का समर्पण और हर प्रकार के हठ तथा द्वेष का निषेध है। संभव है कि कोई व्यक्ति किसी विचार के सामने, यहाँ तक कि बुद्धि और तर्क की दृष्टि से भी समर्पण कर दे, लेकिन उसकी आत्मा समर्पित न हो। जब कोई व्यक्ति पक्षपात, द्वेष और हठ के कारण ऐसा करता है, या अपने निजी हितों के कारण सत्य को स्वीकार नहीं करता, तो उसका विचार, बुद्धि और चिंतन समर्पित होते हैं, लेकिन उसकी आत्मा विद्रोही, उद्दंड और समर्पण से रहित होती है। इसी कारण वह ईमान से भी रहित होता है, क्योंकि ईमान का वास्तविक अर्थ हृदय और प्राण का समर्पण है। परमेश्वर कहता है: «ऐ ईमान वालो! पूरी तरह समर्पण में प्रवेश करो और शैतान के क़दमों का अनुसरण न करो।» यानी अपने हृदय को अपनी बुद्धि से लड़ने न दो और अपनी भावनाओं को अपनी समझ से टकराने न दो। पवित्र क़ुरआन में वर्णित शैतान की कहानी हृदय के कुफ़्र और बुद्धि के समर्पण का एक उदाहरण है। शैतान अल्लाह को जानता था, पुनरुत्थान के दिन पर भी विश्वास करता था। वह पैग़म्बरों और पैग़म्बरों के उत्तराधिकारियों को भी भली-भाँति जानता था और उनके पद को स्वीकार करता था। इसके बावजूद अल्लाह ने उसे काफ़िर कहा और उसके बारे में फ़रमाया: «और वह काफ़िरों में से था।» 1. नम्ल, 64; 2. बक़रा, 208; बक़रा, 34। 268. ईश्वरीय न्याय क़ुरआन के अनुसार शैतान अल्लाह को जानता था, इसका प्रमाण यह है कि क़ुरआन स्पष्ट रूप से कहता है कि उसने अल्लाह को सृष्टिकर्ता माना था। उसने अल्लाह से कहा: «तूने मुझे आग से पैदा किया और उसे मिट्टी से पैदा किया।» तूने मुझे आग से पैदा किया और उसे (आदम को) मिट्टी से बनाया।» और इस बात का प्रमाण कि वह पुनरुत्थान के दिन में विश्वास करता था, यह है कि उसने कहा: «मुझे उस दिन तक मोहलत दे, जिस दिन लोग उठाए जाएँगे।» और इस बात का प्रमाण कि वह पैग़म्बरों और निष्पाप लोगों को जानता था, यह है कि उसने कहा: «तेरी प्रतिष्ठा की क़सम, मैं उन सबको अवश्य बहकाऊँगा, सिवाय तेरे उन बंदों के जिन्हें तूने अपने लिए चुन लिया है।» «तेरे चुने हुए बंदों» से आशय वे लोग हैं जिनके कर्म ही नहीं, बल्कि उनका संपूर्ण अस्तित्व भी अल्लाह के सिवा हर चीज़ से पाक और मुक्त है; वे अल्लाह के औलिया और गुनाहों से निष्पाप लोग हैं। शैतान उन्हें भी जानता था और उनकी निष्पापता में भी विश्वास करता था। क़ुरआन शैतान को इन सभी पदों का ज्ञाता बताने के बावजूद उसे काफ़िर कहता और मानता है। अतः स्पष्ट होता है कि केवल जानना और पहचानना, यानी विचार और समझ का समर्पण, किसी अस्तित्व को मोमिन मानने के लिए पर्याप्त नहीं है; इसके लिए एक और चीज़ आवश्यक है। क़ुरआन के तर्क के अनुसार, इतनी सारी बातों को जानने के बावजूद शैतान काफ़िरों में क्यों गिना गया है? यह स्पष्ट है—इसलिए कि अपनी समझ के बावजूद उसके हृदय की भावनाएँ सत्य से भिड़ गईं। उसका हृदय उसकी बुद्धि की समझ के विरुद्ध उठ खड़ा हुआ, उसने सत्य स्वीकार करने से इनकार किया और अहंकार किया; उसके हृदय में समर्पण नहीं था। आराफ़, 12; आराफ़, 14; साद, 82– 83। ग़ैर-मुसलमान का नेक कर्म। 269. वास्तविक इस्लाम और क्षेत्रीय इस्लाम। आम तौर पर जब हम कहते हैं कि अमुक व्यक्ति मुसलमान है या मुसलमान नहीं है, तो हमारा आशय वास्तविकता से नहीं होता। भौगोलिक दृष्टि से, जो लोग किसी क्षेत्र में रहते हैं और माता-पिता से मिली परंपरा तथा विरासत के अनुसार मुसलमान हैं, हम उन्हें मुसलमान कहते हैं; और दूसरे लोगों को, जो अलग परिस्थितियों में रहे हैं और परंपरा के अनुसार अपने माता-पिता के धर्म से जुड़े हैं, या बिल्कुल ही धर्महीन हैं, ग़ैर-मुसलमान कहते हैं।</w:t>
      </w:r>
    </w:p>
    <w:p>
      <w:pPr>
        <w:jc w:val="left"/>
      </w:pPr>
      <w:r>
        <w:rPr>
          <w:rFonts w:ascii="Calibri" w:hAnsi="Calibri" w:cs="Calibri"/>
          <w:sz w:val="28"/>
          <w:szCs w:val="28"/>
          <w:rtl w:val="0"/>
        </w:rPr>
        <w:t>जान लेना चाहिए कि इस पहलू का कोई विशेष महत्त्व नहीं है—न मुसलमान होने के पहलू से, न ग़ैर-मुसलमान होने और काफ़िर होने के पहलू से। हममें से बहुत-से लोग नक़ल और भूगोल के आधार पर मुसलमान हैं; इस कारण मुसलमान हैं कि हमारे माता-पिता मुसलमान थे और हम ऐसे क्षेत्र में पैदा हुए और पले-बढ़े हैं जहाँ लोग मुसलमान थे। वास्तविकता की दृष्टि से जो चीज़ महत्त्वपूर्ण है, वह वास्तविक इस्लाम है, और वह यह है कि व्यक्ति दिल से सत्य के सामने समर्पित हो, अपने हृदय का द्वार सत्य के लिए खोल रखे, ताकि जो सत्य है उसे स्वीकार करे और उस पर अमल करे; और उसने जिस इस्लाम को स्वीकार किया हो, वह एक ओर जाँच-पड़ताल और खोजबीन पर, तथा दूसरी ओर समर्पण और पक्षपात-रहित होने पर आधारित हो। यदि किसी में समर्पण का गुण हो और कुछ कारणों से इस्लाम का सत्य उससे छिपा रह गया हो और इस मामले में उसका कोई दोष न हो, तो अल्लाह उसे हरगिज़ यातना नहीं देगा; वह नरक से मुक्ति पाने वालों में है। परमेश्वर कहता है: और हम किसी रसूल को भेजने से पहले यातना नहीं देते। हम ऐसे नहीं हैं कि रसूल भेजे बिना और हुज्जत पूरी किए बिना इंसान को यातना दें। अर्थात यह असंभव है कि परम कृपालु और तत्वदर्शी ईश्वर किसी ऐसे व्यक्ति को यातना दे जिसकी हुज्जत पूरी न हुई हो। उसूल के विद्वानों ने इस आयत के आशय को—जो बुद्धि के निर्णय की पुष्टि करता है—«बिना बयान के दंड देना बुरा है» की संज्ञा दी है। उनका कहना है कि जब तक परमेश्वर किसी बंदे के सामने किसी सत्य को स्पष्ट न कर दे, उसे यातना देना बुरा है। इस सत्य को दिखाने के लिए कि ऐसे लोग हो सकते हैं जिनमें समर्पण की आत्मा हो—इस्रा, 1 /15; 270; दैवी न्याय—भले ही वे नाम के मुसलमान न हों, फ़्रांसीसी दार्शनिक देकार्त, स्वयं उसके कथन के अनुसार, एक अच्छा उदाहरण है। उसकी जीवनी में लिखा है कि उसने अपना दर्शन संदेह से शुरू किया; अपने समस्त ज्ञान पर संदेह किया और शून्य से आरंभ किया। उसने अपने विचार और चिंतन को शुरुआती बिंदु बनाया और कहा: «मैं सोचता हूँ, इसलिए मेरा अस्तित्व है।» अपना अस्तित्व सिद्ध करने के बाद उसने आत्मा को सिद्ध किया; इसी तरह उसके लिए शरीर और ईश्वर का अस्तित्व भी निश्चित हो गया। धीरे-धीरे वह धर्म के चयन के विषय तक पहुँचा और ईसाई धर्म को चुना, जो उसके देश का राजधर्म था। लेकिन उसकी एक दिलचस्प बात यह है कि वह कहता है: «मैं यह नहीं कहता कि ईसाई धर्म अवश्य ही पूरी दुनिया में मौजूद सबसे अच्छा धर्म है; मैं कहता हूँ कि जिन धर्मों को मैं इस समय जानता हूँ और जिन तक मेरी पहुँच है, उनमें ईसाई धर्म सबसे अच्छा है। मेरा सत्य से कोई विरोध नहीं है। शायद दुनिया के दूसरे हिस्सों में कोई ऐसा धर्म हो जो ईसाई धर्म से बेहतर हो। संयोग से वह ईरान का उदाहरण देता है—एक ऐसे देश के रूप में जिसके बारे में वह कुछ नहीं जानता और न जानता है कि वहाँ के लोगों का धर्म और मज़हब क्या है। वह कहता है: मैं क्या जानूँ? शायद, उदाहरण के लिए, ईरान में कोई ऐसा धर्म और मज़हब हो जो ईसाई धर्म से बेहतर हो।» ऐसे लोगों को काफ़िर नहीं कहा जा सकता, क्योंकि वे हठ और वैर नहीं करते, काफ़िराना रवैया नहीं अपनाते; वे सत्य को छिपाने की कोशिश नहीं करते। कुफ़्र का सार सत्य से वैर और उसे छिपाने की इच्छा के सिवा कुछ नहीं है। ये स्वाभाविक रूप से मुसलमान हैं। इन्हें भले ही मुसलमान न कहा जा सके, लेकिन काफ़िर भी नहीं कहा जा सकता, क्योंकि मुसलमान और काफ़िर का विरोध तर्कशास्त्रियों और दार्शनिकों की اصطلاح में सकारात्मक और नकारात्मक, या अभाव और गुण के विरोध जैसा नहीं है, बल्कि दो विपरीतों का विरोध है; अर्थात यह दो अस्तित्ववान चीज़ों का विरोध है, न कि किसी अस्तित्ववान चीज़ और किसी अभाव की चीज़ का विरोध। बेशक, देकार्त को उदाहरण के रूप में देने का उद्देश्य उस मूल सिद्धांत से हटना नहीं था जिसे हमने बताया है। आरंभ से ही हमने शर्त रखी थी कि व्यक्तियों के बारे में कोई राय न दें। देकार्त का उदाहरण देने से हमारा आशय यह है कि यदि मान लें कि उसने जो कहा वह सच था और वह सत्य के सामने उतना ही समर्पित था जितना उसने कहा है, तथा वास्तव में उसके पास और अधिक जाँच-पड़ताल करने की पहुँच भी नहीं थी, तो वह स्वाभाविक रूप से मुसलमान था।</w:t>
      </w:r>
    </w:p>
    <w:p>
      <w:pPr>
        <w:jc w:val="left"/>
      </w:pPr>
      <w:r>
        <w:rPr>
          <w:rFonts w:ascii="Calibri" w:hAnsi="Calibri" w:cs="Calibri"/>
          <w:sz w:val="28"/>
          <w:szCs w:val="28"/>
          <w:rtl w:val="0"/>
        </w:rPr>
        <w:t>गैर-मुस्लिम का नेक काम। २७१। निष्कपटता, कर्मों की स्वीकृति की शर्त। ईमान के मूल्य के बारे में हमने जो प्रश्न उठाए, उनमें दूसरा यह है कि कर्मों की स्वीकृति में ईमान की क्या भूमिका हो सकती है? पहले उन लोगों के तर्कों का उल्लेख करते हुए, जो कहते हैं कि काफ़िरों के नेक कर्म ईश्वर के दरबार में स्वीकार होते हैं, हमने कहा था कि वे कहते हैं: चूँकि भले-बुरे और अच्छे-बुरे कर्म का गुण स्वाभाविक है, इसलिए नेक कर्म चाहे किसी मोमिन का हो या काफ़िर का, उसका स्वरूप नेक ही है और इसलिए उसे निश्चित रूप से परमेश्वर द्वारा स्वीकार किया जाना चाहिए; क्योंकि अच्छा हर किसी से हो तो अच्छा ही है और बुरा हर किसी से हो तो बुरा ही है; और परमेश्वर का अपने सभी बंदों के साथ संबंध समान है। अब हम कहते हैं कि उक्त तर्क में जो बात कही गई है, वह सही है, लेकिन यहाँ एक बुनियादी बात नज़रअंदाज़ कर दी गई है। इसे समझाने के लिए हमें उसूल के शास्त्र की एक और पारिभाषिक संज्ञा बतानी होगी, और वह यह है कि अच्छाई और बुराई दो प्रकार की होती हैं: कर्मगत और कर्तागत। हर कर्म के दो पहलू और दो आयाम होते हैं, और उसके इन दोनों पहलुओं में से प्रत्येक का अच्छाई-बुराई के लिहाज़ से अलग-अलग हिसाब होता है। संभव है कि कोई कर्म एक आयाम से अच्छा हो, लेकिन दूसरे आयाम से अच्छा न हो। इसका उलटा भी संभव है; और यह भी संभव है कि कोई कर्म दोनों आयामों से अच्छा या बुरा हो। ये दोनों आयाम हैं: कर्म के लाभकारी या हानिकारक प्रभाव का बाहरी दुनिया और मानव समाज में विस्तार, तथा कर्म का कर्ता से संबंध और वे मनोवैज्ञानिक एवं आध्यात्मिक प्रेरणाएँ जिन्होंने उस कर्म को जन्म दिया; और जिन लक्ष्यों तथा प्रेरणाओं तक पहुँचने के लिए कर्ता ने कर्म को साधन बनाया। पहले पहलू से यह देखना चाहिए कि कर्म का लाभकारी या हानिकारक प्रभाव कहाँ तक फैला है? और दूसरे पहलू से यह देखना चाहिए कि कर्ता ने अपने आध्यात्मिक और वैचारिक तंत्र में किस राह पर कदम बढ़ाया और वह किस लक्ष्य की ओर जा रहा था? मनुष्य के कर्मों के लाभकारी या हानिकारक प्रभाव इतिहास की पुस्तिका में दर्ज होते हैं, और इतिहास उनके बारे में निर्णय करता है, उनकी प्रशंसा या निंदा करता है; लेकिन कर्म के मनुष्य की आत्मा से संबंध के विस्तार के लिहाज़ से वे केवल उच्चतर, मलाकूती अभिलेखों में दर्ज और सुरक्षित होते हैं। इतिहास का अभिलेख महान और प्रभावशाली कर्म चाहता है और उसकी प्रशंसा करता है; लेकिन ईश्वरीय उच्चतर मलाकूती अभिलेख, इस पहलू के अलावा, जीवन से परिपूर्ण कर्म की तलाश करते हैं। २७२। ईश्वरीय न्याय। क़ुरआन कहता है: “जिसने मृत्यु और जीवन की रचना की, ताकि वह तुम्हारी परीक्षा ले कि तुममें कौन कर्म में सबसे अच्छा है।” जिसने मृत्यु और जीवन की रचना की, ताकि तुम्हें इस परीक्षा में डाले कि तुम्हारा कर्म सबसे अच्छा और सबसे सही कौन-सा है। उसने कहा: सबसे सही कर्म, यह नहीं कहा कि सबसे अधिक कर्म; क्योंकि मुख्य बात यह जानना है कि जब हम आध्यात्मिक प्रेरणाओं के प्रभाव में कोई कर्म करते हैं, तो कर्म के उस रूप से अलग—जो कुछ गतिविधियों और निष्क्रियताओं का समूह है तथा जिसके विशिष्ट सामाजिक प्रभाव और मूल्य हैं— हम आध्यात्मिक दृष्टि से वास्तव में और सचमुच किसी दिशा में आगे बढ़ते हैं और एक राह तय करते हैं। बात इतनी सरल नहीं है कि जो कुछ है, बस कर्म और काम है; यह केवल मांसपेशियों की ऊर्जा है जिसका उपयोग होता है, जबकि विचार और इरादे, तथाकथित रूप से, कर्म के लिए केवल प्रारंभिक मूल्य रखते हैं; विचार और इरादे सब महज़ मानसिक बातें हैं और सब प्रारंभिक हैं, जबकि कर्म अंतिम उद्देश्य है और वही मूल है; प्रारंभिक चीज़ जैसी भी हो, हो। नहीं, विचार और इरादे की मूलभूतता कर्म की मूलभूतता से कम नहीं है। इस तरह की कर्म-प्रधान सोच, जो विचार, इरादे और आस्था को मूलभूत नहीं मानती और उन्हें वस्तुगतता तथा आत्मगतता के नाम पर केवल प्रारंभिक मूल्य देती है, भौतिकवादी सोच है। इस सिद्धांत का खंडन अपनी जगह स्पष्ट होने के अलावा, यह निश्चित है कि क़ुरआन की शिक्षाओं की व्याख्या इस तरह की सोच से नहीं की जा सकती। क़ुरआन की दृष्टि में हमारा वास्तविक व्यक्तित्व और हमारा असली ‘मैं’ हमारी आत्मा ही है। हमारी आत्मा हर स्वैच्छिक कर्म के साथ संभावना से वास्तविकता की ओर कदम बढ़ाती है और अपनी इच्छा, लक्ष्य तथा उद्देश्य के अनुरूप प्रभाव और गुण अर्जित करती है। ये प्रभाव और संस्कार हमारे व्यक्तित्व का हिस्सा बन जाते हैं और हमें अस्तित्व के उन लोकों में ले जाते हैं जो हमारे अनुरूप हैं। इसलिए कर्मगत अच्छाई-बुराई, अर्थात पहले आयाम से कर्मों की अच्छाई-बुराई, उस कर्म के बाहरी प्रभाव पर निर्भर करती है; और कर्तागत अच्छाई-बुराई, अर्थात दूसरे आयाम से अच्छाई-बुराई, इस बात पर निर्भर करती है कि वह कर्म कर्ता से किस प्रकार उत्पन्न हुआ। पहले हिसाब में किसी कर्म के बारे में हमारा निर्णय उसके बाहरी और सामाजिक परिणाम के लिहाज़ से होता है; और दूसरे हिसाब में हमारा निर्णय इस आधार पर होता है कि कर्म ने स्वयं कर्ता पर आंतरिक और मनोवैज्ञानिक रूप से क्या प्रभाव डाला। जब कोई व्यक्ति अस्पताल बनाता है या किसी देश के सांस्कृतिक, स्वास्थ्य अथवा आर्थिक मामलों में कोई दूसरा परोपकारी काम करता है, तो इसमें कोई संदेह नहीं कि सामाजिक और ऐतिहासिक पैमाने पर उसका कर्म भलाई का है; यानी वह ईश्वर की सृष्टि के लिए लाभकारी और उपयोगी काम है। इस हिसाब में इससे कोई फर्क नहीं पड़ता कि अस्पताल या किसी अन्य धर्मार्थ संस्था को बनाने के पीछे कर्ता का उद्देश्य क्या था—क्या उसका उद्देश्य दिखावा और आडंबर तथा अपनी मनोवैज्ञानिक इच्छाओं की तृप्ति था, या मानवीय, उदात्त, निःस्वार्थ और भौतिकता से परे था; हर हाल में समाज के लिए एक धर्मार्थ संस्था अस्तित्व में आई। लोगों के कर्मों के बारे में इतिहास का निर्णय हमेशा इसी पहलू और इसी आयाम से होता है। इतिहास का लोगों के इरादों से कभी कोई सरोकार नहीं होता। जब इस्फ़हान की कला और शिल्प की उत्कृष्ट कृतियों की बात होती है, तो किसी को इससे मतलब नहीं होता कि उदाहरण के लिए शेख़ लुत्फ़ुल्लाह मस्जिद, शाह मस्जिद या सि-ओ-से पुल बनाने वाले का इरादा और उद्देश्य क्या था; इतिहास कर्म के बाहरी स्वरूप को देखता है और उसे नेक कर्म का नाम देता है। लेकिन कर्तागत अच्छाई के हिसाब में कर्म के सामाजिक और बाहरी प्रभाव को नहीं देखा जाता; इस हिसाब में कर्म और कर्ता के संबंध की प्रकृति देखी जाती है; इस हिसाब में कर्म का उपयोगी होना पर्याप्त नहीं है कि उसे नेक कर्म माना जाए। यहाँ यह देखा जाता है कि कर्ता ने किस इरादे, किस मक़सद और लक्ष्य से तथा किस मंज़िल तक पहुँचने के लिए यह काम किया। [53]  [55]</w:t>
      </w:r>
    </w:p>
    <w:p>
      <w:pPr>
        <w:jc w:val="left"/>
      </w:pPr>
      <w:r>
        <w:rPr>
          <w:rFonts w:ascii="Calibri" w:hAnsi="Calibri" w:cs="Calibri"/>
          <w:sz w:val="28"/>
          <w:szCs w:val="28"/>
          <w:rtl w:val="0"/>
        </w:rPr>
        <w:t>यदि कर्ता की नीयत और लक्ष्य नेक हों और उसने नेक प्रेरणा से नेक काम किया हो, तो उसका काम नेक है, यानी उसमें कर्तागत अच्छाई है और उसका कर्म दो आयामों वाला है; वह दो दिशाओं में आगे बढ़ा है: इतिहास और मानव के सामाजिक जीवन की दिशा में, तथा आध्यात्मिक और मलाकूती दिशा में; लेकिन यदि उसने वह काम दिखावे या भौतिक लाभ पाने की प्रेरणा से किया हो, तो उसका काम एक आयाम वाला है; वह केवल इतिहास और समय की दिशा में आगे बढ़ा है, आध्यात्मिक और मलाकूती दिशा में नहीं; इस्लामी शब्दावली में उसका कर्म उच्च लोक तक नहीं पहुँचा। दूसरे शब्दों में, ऐसे मामलों में कर्ता ने समाज की सेवा की और उसे ऊपर उठाया, लेकिन अपनी सेवा नहीं की; बल्कि कभी-कभी अपने साथ विश्वासघात किया। उसका मन, इस कर्म से उन्नत होकर ऊपर उठने के बजाय, नीचे गिरा और पतित हुआ। बेशक, इसका आशय यह नहीं कि कर्तागत अच्छाई का हिसाब कर्मगत अच्छाई से पूरी तरह अलग है और मनुष्य को अपनी आध्यात्मिक व्यवस्था तथा आध्यात्मिक विकास की दृष्टि से सामाजिक रूप से उपयोगी कामों से कोई सरोकार नहीं रखना चाहिए; आशय यह है कि सामाजिक रूप से उपयोगी काम तभी आध्यात्मिक व्यवस्था और आध्यात्मिक विकास की दृष्टि से लाभकारी होता है, जब उस काम को करते हुए मन ने आध्यात्मिक यात्रा की हो, स्वार्थ और वासनापरस्ती के पड़ाव से निकलकर निष्ठा और निर्मलता के पड़ाव में कदम रखा हो। कर्मगत अच्छाई का कर्तागत अच्छाई से वही संबंध है जो शरीर का आत्मा से है। एक जीवित प्राणी आत्मा और शरीर का मेल है। कर्मगत अच्छाई वाले कर्म के शरीर में कर्तागत अच्छाई फूँकी जानी चाहिए, ताकि वह कर्म जीवित हो जाए और उसमें जीवन आ जाए। २७४ ईश्वरीय न्याय। इसलिए तथाकथित आधुनिकतावादी तर्क—जिसका आधार यह है कि ईश्वर का अपनी सभी सृष्टियों से समान संबंध है, और दूसरी ओर कर्मों की अच्छाई और बुराई कर्मों में अंतर्निहित है; इसलिए सभी लोगों का नेक कर्म समान है और इन दोनों समानताओं का नतीजा यह है कि आस्तिक और गैर-आस्तिक का परलोक का प्रतिफल समान होना चाहिए...—दोषपूर्ण है। इस तर्क में कर्मों और ईश्वर के सृष्टियों से समान संबंध को ध्यान में रखा गया है, लेकिन कर्म करने वाले, उसके व्यक्तित्व, उसके लक्ष्य, उसकी प्रेरणा और उसकी आध्यात्मिक यात्रा को भुला दिया गया है, जो अनिवार्यतः कर्मों में असमानता पैदा करते हैं और उनके बीच मृत और जीवित जितना बड़ा अंतर ला देते हैं। वे कहते हैं, ईश्वर के लिए क्या फर्क पड़ता है कि नेक काम करने वाला उसे जानता हो या न जानता हो? उससे परिचित हो या परिचित न हो? उसने वह काम उसकी प्रसन्नता के लिए किया हो या किसी और उद्देश्य से? उसका इरादा ईश्वर के निकट होने का हो या न हो? इसका उत्तर यह है कि ईश्वर के लिए फर्क नहीं पड़ता, लेकिन उस व्यक्ति के लिए फर्क पड़ता है। यदि वह ईश्वर को न जानता हो और उससे परिचित न हो, तो वह एक तरह की आध्यात्मिक साधना करता है; और यदि परिचित हो, तो दूसरी तरह की। यदि वह परिचित न हो, तो वह एक आयाम वाला कर्म करता है; उसके कर्म में केवल कर्मगत अच्छाई और ऐतिहासिक अच्छाई आती है। लेकिन यदि वह परिचित हो, तो वह दो आयामों वाला कर्म करता है; उसके कर्म में कर्तागत अच्छाई और मलाकूती अच्छाई भी आती है और वह दो आयामों वाला हो जाता है। यदि वह परिचित हो, तो वह स्वयं और उसका कर्म ईश्वर की ओर ऊपर उठते हैं; और यदि परिचित न हो, तो ऊपर नहीं उठते। दूसरे शब्दों में, ईश्वर के लिए फर्क नहीं पड़ता, लेकिन कर्म के लिए फर्क पड़ता है। एक स्थिति में कर्म जीवित होकर ऊपर की ओर चढ़ने वाला बन जाता है, और दूसरी स्थिति में वह मृत होकर नीचे की ओर गिरने वाला बन जाता है। कहते हैं कि न्यायप्रिय और विवेकी ईश्वर किसी बंदे के नेक कर्मों पर केवल इसलिए कभी लकीर नहीं फेरता कि उसका उससे मैत्रीपूर्ण संबंध नहीं है। हम भी मानते हैं कि ईश्वर लकीर नहीं फेरता; लेकिन हमें देखना चाहिए कि यदि कोई ईश्वर को न जानता हो, तो क्या वह वास्तविक नेक कर्म कर सकता है—ऐसा कर्म जिसमें प्रभाव की अच्छाई भी हो और संबंध की अच्छाई भी, जो सामाजिक व्यवस्था की दृष्टि से भी अच्छा हो और कर्ता की आत्मा की दृष्टि से भी? तमाम गलतियाँ इसी वजह से पैदा हुई हैं कि हमने किसी कर्म के सामाजिक रूप से उपयोगी होने को उस कर्म को नेक और सद्कर्म मानने के लिए पर्याप्त समझ लिया है। निस्संदेह, यदि—हालाँकि यह असंभव कल्पना है—कोई ईश्वर को न जानता हो और अपने कर्म से ईश्वर की ओर ऊपर उठे, तो ईश्वर उसे वापस नहीं लौटाएगा; लेकिन सच्चाई यह है कि जो ईश्वर को नहीं जानता, वह कोई परदा नहीं चीरता, आत्मा की किसी अवस्था से होकर नहीं गुजरता और ईश्वर के मलाकूत की ओर नहीं बढ़ता, ताकि उसका नेक कर्म गैर-मुस्लिम से किया गया कर्म होकर भी परलोक तक पहुँचे और उसका मलाकूती स्वरूप बन जाए तथा ऐसा रूप धारण करे जो उस लोक में उसके लिए आनंद, सुख, प्रसन्नता और सौभाग्य का कारण बने। कर्म की प्रभु के यहाँ स्वीकृति का अर्थ बस यही है कि कर्म ऐसा हो। इनके बीच एक बुनियादी अंतर यह है कि ईश्वरीय नियम और मानवीय नियम दो आयाम वाले होते हैं, जबकि मानवीय नियम एक आयाम वाले। मानवीय नियमों का व्यक्ति की आध्यात्मिक व्यवस्था और आध्यात्मिक विकास से कोई सरोकार नहीं होता। जब कोई सरकार देश के हित में कर लगाने का फैसला करती है, तो उसका उद्देश्य केवल धन जुटाना और देश के खर्चों का प्रबंध करना होता है। सरकार यह नहीं देखती कि कर देने वाले की नीयत क्या है। क्या वह प्रसन्नता और संतोष से, सरकार या देश के प्रति लगाव के कारण कर देता है, या डर के मारे? सरकार का लक्ष्य केवल धन लेना है; भले ही कर देने वाला मन ही मन उसे गालियाँ देता रहे, तब भी सरकार का उद्देश्य पूरा हो जाता है। इसी तरह, जब देश की रक्षा के लिए सैनिकों को ध्वज तले बुलाया जाता है, तो सरकार को सैनिकों की नीयत से सरोकार नहीं होता; वह चाहती है कि सैनिक युद्धभूमि में शत्रु से लड़े। सरकार के लिए फर्क नहीं पड़ता कि सैनिक अपनी इच्छा और खुशी से लड़ता है या पीठ पीछे तैनात मशीनगन के डर से। उसका युद्ध दिखावे के लिए हो, वीरता के जज़्बे और मूर्खतापूर्ण कट्टरता से प्रेरित हो, या अधिकार और सत्य की रक्षा के लिए? motahari.ir लेकिन ईश्वरीय नियमों में ऐसा नहीं है। इन नियमों में कर और सैनिक सेवा को निरपेक्ष रूप से नहीं माँगा गया, बल्कि उन्हें शुद्ध नीयत और ईश्वर की निकटता प्राप्त करने के इरादे के साथ माँगा गया है।</w:t>
      </w:r>
    </w:p>
    <w:p>
      <w:pPr>
        <w:jc w:val="left"/>
      </w:pPr>
      <w:r>
        <w:rPr>
          <w:rFonts w:ascii="Calibri" w:hAnsi="Calibri" w:cs="Calibri"/>
          <w:sz w:val="28"/>
          <w:szCs w:val="28"/>
          <w:rtl w:val="0"/>
        </w:rPr>
        <w:t>इस्लाम प्राणयुक्त कर्म चाहता है, निर्जीव कर्म नहीं; इसलिए यदि कोई मुसलमान अपनी ज़कात अदा करे, लेकिन उसमें दिखावे का लेश हो, तो वह स्वीकार्य नहीं; यदि वह जिहाद में जाए, लेकिन दिखावा करने के लिए, तो वह स्वीकार नहीं। कानून ईश्वरीय कहता है: अनिवार्य भर्ती वाला सैनिक मेरे काम का नहीं; मैं ऐसा सैनिक चाहता हूँ जो आत्मा से सैनिक हो—ऐसा सैनिक जिसने “निश्चय ही अल्लाह ने मोमिनों से उनके प्राण और उनकी संपत्ति खरीद ली है, इस बदले में कि उनके लिए जन्नत है” को स्वीकार किया हो और सच्चे मन से उस पुकार का उत्तर दिया हो। रसूल-ए-अकरम (उन पर और उनके परिवार पर शांति हो) से शिया और सुन्नी के बीच मुतवातिर रिवायत में आया है कि १. तौबा १११: ईश्वर ने मोमिनों से उनके प्राण और उनकी संपत्ति खरीद ली है और इसके बदले में उनके लिए स्वर्ग है।</w:t>
      </w:r>
    </w:p>
    <w:p>
      <w:pPr>
        <w:jc w:val="left"/>
      </w:pPr>
      <w:r>
        <w:rPr>
          <w:rFonts w:ascii="Calibri" w:hAnsi="Calibri" w:cs="Calibri"/>
          <w:sz w:val="28"/>
          <w:szCs w:val="28"/>
          <w:rtl w:val="0"/>
        </w:rPr>
        <w:t>२७६ ईश्वरीय न्याय: कर्म तो केवल नीयतों पर निर्भर हैं। प्रत्येक व्यक्ति के लिए वही है जिसकी उसने नीयत की है। नीयत के बिना कोई कर्म स्वीकार नहीं होता। है। हदीस में इसे इस रूप में बयान किया गया है: कर्म केवल नीयत के अनुसार होते हैं, और हर व्यक्ति को वही मिलता है जिसकी उसने नीयत की हो। अतः जिसकी हिजरत अल्लाह और उसके रसूल की ओर हो, उसकी हिजरत अल्लाह और उसके रसूल की ओर है; और जिसकी हिजरत किसी दुनिया को हासिल करने या किसी स्त्री से विवाह करने के लिए हो, उसकी हिजरत उसी चीज़ की ओर है जिसके लिए उसने हिजरत की। कर्म नीयत पर निर्भर हैं; मनुष्य को वही मिलता है जिसकी उसने नीयत की और जिसे अपना लक्ष्य बनाया। जिसने अल्लाह और रसूल के लिए हिजरत की, उसकी हिजरत अल्लाह और रसूल की ओर है; और जिसने किसी ऐसी स्त्री के लिए हिजरत की जिससे वह विवाह करना चाहता था या उस धन के लिए जिसे वह हासिल करना चाहता था, उसकी हिजरत उसी की ओर होगी। इमाम सादिक़ (अ) ने फरमाया: अपना काम अल्लाह के लिए करो, लोगों के लिए नहीं, क्योंकि जो कुछ अल्लाह के लिए है, वह अल्लाह की ओर जाता है और जो कुछ लोगों के लिए है, वह अल्लाह तक नहीं पहुँचता। नीयत कर्म की आत्मा है। जिस प्रकार मनुष्य का शरीर उसकी आत्मा से प्रतिष्ठित होता है, उसी प्रकार मनुष्य के कर्म की प्रतिष्ठा उसकी आत्मा पर निर्भर करती है। कर्म की आत्मा क्या है? कर्म की आत्मा इख़लास (निष्कपटता) है। पवित्र क़ुरआन कहता है: १, २ और ३ वसाइल, खंड १, पृष्ठ ८। सहीह मुस्लिम, खंड ६, पृष्ठ ४८। वसाइल, खंड १, पृष्ठ ११–१२। ग़ैर-मुस्लिम का नेक कर्म। उन्हें आदेश नहीं दिया गया था, सिवाय इसके कि वे दीन को अल्लाह के लिए ख़ालिस करके उसकी इबादत करें। गुणवत्ता या मात्रा? २७७। पिछली चर्चा से एक दिलचस्प निष्कर्ष निकलता है: अल्लाह के यहाँ कर्मों के मूल्य का आधार उनकी गुणवत्ता है, मात्रा नहीं। इस बात पर ध्यान न देने के कारण कुछ लोगों ने अल्लाह के औलिया के कुछ असाधारण रूप से मूल्यवान कर्मों के सामाजिक पैमाने को छोटा देखा और उनके बारे में मनगढ़ंत बातें बना लीं। उदाहरण के लिए, उस अंगूठी के बारे में, जो अमीरुल-मोमिनीन अली (अ) ने रुकू की हालत में एक फ़क़ीर को दी थी और जिसके बारे में आयत नाज़िल हुई, कहा गया है कि उसका मूल्य सीरिया और शाम के कर-राजस्व के बराबर था; और लोगों को यक़ीन दिलाने के लिए उसे रिवायत का रूप दे दिया गया। इन लोगों को यह बात हैरान करने वाली लगी कि एक मामूली-सी अंगूठी देने की घटना पर क़ुरआन की एक महान आयत नाज़िल हो जाए; और जब वे इस अर्थ को नहीं समझ सके, तो उन्होंने मनगढ़ंत कहानी बनाकर उसका आर्थिक मूल्य बढ़ा दिया। उन्होंने यह नहीं सोचा कि सीरिया और शाम के कर-राजस्व के बराबर मूल्य वाली अंगूठी गरीब और बदहाल मदीना में अली (अ) के हाथ की शोभा नहीं बन सकती थी। मान भी लें कि ऐसी अंगूठी अली (अ) के पास होती, तो वे उसे किसी भिखारी को न देते; बल्कि ऐसी अंगूठी से मदीना को समृद्ध करते और शहर के सभी निर्धनों को बचा लेते। मनगढ़ंत बातें बनाने वालों की बुद्धि यह न समझ सकी कि कर्म का अल्लाह के यहाँ हिसाब, भौतिक हिसाब से अलग होता है। मानो उन्होंने समझ रखा था कि अंगूठी का महँगा होना अल्लाह की आँखों को—अल्लाह की पनाह—चकाचौंध कर गया और उसे प्रशंसा करने पर विवश कर दिया कि अली ने क्या महान काम किया है। मुझे नहीं मालूम, इन संकीर्ण सोच वालों ने जौ की उन रोटियों के बारे में क्या सोचा होगा जिन्हें अली (अ) और उनके परिवार ने दान किया और जिनके संबंध में सूरह हल अता नाज़िल हुई। शायद वहाँ भी वे कहते होंगे कि उन रोटियों का आटा जौ का नहीं, बल्कि सोने की छीलन का था! ऐसा नहीं है। अली (अ) और उनके परिवार के कर्म का महत्व उस भौतिक पहलू में नहीं है जो हमारी नज़र को आकर्षित करता है; उनके कर्म का महत्व इस बात में है कि वे पवित्र और पूरी तरह अल्लाह के लिए निष्कपट थे। उनकी निष्कपटता ऐसी थी जिसकी हम कल्पना तक नहीं कर सकते; वह निष्कपटता उच्चतम आध्यात्मिक लोक में प्रतिबिंबित हुई और उसने प्रशंसा तथा सराहना की प्रतिक्रिया उत्पन्न की। १ बैय्यिना / ५। २७८ ईश्वरीय न्याय। शेख़ फ़रीदुद्दीन अत्तार निशापुरी के शब्दों में: इस दुनिया से परे है उनके भाले का वर्णन, उस दुनिया से परे है उन तीन रोटियों का वर्णन। उनके कर्म का महत्व इस बात में था कि क़ुरआन ने उनके बारे में यह बयान किया है: “हम तुम्हें केवल अल्लाह की प्रसन्नता के लिए भोजन कराते हैं, हम तुमसे न कोई बदला चाहते हैं, न धन्यवाद।” हम केवल अल्लाह की प्रसन्नता के लिए तुम्हें दान देते हैं और तुमसे किसी बदले या धन्यवाद की अपेक्षा नहीं रखते। यह उनके दिल की आवाज़ है जिसे सब कुछ जानने वाले ईश्वर ने प्रकट किया है; अर्थात उन्होंने उस त्याग और उदारता के बावजूद अल्लाह से अल्लाह के सिवा कुछ नहीं चाहा। पवित्र क़ुरआन ने काफ़िरों के कर्मों को एक खोखली और निरर्थक मृगतृष्णा इसलिए कहा है कि उनके कर्म ऊपर से सजे-सँवरे और आकर्षक दिखाई देते हैं, लेकिन चूँकि वे अल्लाह के लिए नहीं, बल्कि व्यक्ति के नीच भौतिक लक्ष्यों के लिए किए गए हैं, इसलिए उनमें आध्यात्मिक रूप नहीं होता। हारून रशीद की पत्नी ज़ुबैदा ने मक्का में एक नहर बनवाई, जिसका पानी उस समय से लेकर आज तक अल्लाह के घर के ज़ायरीन के काम आता है। देखने में यह बहुत ही नेक काम है। ज़ुबैदा ने ताइफ़ और मक्का के बीच के पथरीले इलाक़े से यह नहर मक्का की जलहीन धरती तक पहुँचाई, और लगभग बारह सदियों से तपे हुए, प्यासे हाजी इसका पानी पीते आ रहे हैं। सांसारिक दृष्टि से यह बहुत बड़ा काम है; लेकिन आध्यात्मिक दृष्टि से कैसा है? क्या फ़रिश्ते भी हमारी तरह हिसाब लगाते हैं? क्या उनकी नज़र भी इस परोपकारी काम के बाहरी आकार से चकाचौंध हो जाती है? नहीं, वे हिसाब लगाने का अलग तरीक़ा अपनाते हैं। वे ईश्वरीय पैमाने से कर्म के दूसरे पहलुओं को आँकते हैं। वे हिसाब लगाते हैं कि ज़ुबैदा ने इस काम के लिए धन कहाँ से प्राप्त किया। ज़ुबैदा एक ज़ालिम और अत्याचारी व्यक्ति की पत्नी थी, जिसका नाम हारून रशीद था और जिसके पास मुसलमानों का बैतुलमाल था; वह अपनी इच्छा के अनुसार जो चाहता, करता था। ज़ुबैदा के पास अपना कोई धन नहीं था और उसने अपने धन से कोई नेक काम नहीं किया; उसने जनता का धन जनता पर ख़र्च किया। उसकी हैसियत वाली दूसरी स्त्रियों से उसका अंतर यह था कि वे जनता का धन अपनी निजी वासनाओं पर ख़र्च करती थीं, जबकि उसने उस धन का कुछ हिस्सा जनहित के एक काम पर ख़र्च किया। फिर ज़ुबैदा का इस काम से उद्देश्य क्या था? क्या वह चाहती थी कि उसका नाम इतिहास में बना रहे? या वास्तव में वह अल्लाह की प्रसन्नता चाहती थी? यह केवल अल्लाह जानता है।</w:t>
      </w:r>
    </w:p>
    <w:p>
      <w:pPr>
        <w:jc w:val="left"/>
      </w:pPr>
      <w:r>
        <w:rPr>
          <w:rFonts w:ascii="Calibri" w:hAnsi="Calibri" w:cs="Calibri"/>
          <w:sz w:val="28"/>
          <w:szCs w:val="28"/>
          <w:rtl w:val="0"/>
        </w:rPr>
        <w:t>इसी हिसाब-किताब के सिलसिले में कहा गया है कि ज़ुबैदा को सपने में देखा गया और उससे पूछा गया कि ईश्वर ने तुम्हारी इस नहर के साथ क्या किया, जिसे तुमने बहाया था? उसने जवाब दिया: इसका सारा सवाब उन लोगों को दे दिया गया, जो उस धन के असली मालिक थे। बहलूल की मस्जिद। कहते हैं कि एक मस्जिद बन रही थी। बहलूल वहाँ पहुँचे और पूछा: तुम क्या कर रहे हो? लोगों ने कहा: हम मस्जिद बना रहे हैं। उन्होंने पूछा: किसलिए? जवाब दिया: इसका कोई और कारण नहीं, यह ईश्वर की प्रसन्नता के लिए है। बहलूल ने चाहा कि नेक काम करने वालों को उनकी निष्ठा का स्तर समझाएँ; उन्होंने गुप्त रूप से एक पत्थर तराशने और उस पर “बहलूल की मस्जिद” लिखने का आदेश दिया। रात में उन्होंने उसे मस्जिद के मुख्य द्वार के ऊपर लगा दिया। अगले दिन मस्जिद बनाने वाले आए और देखा कि दरवाज़े के ऊपर “बहलूल की मस्जिद” लिखा हुआ है। वे नाराज़ हुए; बहलूल को ढूँढ़कर उन्हें बुरी तरह पीटा कि तुम दूसरों की मेहनत अपने नाम कर रहे हो! बहलूल ने कहा: क्या तुमने नहीं कहा था कि हमने मस्जिद ईश्वर के लिए बनाई है? मान लो कि लोग ग़लती करें और समझें कि मस्जिद मैंने बनाई है, लेकिन ईश्वर तो ग़लती नहीं करता। ऐसे कितने ही बड़े काम हैं जो हमें बड़े लगते हैं, लेकिन ईश्वर के यहाँ उनकी कोई क़ीमत नहीं होती। शायद मंदिरों, मस्जिदों, तीर्थस्थलों, अस्पतालों, पुलों, सरायों और मदरसों की कई विशाल इमारतों का भी ऐसा ही अंजाम हो; इसका हिसाब ईश्वर के पास है। ईश्वर और आख़िरत पर ईमान का दुनिया और आख़िरत से वही संबंध है जो शरीर और आत्मा का, यानी बाहरी रूप और आंतरिक सार का होता है। दुनिया और आख़िरत दो पूरी तरह अलग और एक-दूसरे से कटे हुए संसार नहीं हैं; दुनिया और आख़िरत का संसार, या दूसरे शब्दों में मुल्क और मलाकूत, कुल मिलाकर एक ही इकाई हैं; जैसे किताब के पन्ने के दो पहलू होते हैं या किसी सिक्के के दो पहलू होते हैं। दुनिया में जो धरती है, वही धरती आख़िरत में अपने मलाकूती रूप में दिखाई देगी। दुनिया के जड़ पदार्थ और वनस्पतियाँ आख़िरत में अपने ईश्वरीय न्याय के मलाकूती रूप में प्रकट होंगी। मूलतः आख़िरत दुनिया का मलाकूती पहलू है। किसी कर्म के अच्छे और उच्च मलाकूती पहलू के लिए ज़रूरी है कि वह ईश्वर का ध्यान रखते हुए और ईश्वर के मलाकूत की ओर आरोहण के लिए किया जाए। अगर कोई व्यक्ति क़ियामत में विश्वास न रखता हो और ईश्वर का ध्यान न करता हो, तो उसके कर्म का कोई मलाकूती पहलू नहीं होगा; दूसरे शब्दों में, वह इल्लीईन की ओर आरोहण नहीं करेगा। कर्म का मलाकूती पहलू उसका ऊपरी पहलू है और उसका मुल्की पहलू निचला पहलू है। जब तक कोई कर्म अपनी नीयत और अपने विश्वास और ईमान के ज़रिए प्रकाश और पवित्रता प्राप्त नहीं करता, वह उच्च मलाकूत तक नहीं पहुँचता। वही कर्म उच्च मलाकूत तक पहुँचता है जिसमें आत्मा हो। कर्म की आत्मा उसका आख़िरत और मलाकूत से जुड़ा प्रतिफल है। पवित्र क़ुरआन कितनी सुंदरता से कहता है: “उसकी ओर पवित्र वचन चढ़ते हैं और नेक कर्म उसे ऊँचा उठाता है।” इस आयत की दो तरह से व्याख्या की जा सकती है और दोनों तरह की व्याख्याएँ तफ़सीर की किताबों में दर्ज हैं: एक यह कि नेक कर्म, पवित्र वचन और पवित्र आस्था को ऊँचा उठाता है; दूसरी यह कि पवित्र वचन और पवित्र आस्था नेक कर्म को ऊँचा उठाते हैं और उसे मलाकूती बना देते हैं। ये दोनों व्याख्याएँ—जो दोनों सही हैं और यह भी संभव है कि दोनों ही अभिप्रेत हों—मिलकर इस सिद्धांत को बयान करती हैं कि कर्म की स्वीकार्यता और उसका ऊपर उठना ईमान से प्रभावित होता है, और कर्म ईमान को पुष्ट करने तथा उसके दर्जे को ऊँचा उठाने में प्रभाव डालता है। इस्लामी शिक्षाओं में यह सिद्धांत निर्विवाद है। इस आयत को उद्धृत करने का हमारा आधार दूसरी व्याख्या है, हालाँकि, जैसा कि हमने बताया है, हमारे विचार में कोई बाधा नहीं कि यह पवित्र आयत एक ही समय में दोनों अर्थों की ओर संकेत करती हो। बहरहाल, यह ग़लत होगा अगर हम यह समझें कि उन लोगों के कर्म, जो ईश्वर और क़ियामत पर ईमान नहीं रखते, ईश्वर की ओर ऊपर उठते हैं और उच्चतम दर्जा पाते हैं। अगर हमसे कहा जाए कि फलाँ व्यक्ति तेहरान से उत्तर की ओर जाने वाले रास्ते पर निकला और कई दिनों तक उत्तर दिशा में अपनी यात्रा जारी रखी, तो हमें कभी यह उम्मीद नहीं होगी कि ऐसा व्यक्ति क़ुम, इस्फ़हान और शीराज़ पहुँचेगा; अगर कोई ऐसी संभावना जताए, तो हम उस पर हँसेंगे और कहेंगे कि अगर उसे क़ुम, इस्फ़हान और शीराज़ जाना होता, तो उसे तेहरान से दक्षिण की ओर जाने वाले रास्ते पर निकलकर आगे बढ़ना चाहिए था। यह असंभव है कि कोई तुर्किस्तान की ओर जाए और काबा पहुँच जाए। १. फ़ातिर / १०.</w:t>
      </w:r>
    </w:p>
    <w:p>
      <w:pPr>
        <w:jc w:val="left"/>
      </w:pPr>
      <w:r>
        <w:rPr>
          <w:rFonts w:ascii="Calibri" w:hAnsi="Calibri" w:cs="Calibri"/>
          <w:sz w:val="28"/>
          <w:szCs w:val="28"/>
          <w:rtl w:val="0"/>
        </w:rPr>
        <w:t>गैर-मुस्लिम का नेक कर्म — २८१ स्वर्ग और नरक मनुष्य की आध्यात्मिक यात्रा के दो लक्ष्य हैं। उस संसार में हर व्यक्ति स्वयं को अपनी यात्रा के अंतिम लक्ष्य पर पाता है: कोई ऊपर है और कोई नीचे; कोई ‘इल्लिय्यीन के सर्वोच्च स्थान’ पर है और कोई ‘सिज्जीन के सबसे निचले स्थान’ पर। “निश्चय ही नेक लोगों का लेखा इल्लिय्यीन में है। निश्चय ही दुराचारियों का लेखा सिज्जीन में है।” यह कैसे संभव है कि कोई किसी लक्ष्य की ओर चले ही नहीं, या उस लक्ष्य के विपरीत दिशा में चले, और फिर उस लक्ष्य तक पहुँच जाए?! इल्लिय्यीन की ओर बढ़ना, वहाँ पहुँचने का संकल्प और इरादा करने पर निर्भर है; और संकल्प तथा इरादा एक ओर ज्ञान और विश्वास पर, और दूसरी ओर समर्पण तथा आज्ञापालन पर निर्भर हैं। जो उस लक्ष्य में विश्वास नहीं रखता, या समर्पण और आज्ञापालन नहीं करता, और अंततः उसमें कोई रुचि नहीं रखता तथा वहाँ पहुँचने की प्रेरणा से एक छोटा-सा कदम भी नहीं उठाता, उससे यह कैसे अपेक्षा की जा सकती है कि वह वहाँ जा पहुँचेगा? इसमें संदेह नहीं कि हर मार्ग अपने ही लक्ष्य तक पहुँचता है। जब तक लक्ष्य ईश्वर न हो, वह ईश्वर तक नहीं पहुँचता। पवित्र क़ुरआन कहता है: “जो कोई तत्काल मिलने वाली दुनिया चाहता है, तो हम उसमें से जिसे चाहते हैं और जितना चाहते हैं, उसे शीघ्र दे देते हैं; फिर उसके लिए हमने जहन्नम ठहराया है, जिसमें वह निंदित और धिक्कारा हुआ प्रवेश करेगा। और जो कोई आख़िरत चाहता है, और उसके लिए वैसा प्रयास करता है जैसा करना चाहिए, और वह ईमान वाला भी है, तो ऐसे लोगों का प्रयास सराहा जाएगा।” यानी जो कोई केवल तत्काल मिलने वाली दुनिया का इच्छुक हो, उसे हम जितना चाहें और जिसे चाहें, उतना दे देते हैं; फिर उसके लिए जहन्नम ठहराते हैं, जिसमें वह निंदित और धिक्कारा हुआ प्रवेश करेगा। और जो कोई आख़िरत का इच्छुक हो तथा उसके लिए उचित प्रयास करे, तो उनके प्रयास की सराहना की जाएगी।” अर्थात यदि किसी की सोच का स्तर दुनिया से ऊँचा न हो और उसका कोई लक्ष्य दुनिया से श्रेष्ठ न हो, तो यह असंभव है कि वह आख़िरत के उच्च लक्ष्य तक पहुँचे; लेकिन हमारी कृपा, उदारता और ईश्वरत्व का तकाज़ा है कि जिस सांसारिक लक्ष्य की वह इच्छा करता है, उसमें से भी उसे कुछ हिस्सा दें। १. मुतफ़्फ़िफ़ीन / १८; २. मुतफ़्फ़िफ़ीन / ७। इस्रा / १८–१९। २८२ ईश्वरीय न्याय। यहाँ एक बात ध्यान देने योग्य है: यह सांसारिक जगत प्रकृति और पदार्थ का जगत है, कारणों और साधनों का जगत है। सांसारिक कारण और साधन एक-दूसरे से टकराते और संघर्ष करते हैं; इस दुनिया में बाध्यकारी परिस्थितियाँ भी मौजूद हैं। इसलिए जिसका लक्ष्य दुनिया हो, उसके लिए कोई गारंटी नहीं कि वह सौ फ़ीसदी अपने मक़सद तक पहुँच जाएगा। इस बात को समझाने के लिए पवित्र क़ुरआन ने जो अभिव्यक्ति चुनी है, वह यह है: “हम जितना चाहें, जिसे चाहें, उसे दे देते हैं।” लेकिन जो व्यक्ति अपनी आत्मिक व्यवस्था में एक ऊँचा लक्ष्य रखता है और तत्काल मिलने वाले छोटे-छोटे लक्ष्यों से दिल नहीं लगाता, बल्कि ईश्वरीय लक्ष्य की ओर कदम बढ़ाता है और ईमान के साथ आगे बढ़ता है, वह निश्चय ही अपने लक्ष्य तक पहुँचेगा; क्योंकि ईश्वर क़द्रदान है—वह अपने सामने पेश किए गए नेक कर्म को स्वीकार करता है और उसका प्रतिफल देता है। यहाँ प्रयास और कोशिश को भी शर्त ठहराया गया है, क्योंकि यह असंभव है कि कोई कदम उठाए बिना यात्रा करे और लक्ष्य तक पहुँच जाए। फिर अगली आयत में कहा गया है: “हम इन सबको—इस समूह को भी और उस समूह को भी—तुम्हारे रब की देन से सहायता देते हैं; और तुम्हारे रब की देन रोकी हुई नहीं है।” हम सबको, इस समूह को भी और उस समूह को भी, तुम्हारे रब की कृपा से सहायता देते हैं; तुम्हारे रब की कृपा किसी से भी रोकी नहीं गई है। अर्थात हम परम उदारता से देने वाले हैं और हमने संसार को कर्म के लिए तैयार बनाया है; हर व्यक्ति जो बीज बोता है, हम उसे फलने-फूलने देते हैं; जो किसी लक्ष्य की ओर जा रहा है, हम उसे उसके लक्ष्य तक पहुँचाते हैं। ईश्वरीय दार्शनिक कहते हैं कि ‘वाजिबुल-वुजूद बि-ज़ातिही’ हर दृष्टि और हर पहलू से अनिवार्य है; इसलिए उसका फ़ैयाज़ होना भी अनिवार्य है। इसी कारण, जो भी व्यक्ति जिस चीज़ का इच्छुक हो, ईश्वर उसकी सहायता करता है। ऐसा नहीं है कि यदि कोई दुनिया का इच्छुक हो, तो ईश्वर कहे: तुम भटके हुए हो और तुमने हमारे मार्गदर्शन और हिदायत के विरुद्ध काम किया है, इसलिए हम तुम्हारी सहायता नहीं करेंगे। नहीं, ऐसा नहीं है; दुनिया चाहने वाले को उसकी दुनिया की चाहत में, इस कारणों, साधनों, परस्पर विरोध और टकराव वाले संसार की जितनी गुंजाइश है, उतनी ईश्वरीय समर्थन और सहायता मिलती है; और वह ईश्वर की उदारतापूर्ण दानशीलता से लाभान्वित होता है। दूसरे शब्दों में, यह संसार बोने, उगने, बढ़ने और फ़सल काटने के लिए एक उपजाऊ और उपयुक्त भूमि है। यह इस बात पर निर्भर करता है कि मनुष्य उगाने और विकसित करने के लिए कौन-सा बीज चुनता है। १. इस्रा / २०। नेक कर्म गैर-मुस्लिम का — २८३ वह कौन-सा बीज चुनता है और कौन-सी फ़सल प्राप्त करना चाहता है; वह जो भी बीज चुने, वही बीज इस संसार के उपजाऊ और उपयुक्त खेत में ठीक उसी रूप में उगाया जाता है। हाँ, सत्य के अनुयायियों के लिए एक विशेष सहायता है, जिसे ‘रहमत-ए-रहीमिया’ कहा जाता है; दुनिया चाहने वाले इस रहमत से वंचित हैं, क्योंकि वे इसकी चाह नहीं रखते। लेकिन ईश्वर की ‘रहमत-ए-रहमानिया’ सभी लोगों और सभी मार्गों पर समान रूप से प्रवाहित होती है। सादी के शब्दों में: “धरती का दामन उसका सार्वजनिक दस्तरख़ान है; इस लूट के भोजन पर, शत्रु हो या मित्र, सबका अधिकार है।” इस चर्चा में कही गई बातों से, चर्चा के कुछ प्रश्नों का समाधान हो जाता है। हमने स्पष्ट किया कि कर्म का बाहरी सद्गुण आख़िरत के प्रतिफल के लिए पर्याप्त नहीं है; कर्ता का सद्गुण भी आवश्यक है। बाहरी सद्गुण शरीर के समान है और कर्ता का सद्गुण आत्मा और जीवन के समान है। हमने बताया कि ईश्वर और पुनरुत्थान के दिन पर ईमान, कर्ता के सद्गुण की एक मूलभूत और आवश्यक शर्त है; और यह शर्त कोई परंपरा से तय की गई शर्त नहीं, बल्कि एक अंतर्निहित और सृष्टिगत शर्त है, ठीक वैसे ही जैसे किसी निश्चित लक्ष्य के लिए एक निश्चित मार्ग का होना आवश्यक है। यहाँ केवल एक बात की ओर संकेत करना ज़रूरी है: कोई कह सकता है कि कर्ता के सद्गुण के लिए यह आवश्यक नहीं कि ईश्वर की निकटता पाने का इरादा अवश्य हो। यदि कोई व्यक्ति अंतःकरण की प्रेरणा से और अपने दिल पर छाई करुणा तथा दया के कारण कोई नेक काम करे, तो उसके कर्म में कर्ता का सद्गुण पैदा होने के लिए इतना पर्याप्त है। दूसरे शब्दों में, मानव-प्रेम की प्रेरणा कर्ता के सद्गुण के लिए पर्याप्त है; बस मनुष्य की प्रेरणा स्वार्थ न हो, तो कर्ता का सद्गुण पैदा हो जाता है, चाहे प्रेरणा ईश्वर हो या मानवता।” यह बात विचारणीय है।</w:t>
      </w:r>
    </w:p>
    <w:p>
      <w:pPr>
        <w:jc w:val="left"/>
      </w:pPr>
      <w:r>
        <w:rPr>
          <w:rFonts w:ascii="Calibri" w:hAnsi="Calibri" w:cs="Calibri"/>
          <w:sz w:val="28"/>
          <w:szCs w:val="28"/>
          <w:rtl w:val="0"/>
        </w:rPr>
        <w:t>यद्यपि हम ऊपर कही गई इस बात की पुष्टि नहीं करते कि इस बात में कोई अंतर नहीं है कि प्रेरणा ईश्वर हो या मानवता; और अभी हम इस गहन चर्चा में प्रवेश नहीं कर सकते, फिर भी हमारा दृढ़ विश्वास है कि जब कोई कार्य लोगों के उपकार और सेवा के उद्देश्य से तथा मानवता के लिए किया जाता है, तो वह उस कार्य की श्रेणी में नहीं आता जिसकी प्रेरणा केवल अपने स्वार्थ के लिए हो। निस्संदेह, ईश्वर ऐसे लोगों को प्रतिफल से वंचित नहीं रखता। कुछ हदीसों में आया है कि हातिम जैसे मुश्रिक, मुश्रिक होने के बावजूद, दुनिया में किए गए अपने अच्छे कामों के कारण यातना नहीं भुगतेंगे या उनकी यातना में कमी की जाएगी। हमारे पास मौजूद अनेक रिवायतों से इस बात को पूरी तरह समझा जा सकता है: 1. मरहूम मजलिसी, शेख सदूक़ की किताब ‘सवाबुल आमाल’ से, अली इब्न यक़तीन के माध्यम से, हज़रत इमाम मूसा काज़िम (अलैहिस्सलाम) से रिवायत करते हैं कि उस हज़रत ने फ़रमाया: ईश्वरीय न्याय। बनी इस्राईल में एक मोमिन व्यक्ति का पड़ोसी काफ़िर था। वह काफ़िर उस मोमिन पड़ोसी के साथ हमेशा भलाई और अच्छा व्यवहार करता था। जब उसकी मृत्यु हुई, तो ईश्वर ने उसके लिए एक प्रकार की मिट्टी का घर बनाया, जो उसे आग की गर्मी से बचाता था, और उसकी रोज़ी उसके परिवेश—यानी आग के परिवेश—से बाहर से उसके पास पहुँचती थी। उससे कहा गया: यह तुम्हारे मोमिन पड़ोसी के प्रति तुम्हारी भलाई और अच्छे व्यवहार के कारण है। मरहूम मजलिसी इस रिवायत को उद्धृत करने के बाद कहते हैं: यह रिवायत और इसके जैसी अन्य रिवायतें इस बात का प्रमाण हैं कि काफ़िरों में से कुछ जहन्नमियों की यातना उनके अच्छे कर्मों के कारण हटा दी जाती है; और काफ़िरों के बारे में आई वे आयतें, जिनमें कहा गया है कि उनकी यातना में कमी नहीं की जाएगी, उन लोगों के बारे में हैं जिन्होंने इस प्रकार के अच्छे कर्म न किए हों। इसी तरह, वे हज़रत इमाम मुहम्मद बाक़िर (अलैहिस्सलाम) से रिवायत करते हैं कि उन्होंने फ़रमाया: एक मोमिन व्यक्ति एक अत्याचारी बादशाह के देश में रहता था। उस ज़ालिम ने उस मोमिन को पकड़ने का इरादा किया, तो वह भागकर कुछ गैर-इस्लामी देशों में चला गया और एक मुश्रिक व्यक्ति के यहाँ ठहरा। उस मुश्रिक ने उसे अपने पास जगह दी और उसकी मेहमाननवाज़ी की। जब उस मुश्रिक की मृत्यु हुई, तो उससे कहा गया: अपनी इज़्ज़त और जलाल की क़सम, यदि जन्नत में किसी मुश्रिक के लिए जगह होती, तो मैं तुम्हें वहाँ जगह देता; लेकिन ऐ आग, इसे भयभीत करना, इसे कष्ट मत देना। इमाम ने आगे फ़रमाया: और हर सुबह-शाम उसके लिए उस परिवेश के बाहर से रोज़ी लाई जाती है। इमाम से पूछा गया: क्या जन्नत से? उन्होंने फ़रमाया: उस जगह से, जहाँ से ईश्वर स्वयं चाहे। रसूल-ए-अकरम ने अब्दुल्लाह इब्न जुदआन के बारे में—जो जाहिलिय्यत के प्रसिद्ध काफ़िरों और क़ुरैश के सरदारों में से एक थे—फ़रमाया: जहन्नम के लोगों में सबसे हल्की यातना इब्न जुदआन को होगी। पूछा गया: या रसूलल्लाह, क्यों? उन्होंने फ़रमाया: वह लोगों को खाना खिलाया करता था। और उन्हीं हज़रत ने जाहिलिय्यत के कुछ लोगों के बारे में फ़रमाया: मैंने क़बा वाले व्यक्ति को, उस लाठी वाले व्यक्ति को—जो हाजियों को हाँकता था—और उस स्त्री को देखा, जिसके पास एक बिल्ली थी, जो पंजे मारती थी; उसने उस बिल्ली को बाँध रखा था, न उसे खाना देती थी और न उसे छोड़ती थी कि वह स्वयं कुछ पकड़कर खा सके। मैंने उसे आग में देखा; और जन्नत में मैंने उस व्यक्ति को देखा, जिसने एक कुत्ते को प्यास से बचाकर पानी पिलाया था। बिहारुल अनवार, कंपानी संस्करण, खंड 3, पृष्ठ 377। इसी तरह, बिहारुल अनवार, कंपानी संस्करण, खंड 3, पृष्ठ 382, अल-काफ़ी से उद्धृत। 3 और 4। इसी तरह, बिहारुल अनवार, कंपानी संस्करण, खंड 3, पृष्ठ 382, अल-काफ़ी से उद्धृत। गैर-मुस्लिम का नेक कर्म। ऐसे लोग हर दौर में कम या ज़्यादा मिलते हैं। कम-से-कम इतना तो है कि उनकी यातना में कमी की जाएगी या उनकी यातना पूरी तरह हटा दी जाएगी। मेरी राय में, यदि ऐसे लोग मिलें जो दूसरे मनुष्यों के प्रति, यहाँ तक कि किसी भी जीव—चाहे वह मनुष्य हो या पशु—के प्रति भलाई करें, क्योंकि हर प्यासे जीव के प्रति दया का प्रतिफल है, और किसी प्रतिफल की अपेक्षा किए बिना; यहाँ तक कि अपनी अंतरात्मा की गहराई में भी वे इस कारण सेवा न करें कि वे वंचितों के अस्तित्व के आईने में अपना चेहरा देखते हैं—अर्थात यह भय उनकी प्रेरणा न हो कि किसी दिन उनकी भी ऐसी ही दुर्दशा हो सकती है—बल्कि उनमें उपकार और सेवा की प्रेरणा इतनी प्रबल हो कि यदि वे जानते हों कि उन्हें इससे किसी प्रकार का लाभ नहीं होगा, और उनके काम के बारे में एक भी व्यक्ति को पता नहीं चलेगा तथा कोई उन्हें शाबाशी तक नहीं देगा, तब भी वे वही नेक काम करेंगे; और वे आदत आदि से भी प्रेरित न हों, तो कहना होगा कि इन मनुष्यों के अंतर्मन की गहराई में ईश्वर की पहचान का प्रकाश मौजूद है; और मान भी लें कि वे ज़बान से इनकार करते हैं, तो भी अपने अंतर्मन में वे स्वीकार करते हैं। वास्तव में उनका इनकार उस काल्पनिक सत्ता का इनकार है, जिसे उन्होंने ईश्वर समझ लिया है, या उस दूसरी काल्पनिक सत्ता का, जिसे उन्होंने ईश्वर की ओर लौटने और क़ियामत का नाम दे दिया है; न कि वास्तविक ईश्वर और आख़िरत का। भलाई, न्याय और उपकार से केवल इसलिए प्रेम करना कि वे भलाई, न्याय और उपकार हैं, और उसमें किसी दूसरी चीज़ की ज़रा भी मिलावट न होना, इस बात का संकेत है कि व्यक्ति परम-सुंदर सत्ता से प्रेम करता है। इसलिए यह असंभव नहीं कि ऐसे लोग वास्तव में और अपने कर्मों के आधार पर काफ़िरों की जमात में शामिल न किए जाएँ, भले ही ज़बान से उन्हें इनकार करने वाला माना जाए। और ईश्वर बेहतर जानता है। नुबुव्वत और इमामत पर ईमान। अब हम इस मसले के एक और पहलू पर चर्चा करते हैं, और वह यह है: उन गैर-मुसलमानों की स्थिति क्या होगी, जो एकेश्वरवादी हैं, क़ियामत में विश्वास रखते हैं और ईश्वर के लिए कर्म करते हैं? अहले-किताब में ऐसे लोग पाए जाते हैं जो न मसीह को ईश्वर का पुत्र मानते हैं, न उजैर को; न वे द्वैतवादी हैं, न अग्निपूजक। वे न तो कहते हैं कि मसीह ईश्वर का पुत्र है और न कहते हैं कि उजैर ईश्वर का पुत्र है; न वे कहते हैं कि अहिरमन बुराइयों का देवता है। वे पुनरुत्थान के दिन में भी विश्वास रखते हैं। उनके कर्मों का क्या अंजाम होगा? यहाँ अब हमारी चर्चा उन आविष्कारकों, खोजकर्ताओं और मानवता के सेवकों के बारे में है, जो भौतिकवादी हैं और ईश्वर को नहीं मानते; और स्वाभाविक रूप से उनके कर्मों की प्रेरणाएँ भौतिकता की सीमाओं से आगे नहीं जातीं।</w:t>
      </w:r>
    </w:p>
    <w:p>
      <w:pPr>
        <w:jc w:val="left"/>
      </w:pPr>
      <w:r>
        <w:rPr>
          <w:rFonts w:ascii="Calibri" w:hAnsi="Calibri" w:cs="Calibri"/>
          <w:sz w:val="28"/>
          <w:szCs w:val="28"/>
          <w:rtl w:val="0"/>
        </w:rPr>
        <w:t>पिछली चर्चा के आधार पर, इस्लामी तर्क की दृष्टि से उनके बारे में हमारा मत—ईश्वरीय न्याय 286 स्पष्ट हो गया। इस अध्याय में हमारी चर्चा उन सदाचारी लोगों के बारे में है, जो सृष्टिकर्ता और परलोक में विश्वास रखते हैं और स्वाभाविक रूप से अपने कर्मों में उच्चतर लक्ष्य रख सकते हैं तथा भौतिकता से परे किसी उद्देश्य के लिए कार्य कर सकते हैं। कहा जाता है कि एडिसन और पाश्चर ऐसे ही लोगों में थे; कहा जाता है कि वे धार्मिक लोग थे और उनके कर्मों के पीछे ईश्वर-भक्ति की प्रेरणा थी; अर्थात वे अपने कामों में ठीक वैसे ही, जैसे धर्मपरायण मुसलमान, ईश्वर की प्रसन्नता के लिए और ईश्वरीय प्रेरणा से काम करते थे। वास्तव में वे ऐसे ईसाई थे जो ईसाई नहीं थे, क्योंकि यदि वे वास्तविक ईसाई होते और ईसाइयत के मौजूदा सिद्धांतों में आस्था रखते, तो मसीह को ईश्वर मानते और स्वाभाविक रूप से उनके लिए वास्तविक एकेश्वरवादी होना संभव न होता। आज के ईसाई विद्वान शायद त्रित्व के अंधविश्वास में कम विश्वास करते हों। इस प्रश्न का उत्तर देने के लिए हमें देखना होगा कि नुबुव्वत और इमामत में विश्वास किस दृष्टि से आवश्यक है, और यह कर्मों की स्वीकृति की शर्त क्यों होना चाहिए। ऐसा लगता है कि कर्मों की स्वीकृति में ईश्वर के पैग़म्बरों और औलिया पर ईमान दो कारणों से शामिल है। पहला यह कि उन्हें जानना, वास्तव में ईश्वर को जानने से जुड़ा है; ईश्वर और उसके गुणों को जानना, ईश्वर के औलिया को जाने बिना पूर्ण नहीं होता। दूसरे शब्दों में, ईश्वर को पूरी तरह जानने का अर्थ है मार्गदर्शन करने वाली उसकी विभूतियों और मार्गदर्शकों को जानना। दूसरा यह कि नुबुव्वत और इमामत के दर्जे को जानना इस कारण आवश्यक है कि उन्हें जाने बिना पूर्ण और सही जीवन-कार्यक्रम प्राप्त करना संभव नहीं। एक सदाचारी मुसलमान और एक सदाचारी काफ़िर के बीच बड़ा अंतर यह है कि सदाचारी काफ़िर के पास सही और उचित कार्यक्रम नहीं होता, इसलिए उसकी सफलता की संभावना बहुत कम होती है; जबकि मुसलमान ने ऐसे धर्म के प्रति समर्पण किया है, जिसके पास एक व्यापक और सही कार्यक्रम है; यदि वह अपने कार्यक्रम को ठीक तरह से लागू करे, तो उसकी सफलता निश्चित है। नेक कर्म केवल लोगों के साथ उपकार करना नहीं है; सभी अनिवार्य, निषिद्ध, अवांछनीय और वांछनीय काम नेक कर्म के कार्यक्रम का हिस्सा हैं। इस्लाम से दूर होने के कारण सही कार्यक्रम से वंचित एक धर्मपरायण ईसाई इस महान कार्यक्रम के लाभों से वंचित रहता है, क्योंकि वह उन कामों में पड़ता है जिनसे उसे बचना चाहिए; मसलन, उसे शराब नहीं पीनी चाहिए, लेकिन वह पीता है। हम जानते हैं कि शराब पर पाबंदी उसके व्यक्तिगत, सामाजिक और आध्यात्मिक नुकसानों के कारण है और स्वाभाविक रूप से, जो शराब पीता है, उसे शराब के नुकसान पहुँचते हैं। इस दृष्टि से वह उस व्यक्ति की तरह है जो चिकित्सक के मार्गदर्शन से वंचित है और इस वंचना के कारण ऐसा काम करता है जिससे वह नेक कर्म से पहले ही अपने दिल, जिगर या नसों को बीमार कर लेता है और अपनी उम्र घटा लेता है—गैर-मुस्लिम का यही हाल है। —ईश्वरीय न्याय 287। वह अपनी उम्र से पहले ही दिल, जिगर या नसों को बीमार कर लेता है। इस्लाम के कार्यक्रम में कुछ ऐसे निर्देश हैं जिन पर अमल करना आध्यात्मिक और आत्मिक विकास की शर्त है। यह स्पष्ट है कि कोई गैर-मुस्लिम कितना भी निष्पक्ष, निष्पक्षताविहीन पूर्वाग्रह से रहित और वैरभाव से मुक्त क्यों न हो, मानवता के पूर्ण कार्यक्रम से लाभ न उठा पाने के कारण उसके लाभों से वंचित रहेगा। स्वाभाविक रूप से ऐसा व्यक्ति पाँच वक्त की नमाज़, रमज़ान के रोज़ों और ईश्वर के घर के हज जैसी महान इबादतों से वंचित रह जाता है। उसकी मिसाल उस व्यक्ति जैसी है जो खेती का कोई कार्यक्रम बनाए बिना बीज बिखेर दे; ऐसा व्यक्ति कभी वैसी उपज हासिल नहीं कर सकता जैसी उस व्यक्ति को मिलती है जो एक सही और व्यापक योजना के अनुसार खेत जोतता है, उचित समय पर बीज बोता है, निराई-गुड़ाई के समय निराई-गुड़ाई करता है, और संक्षेप में, सभी आवश्यक तकनीकी और वैज्ञानिक उपाय करता है। सदाचारी मुसलमान और सदाचारी गैर-मुसलमान के बीच का अंतर इस तरह बताया जा सकता है: सदाचारी मुसलमान उस रोगी की तरह है जो एक कुशल चिकित्सक की देखरेख और निर्देश के अनुसार चलता है; उसका भोजन और दवा सब चिकित्सक के आदेश से होते हैं। दवा और भोजन के प्रकार, उनके समय और मात्रा—हर बात में वह पूरी तरह निर्देशों का पालन करता है; जबकि सदाचारी गैर-मुसलमान उस रोगी की तरह है जिसके पास कोई कार्यक्रम नहीं और जो मनमाने ढंग से काम करता है; उसे जो भी भोजन या दवा मिलती है, वह खा लेता है। ऐसा रोगी कभी-कभी कोई लाभकारी दवा खा सकता है और उससे अच्छा परिणाम पा सकता है, लेकिन इसी तरह वह ऐसी दवा भी ले सकता है जो हानिकारक और जानलेवा हो। इसी प्रकार, वह उपयुक्त भोजन तो खा सकता है, लेकिन बाद में परहेज़ न करने और अनुचित भोजन खाने से पहले भोजन के लाभकारी प्रभाव को भी नष्ट कर सकता है। इस विवरण से स्पष्ट होता है कि मुसलमान और ईश्वर को मानने वाले गैर-मुसलमान के बीच अंतर यह है कि मुसलमान ईश्वर को मानने वाला है जिसके पास सही कार्यक्रम है, जबकि ईश्वर को मानने वाले गैर-मुसलमान के काम सही कार्यक्रम के बिना होते हैं। दूसरे शब्दों में, मुसलमान मार्गदर्शन पा चुका है और गैर-मुसलमान, भले ही वह ईश्वर को मानता हो, मार्गदर्शन से वंचित है। पवित्र क़ुरआन इसी संदर्भ में कहता है: «यदि वे समर्पण कर दें, तो वे मार्गदर्शन पा चुके होंगे।» अर्थात यदि वे मुहम्मदी कार्यक्रम के प्रति समर्पित हो जाएँ, तो उन्होंने मार्ग पा लिया। आले इमरान / 20 — ईश्वरीय न्याय पिछले दो अध्यायों में कही गई बातों से स्पष्ट हुआ कि नेक कर्मों के बदले प्रतिफल पाने की दृष्टि से सभी गैर-मुसलमान एक जैसे नहीं हैं। उस गैर-मुसलमान में बड़ा अंतर है जो ईश्वर और क़ियामत में विश्वास नहीं करता और उस गैर-मुसलमान में जो ईश्वर और क़ियामत में विश्वास तो करता है, लेकिन नुबुव्वत में ईमान की नेमत से वंचित है। पहले समूह के लिए ईश्वर के यहाँ स्वीकार्य कोई कर्म करना संभव नहीं, लेकिन दूसरे समूह के लिए संभव है। इस समूह के लोग कुछ शर्तों के साथ जन्नत में जा सकते हैं, लेकिन पहले समूह के लिए यह संभव नहीं। ऐसा लगता है कि इस्लाम सह-अस्तित्व के मामले में मुशरिकों और अहले-किताब के बीच जो अंतर करता है—मुशरिक को बर्दाश्त नहीं करता, लेकिन अहले-किताब को बर्दाश्त करता है; मुशरिक को अपना विश्वास छोड़ने के लिए मजबूर करता है, लेकिन अहले-किताब को ऐसा करने के लिए मजबूर नहीं करता—उसका कारण यही है कि मुशरिक या ईश्वर को न मानने वाले ने अपने शिर्क और इनकार के कारण मुक्ति का द्वार सदा के लिए अपने ऊपर बंद कर लिया है। उसकी स्थिति ऐसी है कि उसने भौतिक प्रकृति से आगे बढ़ने, आध्यात्मिक लोक और शाश्वत जन्नत की ओर आरोहण करने से स्वयं को हमेशा के लिए वंचित कर लिया है; जबकि अहले-किताब ऐसी स्थिति में हैं कि वे अधूरे रूप में ही सही, नेक कर्म कर सकते हैं और कुछ शर्तों के साथ उसका फल प्राप्त कर सकते हैं।</w:t>
      </w:r>
    </w:p>
    <w:p>
      <w:pPr>
        <w:jc w:val="left"/>
      </w:pPr>
      <w:r>
        <w:rPr>
          <w:rFonts w:ascii="Calibri" w:hAnsi="Calibri" w:cs="Calibri"/>
          <w:sz w:val="28"/>
          <w:szCs w:val="28"/>
          <w:rtl w:val="0"/>
        </w:rPr>
        <w:t>पवित्र क़ुरआन अहले-किताब से कहता है: «आओ, हमारे और तुम्हारे बीच एक समान बात पर कि हम इबादत न करें... ... सिवाय अल्लाह के, और उसके साथ किसी चीज़ को शरीक न ठहराएँ, और हममें से कोई किसी दूसरे को अल्लाह के सिवा अपना पालनहार न बनाए। आओ... ... एक साझा बात और एक साझा आस्था की ओर, और वह यह कि हम अल्लाह के सिवा किसी की... ... इबादत न करें, किसी चीज़ को अल्लाह का साझीदार न बनाएँ, और हममें से कोई किसी दूसरे को अपना आज्ञापालक और पालनहार न माने।» पवित्र क़ुरआन ने अहले-किताब को ऐसा आमंत्रण दिया है, लेकिन मुशरिकों और इनकार करने वालों को ऐसा आमंत्रण कभी नहीं दिया और न देता है। बुराई से ग्रस्त होना। तीसरा मुद्दा, जिस पर ईमान के मूल्य की चर्चा के सिलसिले में ध्यान देना आवश्यक है... उसने मुशरिकों और इनकार करने वालों को ऐसा आमंत्रण कभी नहीं दिया और न देता है। बुराई से ग्रस्त होना। तीसरा मुद्दा, जिस पर यहाँ ईमान के मूल्य की चर्चा के सिलसिले में... ध्यान देना आवश्यक है, वह कुफ़्र और हठधर्मिता का नकारात्मक मूल्य है; अर्थात क्या कुफ़्र और हठधर्मिता के कारण... नेक कर्म नष्ट हो जाता है और उसका प्रभाव मिट जाता है, और क्या वे किसी बुराई की तरह उसे बिगाड़ देते हैं? आले इमरान / 64। गैर-मुसलमान का नेक कर्म। 289 यदि किसी मनुष्य से... सभी कर्मगत और कर्तागत अच्छाइयों की शर्तों के साथ कोई नेक कर्म हो, और दूसरी ओर मनुष्य... सत्य के सामने, विशेषकर उस सत्य के सामने जो धर्म के मूल सिद्धांतों में गिना जाता है, हठ करे और विरोध पर अड़ा रहे, तो... क्या वह कर्म, जो अपने आप में नेक, दिव्य और प्रकाशमय था, और जिसकी... दिव्य तथा स्वर्गिक दृष्टि से कोई कमी नहीं थी, इस हठ और विरोध के कारण या किसी अन्य... आध्यात्मिक विकृति के कारण नष्ट हो जाता है या नहीं? यहाँ «बुराई से ग्रस्त होने» का मुद्दा उठता है। संभव है कि कोई कर्म... कर्मगत अच्छाई भी रखता हो और कर्तागत अच्छाई भी; दूसरे शब्दों में, उसका शरीर भी सही-सलामत हो... और उसकी आत्मा तथा जीवन भी स्वस्थ हों; वह भौतिक और प्राकृतिक दृष्टि से भी नेक हो और... स्वर्गिक दृष्टि से भी, फिर भी आध्यात्मिक दृष्टि से किसी बुराई के कारण नष्ट और व्यर्थ हो जाए, जैसे कोई स्वस्थ बीज... उपजाऊ ज़मीन में बोया जाए और फसल भी दे, लेकिन उसके इस्तेमाल में आने से पहले... उस पर कोई आफ़त आ पड़े; टिड्डियाँ या बिजली की गड़गड़ाहट उसे नष्ट कर दे। पवित्र क़ुरआन इस बुराई से ग्रस्त होने को «हब्त» कहता है। यह केवल काफ़िरों के कर्मों तक सीमित नहीं; मुसलमानों के नेक कर्मों में भी... ऐसा हो सकता है। पवित्र क़ुरआन इस बुराई से ग्रस्त होने को «हब्त» कहता है। यह केवल काफ़िरों के कर्मों तक सीमित नहीं; मुसलमानों के नेक कर्मों में भी... ऐसा हो सकता है। कोई ईमानवाला मुसलमान अल्लाह के मार्ग में और अल्लाह के लिए किसी ज़रूरतमंद ग़रीब को... सदक़ा दे, और उसका सदक़ा क़ुबूल भी हो जाए, लेकिन बाद में उस पर एहसान जताकर... या किसी अन्य प्रकार से उसे मानसिक कष्ट देकर उसे बिल्कुल नष्ट और बरबाद कर दे। पवित्र क़ुरआन... फ़रमाता है: «ऐ ईमान वालो, अपने सदक़ों को एहसान जताकर और कष्ट पहुँचाकर व्यर्थ न करो।» हे वे लोग... जो ईमान लाए हो, अपने सदक़ों को एहसान जताकर और कष्ट पहुँचाकर व्यर्थ न करो। नेक कर्मों की एक और... आफ़त ईर्ष्या है; जैसा कि कहा गया है: «ईर्ष्या नेकियों को वैसे खा जाती है, जैसे आग लकड़ी को खाती है।» ईर्ष्या... मनुष्य के नेक कर्मों को वैसे निगलकर खा जाती है, जैसे आग लकड़ी को। इन... आफ़तों में से एक «जुहूद» है, अर्थात सत्य के साथ शत्रुतापूर्ण व्यवहार की मनःस्थिति। जुहूद का अर्थ है कि मनुष्य सत्य को समझे... और इसके बावजूद उसका विरोध करे। सूरह बक़रा, 264। बिहारुल-अनवार, अख़ूंदी संस्करण, खंड 15,... भाग तीन, पृ. 132–133। 290। ईश्वरीय न्याय। दूसरे शब्दों में, जुहूद यह है कि विचार और सोच... प्रमाण और तर्क के सामने समर्पण कर दें और सत्य बुद्धि तथा चिंतन के प्रकाश में स्पष्ट हो जाए, लेकिन... आत्मा और स्वार्थी तथा अहंकारी भावनाएँ इंकार कर दें और समर्पण न करें। कुफ़्र की भावना सत्य को जानने के बावजूद उससे... शत्रुता और विरोध करने की है। इससे पहले, जब हमने समर्पण के विभिन्न स्तरों पर चर्चा की थी, तो इस अवस्था के बारे में कुछ बातें समझाई थीं... अब «बुराई से ग्रस्त होने» की चर्चा के सिलसिले में कुछ और विस्तार से समझाते हैं। अमीरुल-मोमिनीन अली... (अ) इस्लाम की परिभाषा करते हुए फ़रमाते हैं: «इस्लाम समर्पण है।» इस्लाम का अर्थ है सत्य के सामने समर्पित होना। अर्थात जहाँ... व्यक्ति के हित, उसका पूर्वाग्रह और उसकी आदतें सत्य के सामने आ खड़ी हों, वहाँ मनुष्य स्वयं को सत्य के हवाले... कर दे और सत्य के सिवा हर चीज़ को छोड़ दे। जुहूद का अर्थ है काफ़िराना हठ की वह मनःस्थिति... जो अबू जहल में थी। वह जानता था कि पैग़म्बरे-अकरम (सल्लल्लाहु अलैहि व आलिहि व सल्लम) नुबुव्वत के दावे में... सच्चे हैं, लेकिन काफ़िराना हठ के कारण ईमान नहीं लाता था। कभी-कभी सुनने में आता है कि लोग... कहते हैं: हम जहन्नम में जाना मंज़ूर कर लेंगे, लेकिन यह काम नहीं करेंगे; यानी अगर यह बात सच... भी हो, तो भी हम उसे मानने को तैयार नहीं। «अड़ियल होना», ज़िद्दी होना और इस तरह के अन्य... मुहावरे इसी बुरी विशेषता «जुहूद» को दर्शाते हैं। पवित्र क़ुरआन ने कुछ लोगों में इस बुरी विशेषता को बहुत सजीव रूप में... चित्रित किया है। फ़रमाता है: «और जब उन्होंने कहा: ऐ अल्लाह, यदि यह तेरी ओर से सत्य है, तो हम पर आकाश से... पत्थर बरसा, या हमें दर्दनाक यातना दे।» और जब उन्होंने कहा... कि यदि यह सत्य है और तेरी ओर से है, तो हम पर आकाश से पत्थर बरसा, या हम पर दर्दनाक यातना... उतार। क़ुरआन ने कैसा चित्र प्रस्तुत किया है! एक वाक्य उद्धृत करके वह कुछ... इंसानों की बीमार मनःस्थिति कैसी दिखा देता है! नहजुल-बलाग़ा, हिकमत 125; अनफ़ाल / 32.</w:t>
      </w:r>
    </w:p>
    <w:p>
      <w:pPr>
        <w:jc w:val="left"/>
      </w:pPr>
      <w:r>
        <w:rPr>
          <w:rFonts w:ascii="Calibri" w:hAnsi="Calibri" w:cs="Calibri"/>
          <w:sz w:val="28"/>
          <w:szCs w:val="28"/>
          <w:rtl w:val="0"/>
        </w:rPr>
        <w:t>गैर-मुस्लिम का नेक कर्म। 291 इस आयत में जिस हठी मनुष्य की बात उद्धृत हुई है, वह यह कहने के बजाय कि, «ऐ ख़ुदा, अगर यह बात सत्य है और तेरी ओर से है, तो मेरे दिल को इसे स्वीकार करने की तौफ़ीक़ दे, कहता है: अगर यह सत्य है, तो मुझ पर कोई यातना उतार और मुझे मिटा दे, क्योंकि मुझमें जीवित रहने और सत्य के सामने खड़े होने की शक्ति नहीं है। यह बहुत ख़तरनाक मनःस्थिति है, भले ही वह छोटी-छोटी बातों में हो; और हो सकता है कि हममें से बहुत-से लोग—अल्लाह माफ़ करे—इसमें ग्रस्त हों। मान लीजिए कि कोई उच्च पदस्थ चिकित्सक, या बड़ा मुज्तहिद, या कोई अन्य प्रतिष्ठित विशेषज्ञ, जिसकी ख्याति विश्वव्यापी है, अपने ही क्षेत्र से जुड़े किसी मुद्दे पर कोई निर्णय दे और अपना मत प्रकट करे; फिर कोई गुमनाम व्यक्ति—कोई चिकित्सक या नौजवान विद्यार्थी—उसी मुद्दे पर उसके विपरीत राय दे और निर्णायक तर्क भी प्रस्तुत करे, और वह प्रतिष्ठित व्यक्ति स्वयं अपने मन में उस नौजवान की बात को सही माने, लेकिन अन्य लोग, हमेशा की तरह, इससे अनजान रहें और उस प्रतिष्ठित व्यक्ति के व्यक्तित्व को देखते हुए उसी की बात को सही मानें। ऐसी स्थिति में यदि वह प्रसिद्ध विशेषज्ञ उस चिकित्सक या नौजवान विद्यार्थी की बात के आगे समर्पण कर दे, यानी सत्य के सामने समर्पित होकर अपनी ग़लती स्वीकार कर ले, तो वह वास्तव में «मुस्लिम» है, क्योंकि «इस्लाम समर्पण है»। और एक अर्थ में उसे «हाँ, जिसने अपना चेहरा अल्लाह के हवाले कर दिया» का उदाहरण कहा जा सकता है। ऐसा व्यक्ति अपवित्र जुहूद के गुण से मुक्त है। लेकिन यदि वह अपनी प्रतिष्ठा और शोहरत बचाने के लिए सत्य का इनकार करे और उससे लड़े, तो वह काफ़िर और सत्य का हठी विरोधी है। अगर वह चिकित्सक, उदाहरण के लिए, बहुत बेईमान हो, तो अपनी बात तो नहीं बदलेगा, लेकिन अपना अमल बदल देगा; और अगर वह और भी अधिक बेईमान हो, तो अपना अमल भी नहीं बदलेगा और वही दवा लिखेगा, जिससे मरीज़ की जान चली जाएगी; फिर कहेगा कि मरीज़ ठीक होने वाला ही नहीं था। इसके विपरीत स्थिति भी अक्सर देखने में आती है। काफ़ी में एक रिवायत है, जो इस सच्चाई को स्पष्ट करती है। मुहम्मद बिन मुस्लिम कहते हैं: मैंने इमाम बाक़िर (अलैहिस्सलाम) को यह फ़रमाते हुए सुना: «हर वह चीज़ जिसका परिणाम स्वीकार करना और समर्पण करना हो, ईमान है; और हर वह चीज़ जिसका परिणाम इनकार और जुहूद हो, कुफ़्र है।» हर वह चीज़ जो स्वीकार करने, समर्पण करने और सत्य को अपनाने की भावना का परिणाम हो, ईमान है; और हर वह चीज़ जो सत्य के प्रति हठ और उससे मुँह मोड़ने की भावना का परिणाम हो, वह कुफ़्र है।» 1 बक़रा, 112; काफ़ी, खंड 2, पृष्ठ 387। 292 ईश्वरीय न्याय। कहते हैं कि स्वर्गीय आयतुल्लाह सैयद हुसैन कूहकमरी (उन पर अल्लाह की रहमत हो), जो साहिबे-जवाहर के शागिर्द और प्रसिद्ध व प्रतिष्ठित मुज्तहिद थे तथा जिनका एक मान्य शिक्षण-वृत्त था, हर दिन नियत समय पर हमेशा की तरह नजफ़ की एक मस्जिद में आकर पढ़ाया करते थे। जैसा कि हम जानते हैं, फ़िक़्ह और उसूल के उच्चस्तरीय पाठ पढ़ाना नेतृत्व और मरजइयत की राह तैयार करता है। एक विद्यार्थी के लिए नेतृत्व और मरजइयत का अर्थ है एकदम शून्य से अनंत तक पहुँच जाना; क्योंकि जब तक कोई विद्यार्थी मरजा नहीं बनता, तब तक वह कुछ भी नहीं होता, उसकी राय और विचार की ज़रा भी परवाह नहीं की जाती और जीवन के लिहाज़ से वह आम तौर पर तंगी में रहता है; लेकिन मरजा बनते ही अचानक उसकी राय का पालन किया जाने लगता है और उसकी राय के सामने किसी की राय नहीं चलती; आर्थिक दृष्टि से भी उसे असीमित धन पर पूरा अधिकार मिल जाता है। इसलिए जिस विद्यार्थी के मरजा बनने की संभावना हो, वह एक नाज़ुक दौर से गुज़र रहा होता है। स्वर्गीय सैयद हुसैन कूहकमरी भी उसी दौर में थे। उनके बारे में कहते हैं कि एक दिन स्वर्गीय सैयद कहीं से—मसलन किसी से मिलकर—लौट रहे थे और पाठ के लिए आधे घंटे से भी कम समय बचा था। उन्होंने सोचा, इतने कम समय में घर जाने से कोई काम नहीं हो पाएगा; बेहतर है कि तय जगह जाकर शागिर्दों के आने की प्रतीक्षा करूँ। वे वहाँ पहुँचे, लेकिन अभी कोई नहीं आया था। उन्होंने देखा कि मस्जिद के एक कोने में एक अस्त-व्यस्त शेख़ कुछ शागिर्दों के साथ बैठकर पढ़ा रहे थे। स्वर्गीय सैयद हुसैन ने उनकी बातें सुनीं और बड़े आश्चर्य से महसूस किया कि यह अस्त-व्यस्त शेख़ बहुत शोधपूर्ण ढंग से चर्चा कर रहा है। अगले दिन वे जान-बूझकर पहले आने और शेख़ की बातें सुनने के इच्छुक हुए। वे आए और सुनने लगे; उनका पिछले दिन का विश्वास और बढ़ गया। यह सिलसिला कई दिनों तक चलता रहा। स्वर्गीय सैयद हुसैन को यक़ीन हो गया कि यह शेख़ उनसे अधिक विद्वान है, वे स्वयं इस शेख़ के पाठ से लाभ उठा रहे हैं और यदि उनके शागिर्द उनके पाठ के बजाय इस शेख़ के पाठ में शामिल हों, तो उन्हें अधिक लाभ होगा। अब उन्होंने स्वयं को समर्पण और हठ, ईमान और कुफ़्र, आख़िरत और दुनिया के बीच चुनाव करते हुए पाया। अगले दिन जब शागिर्द आए और सब इकट्ठा हो गए, तो उन्होंने कहा: «दोस्तो, आज मैं आपसे एक नई बात कहना चाहता हूँ। यह शेख़, जो वहाँ कोने में कुछ शागिर्दों के साथ बैठा है, पढ़ाने के लिए मुझसे अधिक योग्य है और मैं स्वयं भी उनसे लाभ उठा रहा हूँ। हम सब उनके पाठ में चलते हैं।» उस दिन से वे शेख़ के शागिर्दों के समूह में शामिल हो गए। उस अस्त-व्यस्त शेख़ की आँखों में थोड़ा-सा ट्रैकोमा था और उनमें ग़रीबी के निशान दिखाई देते थे। बाद में यही अस्त-व्यस्त वेशधारी शेख़ हाज शेख़ मुर्तज़ा अंसारी के नाम से प्रसिद्ध हुए। गैर-मुस्लिम का नेक कर्म। 293 वे शूश्तर के रहने वाले थे और उन्हें «पश्चवर्ती विद्वानों के उस्ताद» की उपाधि मिली। उस समय शेख़ कई वर्षों की अपनी यात्रा से अभी-अभी मशहद, इस्फ़हान और काशान से लौटे थे और इस यात्रा से बहुत कुछ हासिल किया था, ख़ास तौर पर काशान में स्वर्गीय हाज मुल्ला अहमद नराक़ी की सेवा में रहकर। जिस किसी में भी ऐसी मनःस्थिति हो, वह «अपना चेहरा अल्लाह के हवाले करने» का उदाहरण है। इसलिए कुफ़्र और जुहूद का अर्थ है काफ़िराना हठ करना और सत्य का विरोध करना। आगे हम बताएँगे कि पवित्र क़ुरआन की दृष्टि में काफ़िर को काफ़िर इस कारण कहा गया है कि उसके भीतर सत्य को समझ लेने और पहचान लेने के बावजूद हठ और इनकार की मनःस्थिति मौजूद रहती है; और यही मनःस्थिति अच्छे कर्म को निष्फल कर देती है, तथा उसे नेक कर्मों के लिए एक बला माना जाता है।</w:t>
      </w:r>
    </w:p>
    <w:p>
      <w:pPr>
        <w:jc w:val="left"/>
      </w:pPr>
      <w:r>
        <w:rPr>
          <w:rFonts w:ascii="Calibri" w:hAnsi="Calibri" w:cs="Calibri"/>
          <w:sz w:val="28"/>
          <w:szCs w:val="28"/>
          <w:rtl w:val="0"/>
        </w:rPr>
        <w:t>इसलिए परमेश्वर काफ़िरों के कर्मों के बारे में फ़रमाता है: वे राख की तरह हैं, जिस पर तेज़ हवा चलती है और उसे बिखेर देती है—«जिन लोगों ने अपने पालनहार का इनकार किया, उनके कर्म उस राख की तरह हैं, जिस पर आँधी के दिन तेज़ हवा चलती है।» मान लें कि पाश्चर ने सूक्ष्मजीव की खोज तक पहुँचने वाली अपनी वैज्ञानिक खोज ईश्वर के लिए की और उसका उद्देश्य सृष्टि के प्रति उपकार करके ईश्वर की निकटता प्राप्त करना था; फिर भी इतना काफ़ी नहीं कि अंततः उसे ईश्वर के यहाँ प्रतिफल मिले। यदि उसमें हठपूर्वक इनकार जैसी विशेषताएँ थीं और वह अपने विश्वासों के प्रति इस तरह पक्षपाती था कि यदि उससे कहा जाता, मसलन, कि ईसा मसीह (उन पर शांति हो) का धर्म तुम्हारे लिए एक भौगोलिक धर्म है, माता-पिता से मिला हुआ धर्म है—क्या तुमने जाँच की है कि ईसाई धर्म से बेहतर और अधिक पूर्ण कोई धर्म है या नहीं?—तो वह यह बात मानने को तैयार न होता और कहता: रोटी तो संगक ही, और धर्म तो ईसाई धर्म ही। वह जाँच-पड़ताल करने को भी तैयार न होता; निस्संदेह उसके सारे कर्म व्यर्थ और निष्फल हो जाते, क्योंकि इस धारणा के अनुसार वह सत्य का हठपूर्वक इनकार करने वाला था, और ऐसा हठ मनुष्य के सारे प्रयास नष्ट कर देता है। ऐसी मनःस्थिति के साथ मनुष्य का कर्म उस राख जैसा है, जो तेज़ आँधी की चपेट में हो। पाश्चर का उल्लेख केवल उदाहरण के तौर पर किया गया है; हमारा यह कहने का आशय नहीं कि पाश्चर ऐसे थे—ईश्वर ही जानता है। हम भी यदि सत्य के प्रति शत्रुता रखें, तो इसी सामान्य नियम के अंतर्गत आएँगे। हे पालनहार, हमें कुफ़्र, शत्रुता और हठपूर्वक सत्य का इनकार करने से बचाए रख। इब्राहीम, 18। *** 294 ईश्वरीय न्याय। जिन बातों का उल्लेख हुआ, उनके अलावा कर्मों के लिए और भी कई विपत्तियाँ हैं। शायद उनमें से एक सत्य की रक्षा करने में उदासीनता और संवेदनहीनता है। मनुष्य को सत्य के प्रति केवल हठपूर्वक इनकार और विरोध से ही बचना नहीं चाहिए, बल्कि वह तटस्थ भी नहीं रह सकता; उसे सत्य की रक्षा करनी चाहिए। कूफ़ा के लोग जानते थे कि सत्य हुसैन इब्न अली (उन पर शांति हो) के साथ है और उन्होंने इस बात को स्वीकार भी किया था, लेकिन सत्य के समर्थन और उसकी रक्षा में उन्होंने कोताही की; वे अपने संकल्प पर अडिग नहीं रहे और उन्होंने दृढ़ता नहीं दिखाई। वास्तव में, सत्य का समर्थन न करना उसका व्यावहारिक रूप से इनकार करना है। हज़रत ज़ैनब (उन पर सलाम हो) ने कूफ़ा के लोगों को अपने प्रसिद्ध भाषण में सत्य का समर्थन करने में कोताही करने तथा उस पर ज़ुल्म और अत्याचार करने के लिए लताड़ा। उन्होंने फ़रमाया: «ऐ कूफ़ा वालो! ऐ छल-कपट करने वालो, विश्वासघातियो और साथ छोड़ देने वालो! क्या तुम रो रहे हो? तुम्हारी आँखों से आँसू न थमें और न ही तुम्हारी सिसकियाँ शांत हों। तुम्हारी मिसाल उस स्त्री जैसी है जिसने मज़बूती से काता हुआ सूत खोलकर फिर से रेशा-रेशा कर दिया।» ऐ कूफ़ा वालो, ऐ धूर्त और धोखेबाज़ बेवफ़ाओ! क्या तुम रोते हो?! तो तुम्हारे आँसू कभी न सूखें और तुम्हारी चीख़ें कभी शांत न हों। तुम्हारी मिसाल उस मूर्ख स्त्री जैसी है जो रूई कातकर धागा बनाती थी, फिर उसे खोलकर वापस रूई कर देती थी और जो बुन चुकी होती, उसे फिर से उधेड़ देती थी। आश्चर्य और आत्मप्रशंसा भी कर्मों की एक और विपत्ति है। कर्म के बाद दिखावा करना भी ईर्ष्या, आत्मप्रशंसा और हठपूर्वक इनकार की तरह कर्म को नष्ट कर देता है। motahari.in हदीस में आया है: कभी-कभी कोई व्यक्ति एक नेक और प्रकाशमय कर्म करता है और उसका कर्म उच्च लोक में दर्ज होता है; लेकिन बाद में वह लोगों के सामने अपने कर्म का उल्लेख करता है और उसे लोगों पर जताता है। इससे उसका कर्म नीचे गिर जाता है। फिर वह उसका दोबारा उल्लेख करता है, तो वह और नीचे गिरता है। जब वह तीसरी बार उसका उल्लेख करता है, तो वह पूरी तरह नष्ट हो जाता है और कभी-कभी बुरे कर्म में बदल जाता है। इमाम बाक़िर (उन पर सलाम हो) ने फ़रमाया: «कर्म को सँभालकर रखना कर्म करने से अधिक कठिन है।» रावी ने पूछा: «कर्म को सँभालकर रखने का क्या अर्थ है?» उन्होंने कहा: «व्याकुल मन वाला व्यक्ति…» नफ़सुल-महमूम, पृ. 393। गैर-मुस्लिम का नेक कर्म। 295 वह व्यक्ति किसी से अच्छा व्यवहार करता है और केवल ईश्वर के लिए, जिसका कोई साझीदार नहीं, ख़र्च करता है; तो यह कर्म उसके लिए गुप्त रूप से दर्ज होता है। फिर वह उसका उल्लेख करता है, तो वह मिटा दिया जाता है और उसके लिए सार्वजनिक कर्म के रूप में दर्ज होता है। फिर वह उसका उल्लेख करता है, तो वह मिटा दिया जाता है और दिखावे के रूप में दर्ज होता है। कर्म को सँभालकर रखना, कर्म करने से अधिक कठिन है। रावी ने पूछा: कर्म को सँभालकर रखने का क्या अर्थ है? इमाम ने फ़रमाया: इसका अर्थ है कि कोई व्यक्ति लोगों की नज़रों से दूर, केवल एकमात्र ईश्वर के लिए कोई कर्म करता है और वह उसके कर्मपत्र में इसी तरह दर्ज रहता है; फिर वह उस कर्म का उल्लेख करता है; तो वह कर्म उसके कर्मपत्र से गुप्त कर्म के रूप में मिटा दिया जाता है और एक सार्वजनिक कर्म के रूप में दर्ज कर दिया जाता है। फिर वह उस कर्म का दोबारा उल्लेख करता है। उस समय वह कर्म उसके सत्कर्मों के खाते से मिटा दिया जाता है और उसके बुरे कर्मों के खाते में दिखावे के कर्म के रूप में दर्ज हो जाता है। शून्य से नीचे। अब तक बात गैर-मुस्लिमों की इबादतों और अच्छे, सकारात्मक कर्मों की स्वीकार्यता या अस्वीकार्यता के बारे में थी, दूसरे शब्दों में, बात शून्य से ऊपर की थी। प्रश्न यह था कि क्या उनके अच्छे कर्म उन्हें ऊपर उठाते हैं या नहीं। अब देखें कि शून्य से नीचे, यानी उनके पापों और बुरे कर्मों का क्या होगा। क्या इस मामले में वे सब समान हैं, या इसमें कोई फ़र्क़ है? इसके अलावा, शून्य से नीचे अर्थात बुरे और नीचे गिराने वाले कर्मों के मामले में, क्या मुसलमान और गैर-मुस्लिम के बीच, और इसी तरह शिया और ग़ैर-शिया के बीच कोई अंतर है या नहीं? क्या मुसलमान, और विशेष रूप से शिया मुसलमान, शून्य से नीचे के मामले में किसी प्रकार की प्रतिरक्षा रखते हैं या नहीं? पिछली चर्चा से स्पष्ट हुआ कि परमेश्वर मनुष्य को तभी यातना देता है जब वह अपनी कोताही के कारण, अर्थात जान-बूझकर और इरादतन, कोई उल्लंघन करे—न कि अपनी असमर्थता और पहुँच न होने के कारण। पहले हमने उस आयत का अनुवाद और विवेचन किया था, जिससे इस्लामी विधिशास्त्र के विद्वान «स्पष्ट सूचना के बिना दंड देना अनुचित है» का नियम निकालते हैं। अब गैर-मुस्लिमों की शून्य से नीचे की स्थिति स्पष्ट करने के लिए, अर्थात उनके बुरे कर्मों में किए गए उल्लंघनों के दंड और कुफ़्र की पड़ताल करने के लिए, हमें एक अन्य ऐसे प्रश्न को उठाना होगा जो इस्लामी शिक्षाओं में मौजूद है और जिसकी जड़ पवित्र क़ुरआन में है। वह प्रश्न «कोताही» और «वंचित एवं दुर्बल किए जाने» का है। अब हम अपनी चर्चा इस शीर्षक के अंतर्गत शुरू करते हैं। वसाइल, खंड 1, पृ. 55. अब देखते हैं कि गैर-मुस्लिमों की शून्य से नीचे की स्थिति का क्या होगा। क्या उनके बुरे कर्मों के दंड का निर्धारण सबके लिए एक जैसा है?</w:t>
      </w:r>
    </w:p>
    <w:p>
      <w:pPr>
        <w:jc w:val="left"/>
      </w:pPr>
      <w:r>
        <w:rPr>
          <w:rFonts w:ascii="Calibri" w:hAnsi="Calibri" w:cs="Calibri"/>
          <w:sz w:val="28"/>
          <w:szCs w:val="28"/>
          <w:rtl w:val="0"/>
        </w:rPr>
        <w:t>२९६ ईश्वरीय न्याय: क़ासिर और मुस्तज़अफ़। इस्लामी विद्वानों की एक पारिभाषिक अभिव्यक्ति है; वे कहते हैं कि कुछ लोग मुस्तज़अफ़ या मरजून लि-अम्रिल्लाह होते हैं। मुस्तज़अफ़ का अर्थ है बेबस और असहाय लोग; मरजून लि-अम्रिल्लाह का अर्थ है वे लोग जिनके बारे में कहना चाहिए कि उनका मामला ख़ुदा के हवाले है; ख़ुदा अपनी हिकमत और रहमत के तक़ाज़े के अनुसार उनके साथ व्यवहार करेगा। दोनों पारिभाषिक अभिव्यक्तियाँ पवित्र क़ुरआन से ली गई हैं। सूरह निसा की आयतें ९७, ९८ और ९९ में यह आया है: «जिनकी जान फ़रिश्ते इस हालत में लेते हैं कि वे अपने ऊपर ज़ुल्म कर रहे होते हैं, उनसे कहते हैं: तुम किस हाल में थे? वे कहते हैं: हम धरती पर बेबस थे। वे कहते हैं: क्या ख़ुदा की धरती विशाल नहीं थी कि तुम उसमें कहीं और चले जाते? ऐसे लोगों का ठिकाना जहन्नम है और वह बहुत बुरा ठिकाना है। सिवाय उन बेबस पुरुषों, स्त्रियों और बच्चों के, जो न कोई उपाय कर सकते हैं और न कोई रास्ता ढूँढ़ पाते हैं। ऐसे लोगों के बारे में आशा है कि ख़ुदा उन्हें क्षमा कर देगा और ख़ुदा बहुत क्षमा करने वाला, अत्यंत दयावान है।» पहली आयत में कुछ लोगों की मृत्यु के बाद उनसे ईश्वरीय अधिकारियों के सवाल-जवाब का प्रसंग बयान हुआ है। फ़रिश्ते उनसे पूछते हैं: तुम दुनिया में किस स्थिति में रह रहे थे? वे बहाना बनाते हैं कि हम बेबस लोग थे, हमारा किसी व्यक्ति या चीज़ तक पहुँच पाना संभव नहीं था। फ़रिश्ते कहते हैं: तुम मुस्तज़अफ़ नहीं थे, क्योंकि ख़ुदा की धरती विशाल थी और तुम वहाँ से पलायन करके ऐसी जगह जा सकते थे जहाँ हर तरह की सुविधा उपलब्ध थी; इसलिए तुम दोषी हो और यातना के पात्र हो। दूसरी आयत में कुछ लोगों की स्थिति बताई गई है, जो सचमुच मुस्तज़अफ़ हैं—चाहे वे पुरुष हों, स्त्रियाँ हों या बच्चे। ये ऐसे लोग हैं जिनकी कहीं पहुँच नहीं और जो कोई रास्ता नहीं निकाल सकते। तीसरी आयत में यह शुभ संदेश दिया गया है और आशा बँधाई गई है कि उदार ख़ुदा दूसरे समूह को अपनी क्षमा और मग़फ़िरत से नवाज़ेगा। हमारे आदरणीय उस्ताद, अल्लामा तबातबाई—उनकी आत्मा को समर्पित—इसी आयतों के तहत तफ़सीर अल-मीज़ान में फ़रमाते हैं: ख़ुदा ने धर्म के मामले में अज्ञानता और धार्मिक रस्में अदा करने में आने वाली हर रुकावट को ज़ुल्म माना है, और ईश्वरीय क्षमा उसमें शामिल नहीं होती; लेकिन मुस्तज़अफ़, जो स्थान बदलने और अपने परिवेश को बदलने की सामर्थ्य नहीं रखते, तथा भलाई के काम के लिए ग़ैर-मुस्लिम - २९७ परिवेश से बाहर नहीं जा सकते, उन्हें इससे अपवाद रखा गया है। यह अपवाद इस तरह बयान किया गया है कि यह केवल इस स्थिति तक सीमित नहीं है कि बेबसी का कारण परिवेश बदलने की असमर्थता हो; जिस तरह मुस्तज़अफ़ होने का कारण परिवेश बदलने की असमर्थता हो सकती है, उसी तरह यह भी संभव है कि व्यक्ति का ध्यान सत्य की ओर गया ही न हो और इस कारण वह सत्य से वंचित रह गया हो। रिवायतों में बहुत-सी ऐसी रिवायतें आई हैं जिनके अनुसार किसी कारण से असमर्थ रह जाने वाले लोगों को मुस्तज़अफ़ माना जाता है। आयत १०६, सूरह तौबा में फ़रमाया गया है: «और कुछ दूसरे लोग हैं जिनका मामला ख़ुदा के हवाले है; या तो वह उन्हें यातना देगा या उन पर दया करेगा, और ख़ुदा सब कुछ जानने वाला, हिकमत वाला है।» दूसरे समूह का मामला ख़ुदा के हवाले किया गया है; या तो वह उन्हें यातना देगा या उन्हें क्षमा कर देगा। ख़ुदा जानने वाला और हिकमत वाला है। «मरजून लि-अम्रिल्लाह» की अभिव्यक्ति इसी आयत से ली गई है। रिवायत में आया है कि इमाम बाक़िर (अ) ने इस आयत के बारे में फ़रमाया: आरंभिक इस्लामी दौर में एक ऐसा समूह था, जो पहले मुशरिक था और उसने बड़े अपराध किए थे। उन्होंने मुसलमानों में से हमज़ा, जाफ़र और ऐसे ही लोगों को क़त्ल किया था; फिर वे मुसलमान हो गए, शिर्क छोड़ दिया और तौहीद की ओर आ गए। लेकिन ईमान उनके दिलों में इस तरह दाख़िल नहीं हुआ कि वे मोमिनों में शामिल होकर जन्नत के हक़दार बनते। साथ ही, उन्होंने कुफ़्र और हठधर्मिता भी छोड़ दी थी, जो उन्हें यातना का पात्र बनाती। वे न मोमिन थे, न काफ़िर और न ही सत्य को जान-बूझकर नकारने वाले। यही वे लोग हैं जो मरजून लि-अम्रिल्लाह हैं—जिनका मामला ख़ुदा के हवाले है। एक दूसरी हदीस में आया है कि हुमरान बिन अयुन ने कहा: मैंने इमाम जाफ़र सादिक़ (अ) से मुस्तज़अफ़ों के बारे में पूछा। उन्होंने फ़रमाया: वे न मोमिनों में शामिल हैं और न काफ़िरों में; वे मरजून लि-अम्रिल्लाह हैं, यद्यपि «मरजून लि-अम्रिल्लाह» आयत के अर्थ से यह समझ आता है कि उनके बारे में यह कहना उचित है कि उनका मामला ख़ुदा के हवाले है; लेकिन मुस्तज़अफ़ों वाली आयत के लहजे से क्षमा और मीज़ान, खंड ५, पृ. ५१ में इसके शामिल होने का संकेत मिलता है। देखिए «अल-मीज़ान», खंड ५, पृ. ५६-६१, «रिवायती चर्चा»; अल-मीज़ान, खंड ९, पृ. ४०६, अल-काफ़ी से उद्धृत। अल-मीज़ान, खंड ९, पृ. ४०७, तफ़सीर अय्याशी से उद्धृत। २९८ ईश्वरीय न्याय। ईश्वरीय क्षमा से यह निष्कर्ष निकलता है। कुल मिलाकर इससे यह समझ आता है कि जिन लोगों से किसी न किसी रूप में कोताही हुई है, न कि जान-बूझकर चूक, ख़ुदा उन्हें यातना नहीं देगा। अल-काफ़ी में हमज़ा बिन तय्यार से रिवायत है कि इमाम जाफ़र सादिक़ (अ) ने फ़रमाया: लोग छह समूहों में हैं और अंततः तीन समूहों में बँटते हैं: ईमान का समूह, कुफ़्र का समूह और गुमराही का समूह। ये समूह जन्नत और जहन्नम के बारे में ख़ुदा की प्रतिज्ञा और चेतावनी के आधार पर बनते हैं। यानी प्रतिज्ञा और चेतावनी के सामने अपनी स्थिति के अनुसार लोग कई समूहों में बँट जाते हैं। वे छह समूह हैं: मोमिन, काफ़िर, मुस्तज़अफ़, मरजून लि-अम्रिल्लाह, अपने गुनाहों को स्वीकार करने वाले जिन्होंने अच्छे और बुरे कर्मों को मिलाया है, और आराफ़ वाले। अल-काफ़ी में ज़ुरारा से भी रिवायत है कि उन्होंने कहा: मैं अपने भाई हमरान या अपने दूसरे भाई बुकैर के साथ इमाम बाक़िर (अ) के पास गया। मैंने इमाम से कहा: हम लोगों को एक पैमाने से परखते हैं। जो भी हमारी तरह शिया हो—चाहे वह औलाद-ए-अली में से हो या उनके अलावा—हम उससे मुसलमान और उद्धार पाने वाला समझकर दोस्ती का रिश्ता रखते हैं। और जो हमारे विश्वास का विरोधी हो, हम उससे एक गुमराह और विनाश के पात्र के रूप में दूरी बरतते हैं। इमाम ने फ़रमाया: हे ज़ुरारा, ख़ुदा का कथन तुम्हारे कथन से अधिक सच्चा है। अगर तुम्हारी बात सही है, तो फिर ख़ुदा का यह कथन कहाँ गया: «सिवाय उन बेबस पुरुषों, स्त्रियों और बच्चों के, जो कोई उपाय नहीं कर सकते और न कोई रास्ता ढूँढ़ पाते हैं»? फिर «मरजून लि-अम्रिल्लाह» कहाँ गए? वे लोग जिनके बारे में ख़ुदा फ़रमाता है कि उन्होंने अच्छे कर्मों के साथ बुरे कर्मों को भी मिला दिया, वे कहाँ गए? आराफ़ वाले कहाँ गए? «जिनके दिलों को जोड़ना है» वे कौन हैं और कहाँ हैं? हम्माद अपनी रिवायत में ज़ुरारा से इस घटना के बारे में बताते हैं कि उन्होंने कहा: इस समय मेरा और इमाम का मामला बहस तक पहुँच गया; हम दोनों की आवाज़ इतनी ऊँची हो गई कि घर के दरवाज़े के बाहर मौजूद हर व्यक्ति उसे सुन सकता था। अल-काफ़ी, आख़ुंदी संस्करण, खंड २, किताब अल-ईमान वल-कुफ़्र, «लोगों के वर्ग» का अध्याय, पृ. ३८१। [55]</w:t>
      </w:r>
    </w:p>
    <w:p>
      <w:pPr>
        <w:jc w:val="left"/>
      </w:pPr>
      <w:r>
        <w:rPr>
          <w:rFonts w:ascii="Calibri" w:hAnsi="Calibri" w:cs="Calibri"/>
          <w:sz w:val="28"/>
          <w:szCs w:val="28"/>
          <w:rtl w:val="0"/>
        </w:rPr>
        <w:t>२ तौबा / १०२; ३ तौबा, ६०; गैर-मुस्लिम का नेक अमल — २९९; जमील बिन दर्राज इस घटना को ज़ुरारा से बयान करते हैं कि इमाम ने फ़रमाया: ऐ ज़ुरारा, ख़ुदा पर यह हक़ है कि वह भटके हुओं—न कि काफ़िरों और हठपूर्वक इनकार करने वालों—को जन्नत में दाख़िल करे। इसी तरह अल-काफ़ी में इमाम मूसा बिन जाफ़र (अ) से रिवायत है कि उन्होंने फ़रमाया: अली (अ) हिदायत के द्वारों में से एक द्वार हैं; जो इस द्वार से दाख़िल होता है, वह मोमिन है; और जो इससे बाहर निकलता है, वह काफ़िर है; और जो न इस द्वार से दाख़िल होता है और न इससे बाहर निकलता है, वह उस वर्ग में शामिल है जिसका मामला ख़ुदा के हवाले है—मरजून लि-अम्रिल्लाह। इमाम इस हदीस में उस वर्ग का उल्लेख करते हैं जो न ईमान और समर्पण वालों तथा उद्धार पाने वालों में शामिल है, और न इनकार तथा विनाश वालों में। इसी तरह अल-काफ़ी में इमाम जाफ़र सादिक़ (अ) से रिवायत है: «अगर बंदे अनजान होने पर ठहर जाएँ और इनकार न करें, तो वे काफ़िर नहीं होंगे।» अगर लोग जब नहीं जानते, तो ठहर जाएँ और इनकार करने की कोशिश न करें, तो वे काफ़िर नहीं होते। अगर कोई उन रिवायतों पर ध्यान दे जो पाक इमामों (अ) से पहुँची हैं और जिनमें से अधिकतर अल-काफ़ी की किताब अल-हुज्जा और किताब अल-ईमान वल-कुफ़्र में संकलित हैं, तो उसे पता चलेगा कि इमामों (अ) ने इस बात पर ज़ोर दिया है कि इंसान के साथ जो कुछ होता है, उसका कारण यह है कि उसके सामने सत्य प्रस्तुत किया जाता है और वह सत्य के सामने पक्षपात तथा हठ करता है, या कम-से-कम ऐसी स्थिति में होता है कि उसे जाँच-पड़ताल करनी चाहिए, लेकिन वह ऐसा नहीं करता। मगर वे लोग जो स्वभावतः समझ और बोध की कमी के कारण, या अन्य कारणों से, ऐसी स्थिति में रहते हैं कि उन्हें इनकार करने वाला या जाँच-पड़ताल में कोताही करने वाला नहीं माना जा सकता, वे इनकार करने वालों और विरोधियों की श्रेणी में नहीं आते। वे मुस्तज़अफ़ीन और मरजून लि-अम्रिल्लाह में गिने जाते हैं; और रिवायतों से यह भी पता चलता है कि पाक इमाम बहुत-से लोगों को इसी वर्ग में मानते हैं। पिछला संदर्भ, पृ. ३८२। अंतिम वाक्य का पाठ यह है: «حقا على الله ان يدخل الضلال الجنة» (ख़ुदा पर यह हक़ है कि वह भटके हुओं को जन्नत में दाख़िल करे); लेकिन कुछ प्रतियों में यह इस तरह है: «حقا على الله ان لا يدخل الضلال الجنة» (ख़ुदा पर यह हक़ है कि वह भटके हुओं को जन्नत में दाख़िल न करे), जिसका अर्थ है कि इमाम ने अपनी बात से पलटकर ज़ुरारा की राय मान ली। यह स्पष्ट रूप से ग़लत है, लेकिन संभव है कि इसके आधार पर कोई और आशय हो, यानी इमाम यह कहना चाहते हों कि ये लोग अज़ाब में नहीं डाले जाएँगे, लेकिन जन्नत में भी नहीं जाएँगे। २ और ३, वही संदर्भ, पृ. ३८८। दैवी न्याय, पृ. ३००। अल-काफ़ी की किताब अल-हुज्जा में कुछ ऐसी रिवायतें हैं जिनके अनुसार: «जो कोई अल्लाह अज़्ज़ व जल्ल की इबादत ऐसी लगन से करे कि उसमें अपने आपको कष्ट दे, लेकिन उसके पास ख़ुदा की ओर से नियुक्त कोई इमाम न हो, तो उसका प्रयास स्वीकार नहीं होगा।» और यह भी कि «ख़ुदा अपने बंदों के कर्मों को तब तक स्वीकार नहीं करता जब तक वे अपने ज़माने के इमाम को न पहचानें।» इसके बावजूद, उसी किताब अल-हुज्जा में इमाम जाफ़र सादिक़ (अ) से रिवायत है: «जो हमें पहचानता है, वह मोमिन है; और जो हमारा इनकार करता है, वह काफ़िर है; और जो हमें न पहचानता है और न हमारा इनकार करता है, वह भटका हुआ है, यहाँ तक कि उस हिदायत के मार्ग पर लौट आए जिसे ख़ुदा ने हमारी आज्ञाकारिता के द्वारा उस पर अनिवार्य किया है। यदि वह अपनी इसी गुमराही की हालत में मर जाए, तो ख़ुदा जो चाहेगा, करेगा।» जो हमें पहचानता है, वह मोमिन है; और जो हमारा इनकार करता है, वह काफ़िर है; और जो न हमें पहचानता है और न हमारा इनकार करता है, वह हिदायत का रास्ता नहीं पा सका है, जब तक वह उस मार्ग पर न लौट आए जो हिदायत का मार्ग है। अगर वह इसी हालत में मर जाए, तो वह उन लोगों में से है जिनका मामला ख़ुदा के हवाले है—मरजून लि-अम्रिल्लाह। मुहम्मद बिन मुस्लिम कहते हैं: मैं इमाम जाफ़र सादिक़ की सेवा में था। मैं उनके बाईं ओर बैठा था और ज़ुरारा उनके दाईं ओर बैठे थे। अबू बसीर आए और पूछा: आप उस व्यक्ति के बारे में क्या कहते हैं जिसे ख़ुदा के बारे में संदेह हो? इमाम ने फ़रमाया: वह काफ़िर है। उन्होंने पूछा: उस व्यक्ति के बारे में क्या कहते हैं जो रसूल-ए-ख़ुदा के बारे में संदेह करे? इमाम ने फ़रमाया: वह काफ़िर है। अल-काफ़ी, खंड १, पृ. १८३; अल-काफ़ी, खंड १, पृ. २०३। अल-काफ़ी, खंड १, पृ. १८७। [39]</w:t>
      </w:r>
    </w:p>
    <w:p>
      <w:pPr>
        <w:jc w:val="left"/>
      </w:pPr>
      <w:r>
        <w:rPr>
          <w:rFonts w:ascii="Calibri" w:hAnsi="Calibri" w:cs="Calibri"/>
          <w:sz w:val="28"/>
          <w:szCs w:val="28"/>
          <w:rtl w:val="0"/>
        </w:rPr>
        <w:t>गैर-मुस्लिम का नेक काम। इस समय इमाम ने ज़ुरारा की ओर ध्यान दिया और फ़रमाया: निश्चय ही ऐसा व्यक्ति तभी काफ़िर होता है जब वह इनकार करे और जान-बूझकर सत्य को न माने। अल-काफ़ी में यह भी रिवायत है कि हाशिम बिन बरीद, जो डाक-विभाग के अधिकारी थे, ने कहा: एक बार मैं, मुहम्मद बिन मुस्लिम और अबुल-ख़त्ताब एक जगह इकट्ठे हुए थे। अबुल-ख़त्ताब ने पूछा: इमामत के मामले को न जानने वाले व्यक्ति के बारे में तुम्हारा क्या विचार है? मैंने कहा: मेरी राय में वह काफ़िर है। अबुल-ख़त्ताब ने कहा: जब तक उस पर हुज्जत पूरी न हो जाए, वह काफ़िर नहीं है; अगर हुज्जत पूरी हो जाए और फिर भी वह न जाने, तब वह काफ़िर है। मुहम्मद बिन मुस्लिम ने कहा: सुब्हानल्लाह! अगर कोई इमाम को न जाने और उसमें जान-बूझकर सत्य का निषेध और इनकार भी न हो, तो उसे काफ़िर कैसे कहा जा सकता है?! नहीं, जो इमाम को नहीं जानता, यदि वह सत्य का निषेध करने वाला न हो, तो काफ़िर नहीं है। इस तरह हम तीनों की तीन परस्पर-विरोधी राय थीं। हज का समय आया, मैं हज के लिए गया और मक्का में इमाम जाफ़र सादिक़ (अ) की सेवा में पहुँचा। मैंने तीनों के बीच हुई बहस की बात उनके सामने रखी और इमाम की राय पूछी। इमाम ने फ़रमाया: मैं तुम्हारे बीच तब फ़ैसला करूँगा और इस सवाल का जवाब दूँगा जब वे दोनों भी मौजूद हों। आज रात मिना में जमरह-ए-वुस्ता के पास हम तीनों की मुलाक़ात तय रही। रात हुई तो हम तीनों गए। इमाम ने एक तकिया अपने सीने से लगाए हुए सवाल शुरू किया: तुम अपने परिवार की स्त्रियों की सेविकाओं के बारे में क्या कहते हो? क्या वे ख़ुदा की एकता की गवाही नहीं देतीं? मैंने कहा: हाँ, देती हैं। — क्या वे पैग़म्बर की पैग़म्बरी की गवाही नहीं देतीं? — हाँ, देती हैं। — क्या वे तुम्हारी तरह इमामत और विलायत को जानती हैं? — नहीं। तो तुम्हारे विचार में उनका क्या हुक्म है? मेरी राय है कि जो इमाम को न जाने, वह काफ़िर है। — सुब्हानल्लाह! क्या तुमने गलियों और बाज़ारों के लोगों को नहीं देखा? क्या तुमने मूर्खों को नहीं देखा? — हाँ, देखा है और देखता हूँ। — क्या ये लोग नमाज़ नहीं पढ़ते? रोज़ा नहीं रखते? हज नहीं करते? क्या ये ख़ुदा की एकता और पैग़म्बर की पैग़म्बरी की गवाही नहीं देते? अल-काफ़ी, खंड ३, पृ. ३९९। ३०२। ईश्वरीय न्याय। — हाँ। — अच्छा, क्या ये तुम्हारी तरह इमाम को जानते हैं? — नहीं। तो इनकी स्थिति क्या है? मेरी राय में जो इमाम को नहीं जानता, वह काफ़िर है। — सुब्हानल्लाह! क्या तुम काबा और इन लोगों के तवाफ़ की हालत नहीं देखते? क्या तुम नहीं देखते कि यमन के लोग किस तरह काबा के ग़िलाफ़ से लिपटते हैं? — हाँ, देखता हूँ। — क्या ये तौहीद और नबूवत का इक़रार और स्वीकार नहीं करते? क्या नमाज़ नहीं पढ़ते? रोज़ा नहीं रखते? हज नहीं करते? — हाँ। अच्छा, क्या ये तुम्हारी तरह इमाम को जानते हैं? — नहीं। — इनके बारे में तुम्हारा क्या विचार है? — मेरी राय में जो इमाम को नहीं जानता, वह काफ़िर है। — सुब्हानल्लाह! यह ख़ारिजियों का मत है। फिर इमाम ने फ़रमाया: अब क्या तुम चाहते हो कि मैं सच्चाई बताऊँ? हाशिम, जो मरहूम फ़ैज़ के कथनानुसार जानते थे कि इमाम का फ़ैसला उनकी राय के विरुद्ध होगा, बोले: नहीं। इमाम ने फ़रमाया: तुम्हारे लिए यह बहुत बुरी बात है कि जिस बात को तुमने हमसे नहीं सुना, उसे अपनी ओर से कहो। motahari.ir बाद में हाशिम ने दूसरों से कहा: मैंने समझा था कि इमाम मुहम्मद बिन मुस्लिम की राय की पुष्टि करेंगे और हमें अल-काफ़ी में उसकी कही हुई बात की ओर लौटाना चाहते हैं। इसके बाद इसी विषय पर इमाम बाक़िर (अ) के साथ ज़ुरारा की बहस की प्रसिद्ध हदीस बयान करते हैं, जो विस्तार से है। अल-काफ़ी के «ईमान और कुफ़्र की किताब» के आख़िर में एक अध्याय है, जिसका शीर्षक है: «ईमान के साथ कोई कर्म हानि नहीं पहुँचाता और कुफ़्र के साथ कोई कर्म लाभ नहीं देता।» लेकिन इस शीर्षक के नीचे आई रिवायतें इस शीर्षक की पुष्टि नहीं करतीं। उनमें से एक अल-काफ़ी, खंड २, बाबुज़-ज़लाल, पृ. ४०१; अल-काफ़ी, खंड २, पृ. ४६३, «गैर-मुस्लिम का नेक काम» है। यह रिवायत है: याक़ूब बिन शुऐब ने कहा: मैंने इमाम जाफ़र सादिक़ (अ) से पूछा: «क्या मोमिनों के अलावा किसी और के लिए भी ख़ुदा पर यह हक़ है कि वह उसके कर्म के बदले उसे सवाब दे?» उन्होंने फ़रमाया: नहीं। क्या मोमिनों के अलावा किसी और का भी यह अधिकार है कि ख़ुदा पर उसे प्रतिफल देना अनिवार्य हो? इमाम ने फ़रमाया: नहीं। इस रिवायत का आशय यह है कि ख़ुदा ने केवल मोमिनों से प्रतिफल का वादा किया है और अपने किए हुए वादे के अनुसार वह अवश्य ही अपना वादा पूरा करता है। लेकिन ईमान वालों के अलावा दूसरों के मामले में ख़ुदा ने कोई वादा नहीं किया है कि उसे पूरा करना उस पर अनिवार्य हो। और चूँकि उसने वादा नहीं किया है, इसलिए यह उसी के हाथ में है कि वह प्रतिफल दे या न दे। इमाम इस कथन से यह समझाना चाहते हैं कि ईमान वालों के अलावा दूसरे लोग, ख़ुदा उन्हें प्रतिफल दे या न दे, इस लिहाज़ से उन कमज़ोरों और उन लोगों के समान हैं जिनका मामला ख़ुदा के हवाले है। यह कहना चाहिए कि उनका मामला ख़ुदा के हाथ में है—वह चाहे तो प्रतिफल दे और चाहे तो न दे। इसी अध्याय के अंतर्गत अल-काफ़ी में कुछ ऐसी रिवायतें हैं जिनका उल्लेख हम आगे «मुसलमानों के पाप» शीर्षक के अंतर्गत करेंगे। बेशक, संबंधित रिवायतें केवल उन्हीं तक सीमित नहीं हैं जिन्हें हमने यहाँ उद्धृत किया है; दूसरी रिवायतें भी हैं। इन सभी रिवायतों से हमारा निष्कर्ष वही है जो हमने कहा। अगर कोई इससे अलग निष्कर्ष निकालता है और हमारी राय की पुष्टि नहीं करता, तो वह अपना मत तर्क सहित बता सकता है; शायद उससे हमें भी लाभ हो। इस मसले को इस्लामी हकीमों और इस्लामी दार्शनिकों ने एक अलग ढंग से बयान किया है, लेकिन उनका निष्कर्ष अंततः उसी के अनुरूप है जिसे हमने आयतों और रिवायतों से निकाला है। इब्ने सीना कहते हैं: जिस तरह लोग शारीरिक स्वास्थ्य और शारीरिक सुंदरता के लिहाज़ से तीन वर्गों में बाँटे जाते हैं, उसी तरह शारीरिक दृष्टि से कुछ लोग पूर्णतः स्वस्थ या अत्यंत सुंदर कद-काठी वाले होते हैं, और कुछ अत्यंत कुरूप या बीमार होते हैं। इन दोनों वर्गों में लोग अल्पसंख्या में हैं। एक। अल-काफ़ी, खंड २, पृ. ४६४। ३०४। ईश्वरीय न्याय। एक वर्ग, जो बहुसंख्या में है, उन लोगों का है जो स्वास्थ्य और बीमारी, तथा सुंदरता और कुरूपता के लिहाज़ से औसत दर्जे के हैं— न तो उनका स्वास्थ्य और मिज़ाज पूरी तरह संतुलित है, और न ही वे अधूरे अंगों वाले लोगों की तरह किसी स्थायी कमी या बीमारी से ग्रस्त हैं; न वे अत्यंत सुंदर हैं और न ही अत्यंत कुरूप।</w:t>
      </w:r>
    </w:p>
    <w:p>
      <w:pPr>
        <w:jc w:val="left"/>
      </w:pPr>
      <w:r>
        <w:rPr>
          <w:rFonts w:ascii="Calibri" w:hAnsi="Calibri" w:cs="Calibri"/>
          <w:sz w:val="28"/>
          <w:szCs w:val="28"/>
          <w:rtl w:val="0"/>
        </w:rPr>
        <w:t>आध्यात्मिक और नैतिक दृष्टि से भी लोग इसी तरह हैं: कुछ सत्य के प्रति मोहित हैं और कुछ उसके कट्टर शत्रु। तीसरा समूह औसत लोगों और बहुसंख्यकों का है, जो न तो पहले समूह की तरह सत्य के प्रति मोहित और प्रेममग्न हैं, और न ही दूसरे समूह की तरह सत्य के शत्रु और विरोधी। ये ऐसे लोग हैं जो सत्य तक नहीं पहुँचे, लेकिन यदि सत्य उनके सामने प्रस्तुत किया जाए, तो वे उसे स्वीकार करने से इनकार नहीं करेंगे। दूसरे शब्दों में, इस्लामी और फ़िक़्ही दृष्टिकोण से वे मुसलमान नहीं हैं, लेकिन वास्तविकता की दृष्टि से मुसलमान हैं; अर्थात सत्य के प्रति समर्पित हैं और उससे द्वेष नहीं रखते। इस विभाजन के बाद बू अली कहते हैं: «और ईश्वरीय दया को व्यापक समझो और उसे कुछ गिने-चुने लोगों तक सीमित न मानो।»¹ सद्रुल-मुतअल्लिहीन ने असफ़ार में भलाई और बुराई की चर्चाओं में वहाँ की आपत्तियों में से एक के रूप में यह बात कही है कि मोताहरी। आप कैसे कहते हैं कि भलाई की प्रधानता है और बुराई पर उसका पलड़ा भारी है, जबकि जब हम सृष्टि के श्रेष्ठतम प्राणी मनुष्य पर नज़र डालते हैं, तो देखते हैं कि अधिकांश मनुष्य कर्म की दृष्टि से बुरे कर्मों में फँसे हैं और आस्था की दृष्टि से मिथ्या विचारों तथा घोर अज्ञान से ग्रस्त हैं। बुरे कर्म और मिथ्या धारणाएँ उनके परलोक को नष्ट कर देती हैं और उन्हें दुर्भाग्य का पात्र बना देती हैं। अतः मानव जाति का अंजाम—जो अस्तित्व का फल और मुकुट है—दुर्भाग्य और बदहाली है। सद्रुल-मुतअल्लिहीन इस आपत्ति के उत्तर में बू अली की बात की ओर संकेत करते हुए कहते हैं: उस संसार में लोगों की स्थिति स्वास्थ्य और सौभाग्य की दृष्टि से वैसी ही होगी, जैसी इस संसार में स्वास्थ्य की दृष्टि से है। जिस तरह इस संसार में पूर्णतः स्वस्थ और अत्यंत सुंदर, और इसी तरह पूर्णतः बीमार तथा अत्यंत कुरूप लोग अल्पसंख्यक हैं और बहुसंख्यक औसत दर्जे के लोग हैं, जो सापेक्ष रूप से स्वस्थ हैं, उसी तरह उस संसार में भी पूर्ण लोग—जिन्हें क़ुरआन की अभिव्यक्ति में «साबिक़ून» कहा गया है—और इसी तरह दुर्भाग्यशाली लोग, जिन्हें क़ुरआन की अभिव्यक्ति में «अस्हाबुश्शिमाल» कहा गया है, कम होंगे; और बहुसंख्यक औसत दर्जे के लोग होंगे, जिन्हें पवित्र क़ुरआन «अस्हाबुल-यमीन» कहता है।¹ «इशारात», नमट सात के अंतिम भाग। गैर-मुसलमान का नेक कर्म—सद्रुल-मुतअल्लिहीन इसके बाद यह कहते हैं: «दोनों लोकों में दया और कल्याण के लोगों की ही प्रधानता है।» ३०५। बाद के एक दार्शनिक—शायद मरहूम आका मुहम्मद रज़ा क़ुमशेई—की ईश्वर की दया की व्यापकता पर अद्भुत कविताएँ हैं; उन कविताओं में दार्शनिकों की आस्था, बल्कि सूफ़ियों के व्यापक दृष्टिकोण की झलक मिलती है। वे कहते हैं: सर्वज्ञ ईश्वर के यहाँ सब स्वीकार्य और अस्वीकार्य हैं। वे दया से प्रकट हुए और दया की ओर लौटेंगे। सृष्टि दया से आई है और दया की ओर जाएगी। प्रेम का रहस्य यही है, जो बुद्धियों को विस्मित कर देता है। सभी प्राणी एकेश्वरवाद की सहज प्रकृति के साथ जन्मे हैं। यह शिर्क आकस्मिक था और आकस्मिक वस्तु मिट जाती है। बुद्धि कहती है, सत्य का रहस्य छिपाकर रखो; परदा चाक करने वाले प्रेम के सामने जिज्ञासु बुद्धि क्या कर सकती है? जो हो चुका और जो होगा, उसकी कथा को एक बिंदु जानो; यह बिंदु कभी ऊपर उठता है, कभी नीचे उतरता है। मेरे सिवा कोई अमानत के वचन का भार उठाने वाला नहीं। चाहे हमें अत्याचारी कहो, चाहे अज्ञानी। दार्शनिकों की चर्चा विशिष्ट विषय के बारे में है, व्यापक सिद्धांत के बारे में नहीं। वे इस बात पर चर्चा नहीं करते कि अच्छे कर्म का मानदंड और कर्म की स्वीकृति का मानदंड क्या है; उनकी चर्चा मनुष्य के बारे में है—इस बात के बारे में कि व्यवहार में अधिकांश मनुष्य, भिन्न-भिन्न मात्रा में और सापेक्ष रूप से, अच्छे हैं, अच्छे बने रहते हैं और अच्छे ही मरते हैं तथा अच्छे रूप में ही पुनर्जीवित किए जाते हैं। दार्शनिक कहना चाहते हैं कि यद्यपि इस्लाम धर्म स्वीकार करने का सौभाग्य पाने वाले लोग अल्पसंख्यक हैं, लेकिन जिन लोगों में सहज इस्लाम है और जो उसी सहज इस्लाम के साथ पुनर्जीवित किए जाएँगे, वे बहुसंख्यक हैं। इस दृष्टिकोण के समर्थकों के अनुसार, पवित्र क़ुरआन में यह आया है कि नबी उन्हीं लोगों की सिफ़ारिश करते हैं जिनके धर्म को वे पसंद करें—इसका आशय सहज धर्म से है, न कि अर्जित धर्म से; वे लोग अपनी असमर्थता के कारण उस तक नहीं पहुँच पाए, लेकिन उन्होंने उससे द्वेष भी नहीं किया। मुसलमान के पाप। लेकिन पाप मुसलमान का यह मसला पहले मसले—गैर-मुसलमान के नेक कर्म—का ठीक उलटा है और पिछले विमर्श को पूरा करता है। प्रश्न यह है कि क्या</w:t>
      </w:r>
    </w:p>
    <w:p>
      <w:pPr>
        <w:jc w:val="left"/>
      </w:pPr>
      <w:r>
        <w:rPr>
          <w:rFonts w:ascii="Calibri" w:hAnsi="Calibri" w:cs="Calibri"/>
          <w:sz w:val="28"/>
          <w:szCs w:val="28"/>
          <w:rtl w:val="0"/>
        </w:rPr>
        <w:t>३०६ ईश्वरीय न्याय: दंड की दृष्टि से मुस्लिम व्यक्तियों के पाप, क्या गैर-मुसलमानों के पापों जैसे हैं या नहीं? विषय का प्रतिपादन पहले उस मत की चर्चा, जो एक वैज्ञानिक विश्वास के रूप में आवश्यक थी, लेकिन इस विषय को उठाना एक व्यावहारिक आवश्यकता है; क्योंकि वर्तमान युग में मुस्लिम समाजों के पतन और विनाश के कारणों में से एक अनुचित अहंकार है, जो बाद के कालों में बहुत-से मुसलमानों, विशेषकर शिया समुदाय के बहुसंख्यकों में उत्पन्न हुआ है। यदि इन लोगों से पूछा जाए कि क्या गैर-शिया लोगों के नेक कर्म ईश्वर के दरबार में स्वीकार किए जाते हैं? तो उनमें से बहुत-से जवाब देते हैं: नहीं। और यदि उनसे पूछा जाए कि शिया के बुरे कर्मों और पापों का क्या निर्णय है? तो वे जवाब देते हैं: सब क्षमा कर दिए गए हैं। इन दो वाक्यों से निष्कर्ष निकलता है कि जिसका कोई मूल्य नहीं है, वह कर्म है; उसका न सकारात्मक मूल्य है, न नकारात्मक। सुख और सौभाग्य के लिए आवश्यक और पर्याप्त शर्त यह है कि मनुष्य अपना नाम शिया रख ले, बस। आम तौर पर यह वर्ग इस तरह तर्क देता है: यदि हमारे और दूसरों के पापों का हिसाब एक ही तरह से लिया जाना है, तो शिया और गैर-शिया में अंतर क्या है? एक प्रसिद्ध रिवायत है: «अली इब्न अबी तालिब का प्रेम एक नेक कर्म है, जिसके साथ कोई पाप मनुष्य को हानि नहीं पहुँचाता।» पहले तर्क के उत्तर में कहना चाहिए कि शिया और गैर-शिया के बीच अंतर तब स्पष्ट होता है, जब शिया अपने नेताओं द्वारा दिए गए कार्यक्रम पर अमल करे और गैर- शिया भी अपने धार्मिक कार्यक्रम पर अमल करे। तब शिया की श्रेष्ठता गैर-शिया पर दुनिया में भी और आख़िरत में भी स्पष्ट हो जाएगी। अंतर सकारात्मक पक्ष में खोजना चाहिए, न कि नकारात्मक पक्ष में। यह नहीं कहना चाहिए कि यदि शिया और गैर-शिया अपने धार्मिक कार्यक्रमों को ताक पर रख दें, तो उनके बीच अंतर होना चाहिए; और यदि कोई अंतर न हो, तो फिर शिया और गैर-शिया में भेद ही क्या है? यह ठीक वैसा है, जैसे दो मरीज़ डॉक्टर के पास जाएँ—एक किसी कुशल डॉक्टर के पास जाए और दूसरा किसी अकुशल डॉक्टर के पास; लेकिन जब दोनों डॉक्टर से नुस्ख़ा लेकर लौटें, तो उनमें से कोई भी उस पर अमल न करे। तब पहला मरीज़ शिकायत करे कि मेरे और उस मरीज़ में क्या अंतर है, जो किसी अकुशल डॉक्टर के पास गया था? मुझे बीमार क्यों रहना चाहिए, जबकि वह भी बीमार ही रहा, हालाँकि मैं एक कुशल डॉक्टर के पास गया था और वह एक अकुशल डॉक्टर के पास। बिहार अल-अनवार, कंपानी संस्करण, खंड ९, पृष्ठ ४०१। गैर-मुसलमान का नेक कर्म— ३०७। यह भी सही नहीं है कि हम अली (अ) की दूसरों से भिन्नता इस बात में रखें कि यदि हम उनके आदेशों पर अमल न करें, तो हमें कोई हानि न हो; लेकिन वे अपने नेता की बात पर अमल करें या न करें, उन्हें हानि हो। इमाम सादिक़ (अ) के एक साथी ने उनकी सेवा में अर्ज़ किया कि आपके कुछ शिया भटक गए हैं और हराम को हलाल मानने लगे हैं। वे कहते हैं कि धर्म केवल इमाम को पहचानना है, बस; इसलिए जब तुमने इमाम को पहचान लिया, तो जो चाहो करो। इमाम सादिक़ (अ) ने फ़रमाया: «हम अल्लाह ही के हैं और उसी की ओर लौटकर जाने वाले हैं।» इन काफ़िरों ने, जो बात वे नहीं जानते, उसे अपनी कल्पना के अनुसार ग़लत अर्थ दे दिया है। बात यह है कि पहचान हासिल करो और फिर जितनी चाहो इबादतें और नेक कर्म करो, वे तुमसे स्वीकार किए जाएँगे; क्योंकि अल्लाह बिना पहचान के कर्म स्वीकार नहीं करता। मुहम्मद इब्न मारिद ने इमाम सादिक़ (अ) से पूछा: क्या यह सही है कि आपने फ़रमाया है: «जब पहचान लो, तो जो चाहो करो»? यानी जब इमाम को पहचान लो, तो जो चाहो करो। उन्होंने फ़रमाया: हाँ, यह सही है। उसने पूछा: कोई भी कर्म, चाहे व्यभिचार, चोरी या शराब पीना हो?! इमाम ने फ़रमाया: «हम अल्लाह ही के हैं और उसी की ओर लौटकर जाने वाले हैं।» ख़ुदा की क़सम, उन्होंने हमारे साथ अन्याय किया है। हम स्वयं अपने कर्मों के ज़िम्मेदार हैं; यह कैसे संभव है कि हमारे शियों से ज़िम्मेदारी उठा ली जाए?! मैंने कहा था कि जब तुम इमाम को पहचान लो, तो जो भी नेक काम करना चाहो, करो—वह तुमसे स्वीकार किया जाएगा। लेकिन «अली इब्न अबी तालिब का प्रेम एक नेक कर्म है, जिसके साथ कोई पाप हानि नहीं पहुँचाता»—इसका अर्थ क्या है, यह देखना चाहिए। महान विद्वानों में से एक—शायद वहीद बहबहानी—ने इस हदीस की एक विशेष व्याख्या की है। उनका कहना है कि हदीस का अर्थ यह है कि यदि अली (अ) का प्रेम सच्चा हो, तो कोई पाप मनुष्य को हानि नहीं पहुँचाता; अर्थात यदि अली का प्रेम, जो मानवता, आज्ञाकारिता, बंदगी और नैतिकता की पूर्ण मिसाल हैं, सच्चाई से हो और केवल दिखावा न हो, तो वह पाप करने से रोकता है। यह उस टीके की तरह है, जो प्रतिरक्षा पैदा करता है और टीका लगे व्यक्ति में बीमारी को प्रवेश नहीं करने देता। प्रेम नेता के प्रति प्रेम। अल-बक़रा, १५६; मुस्तदरक अल-वसाइल, खंड १, पृष्ठ २४; अल-काफ़ी, खंड २, पृष्ठ ४६४; ईश्वरीय न्याय—३०८। अली जैसे, जो कर्म, तक़वा और परहेज़गारी की प्रतिमूर्ति हैं, मनुष्य को अली के आचरण का दीवाना बना देते हैं और पाप का ख़याल उसके मन से निकाल देते हैं—बशर्ते कि उसका प्रेम सच्चा हो। जो अली (अ) को पहचानता हो, उनके तक़वा को जानता हो, उनकी तड़प और व्याकुलता को समझता हो, उनकी आधी रात की सिसकियों को जानता हो और ऐसे व्यक्ति से प्रेम करता हो, उसके लिए उनके आदेश के विरुद्ध चलना असंभव है; जबकि वे हमेशा तक़वा और नेक अमल का आदेश देते थे। हर प्रेमी अपने प्रिय की इच्छाओं का सम्मान करता है और उसके आदेश को आदर देता है। प्रिय की आज्ञा मानना सच्चे प्रेम की अनिवार्य विशेषता है; इसलिए यह बात केवल अली (अ) तक सीमित नहीं, बल्कि रसूले-अकरम का सच्चा प्रेम भी ऐसा ही होता है। अतः «अली इब्न अबी तालिब का प्रेम एक नेक कर्म है, जिसके साथ कोई पाप हानि नहीं पहुँचाता» हदीस का अर्थ यह है कि अली का प्रेम ऐसा नेक कर्म है, जो पाप को हानि पहुँचाने से रोकता है; यानी वह पाप को मनुष्य तक पहुँचने से रोकता है। इसका वह अर्थ नहीं है, जो अज्ञानी लोगों ने समझा है—कि अली का प्रेम ऐसी चीज़ है कि तुम जो भी पाप करो, उसका कोई प्रभाव नहीं होगा। कुछ दरवेश एक ओर तो ईश्वर से प्रेम का दावा करते हैं और दूसरी ओर हर पापी से अधिक पापी होते हैं; वे भी झूठे दावेदार हैं।</w:t>
      </w:r>
    </w:p>
    <w:p>
      <w:pPr>
        <w:jc w:val="left"/>
      </w:pPr>
      <w:r>
        <w:rPr>
          <w:rFonts w:ascii="Calibri" w:hAnsi="Calibri" w:cs="Calibri"/>
          <w:sz w:val="28"/>
          <w:szCs w:val="28"/>
          <w:rtl w:val="0"/>
        </w:rPr>
        <w:t>इमाम सादिक़ (अ) फ़रमाते हैं: “तुम ईश्वर की अवज्ञा करते हो, जबकि उसके प्रेम का दावा करते हो। यदि तुम्हारा प्रेम सच्चा होता, तो तुम उसकी आज्ञा मानते। यह मेरी जान की क़सम, कर्मों में कितनी अद्भुत बात है कि प्रेमी अपने प्रिय की आज्ञा मानता है। तुम ईश्वर की अवज्ञा करते हो, जबकि दावा करते हो कि तुम उससे प्रेम करते हो। मेरी जान की क़सम, यह कर्मों के बीच कितनी आश्चर्यजनक बात है! यदि तुम्हारा प्रेम सच्चा होता, तो तुम उसकी आज्ञा मानते, क्योंकि स्वाभाविक है कि हर प्रेमी अपने प्रिय की आज्ञा मानता है। अमीरुल मोमिनीन (अ) के सच्चे चाहने वाले हमेशा पापों से दूर रहते थे; उनकी विलायत पाप से बचाने वाली थी, पाप की ओर उकसाने वाली नहीं। इमाम बाक़िर (अ) फ़रमाते हैं: “हमारी विलायत तक नहीं पहुँचा जा सकता सिवाय नेक कर्म, तक़वा और परहेज़गारी से।” बिहार, कम्पानी संस्करण, खंड १२; उसूले काफ़ी, इस्लामिया संस्करण, १३८८ हिजरी, खंड २, पृष्ठ ६०। ग़ैर-मुसलमान का नेक कर्म—३०९। अब इस बात की पुष्टि में कुछ रिवायतें प्रस्तुत हैं: तावूस यमानी कहते हैं: मैंने हज़रत अली इब्ने हुसैन (अ) को देखा कि वे इशा के समय से सहर तक ख़ुदा के घर का तवाफ़ करते और इबादत में लगे रहते थे। जब एकांत हुआ और कोई दिखाई न दिया, तो उन्होंने आसमान की ओर देखा और कहा: “ऐ ख़ुदा, सितारे क्षितिज पर छिप गए हैं, लोगों की आँखें सो गई हैं और तेरे दरवाज़े माँगने वालों के लिए खुले हैं...” तावूस उस हज़रत की विनम्र और इबादत-भरी मुनाजातों के कई वाक्य बयान करते हैं, और कहते हैं कि अपनी मुनाजात के दौरान वे कई बार रोए। वे कहते हैं: फिर वे मिट्टी पर गिर पड़े और ज़मीन पर सज्दा किया। मैं पास गया, उनका सिर अपनी गोद में रखा और रोने लगा। मेरे आँसू बहने लगे और उनकी बूँदें उनके चेहरे पर टपक पड़ीं। वे उठकर बैठ गए और बोले: “कौन है जिसने मुझे अपने परवरदिगार की याद से ग़ाफ़िल कर दिया?” मैंने अर्ज़ किया: “मैं तावूस हूँ, ऐ पैग़म्बर के बेटे! यह रोना और बेचैनी कैसी है? ऐसा तो हमें करना चाहिए, क्योंकि हम पापी और अत्याचारी हैं। आपके पिता हुसैन इब्ने अली हैं और आपकी माता फ़ातिमा ज़हरा तथा आपके दादा रसूलुल्लाह हैं।” यानी इतने श्रेष्ठ वंश और ऊँचे रिश्ते के बावजूद आप भय और आतंक में क्यों हैं? उन्होंने मेरी ओर देखा और फ़रमाया: “हरगिज़ नहीं, हरगिज़ नहीं, ऐ तावूस! मेरे पिता, माता और दादा की बात छोड़ दो। अल्लाह ने जन्नत उस व्यक्ति के लिए बनाई है जो उसकी आज्ञा माने और नेक काम करे, चाहे वह हब्शी दास ही क्यों न हो, और आग उस व्यक्ति के लिए बनाई है जो उसकी अवज्ञा करे, चाहे वह क़ुरैश का बेटा ही क्यों न हो। क्या तुमने अल्लाह तआला का यह कथन नहीं सुना: ‘जब सूर फूँका जाएगा, उस दिन उनके बीच न कोई वंश-संबंध रहेगा और न वे एक-दूसरे से पूछेंगे।’ ख़ुदा की क़सम, कल तुम्हें कोई चीज़ लाभ नहीं पहुँचाएगी, सिवाय उस नेक कर्म के जिसे तुमने पहले से आगे भेजा हो। ऐ तावूस, वंश की बात छोड़ दो। अल्लाह ने जन्नत उसी के लिए बनाई है जो आज्ञाकारी और नेक काम करने वाला हो, चाहे उसका रंग काला हो; और आग उस व्यक्ति के लिए बनाई है जो अवज्ञा करे, भले ही वह क़ुरैश के किसी बड़े घराने का बेटा हो। क्या तुमने अल्लाह तआला का यह कथन नहीं सुना कि जब सूर फूँका जाएगा, तो वंश-संबंध नहीं रहेंगे और लोग एक-दूसरे से सवाल नहीं करेंगे? ख़ुदा की क़सम, कल तुम्हें लाभ नहीं देगा, सिवाय उस नेक कर्म के जिसे तुम आज पहले से आगे भेजते हो।” रसूले-अकरम (सल्लल्लाहु अलैहि वा आलिहि वसल्लम) ने मक्का-विजय के बाद सफ़ा पहाड़ी पर चढ़कर पुकारा: “ऐ बनी हाशिम! ऐ बनी अब्दुल मुत्तलिब! हाशिम और अब्दुल मुत्तलिब के वंशज...” बिहारुल अनवार, कम्पानी संस्करण, खंड ११, पृष्ठ २५, हज़रत सज्जाद के नैतिक गुणों का अध्याय। दैवी न्याय। जब वे इकट्ठा हो गए, तो आप उन्हें संबोधित करके फ़रमाने लगे: “मैं तुम्हारी ओर अल्लाह का रसूल हूँ, मुझे तुम्हारी बहुत चिंता है। यह न कहना कि मुहम्मद हममें से हैं। ख़ुदा की क़सम, तुममें से या दूसरों में से मेरे मित्र केवल परहेज़गार हैं। ऐसा न हो कि मैं तुम्हें क़यामत के दिन इस हालत में पाऊँ कि तुम दुनिया को अपनी गर्दनों पर लादे आ रहे हो और दूसरे लोग आख़िरत को उठाए हुए आ रहे हों। सुनो, मैंने अपने और तुम्हारे बीच तथा तुम्हारे और अल्लाह अज़्ज़ व जल्ल के बीच कोई बहाना बाक़ी नहीं छोड़ा। मेरा कर्म मेरे लिए है और तुम्हारा कर्म तुम्हारे लिए।” मैं तुम्हारी ओर अल्लाह का रसूल हूँ और तुम्हारा शुभचिंतक हूँ। यह न कहना कि मुहम्मद हममें से हैं। ख़ुदा की क़सम, तुममें से या दूसरों में से केवल परहेज़गार ही मेरे मित्र हैं। ऐसा न हो कि क़यामत के दिन तुम इस हालत में आओ कि दुनिया को अपने कंधों पर लादे हुए हो और दूसरे लोग आख़िरत को उठाए हुए हों। सुनो, मैंने कोई बहाना अपने और तुम्हारे बीच तथा तुम्हारे और अल्लाह के बीच बाक़ी नहीं छोड़ा; मुझमें से हर एक और तुममें से हर एक के लिए उसका कर्म होगा।” इतिहासकारों ने लिखा है कि रसूले-अकरम (सल्लल्लाहु अलैहि वा आलिहि वसल्लम) ने अपने जीवन के अंतिम दिनों में एक रात अकेले बाहर निकलकर बक़ीअ के क़ब्रिस्तान का रुख़ किया और वहाँ सोए हुए लोगों के लिए मग़फ़िरत की दुआ की। इसके बाद आपने अपने साथियों से फ़रमाया: “जिब्रईल हर साल एक बार मेरे सामने क़ुरआन पेश करते थे, और इस साल उन्होंने उसे दो बार पेश किया है। मेरा ख़याल है कि ऐसा इसलिए है कि मेरी मृत्यु निकट है।” अगले दिन आप मिम्बर पर गए और घोषणा की कि मेरी मृत्यु का समय आ पहुँचा है। जिस किसी से मैंने कोई वादा किया हो, वह आए ताकि मैं उसे पूरा करूँ; और जिसका मुझ पर कोई क़र्ज़ हो, वह आए ताकि मैं उसे चुका दूँ। फिर आपने अपनी बात इस तरह जारी रखी: “ऐ लोगो! अल्लाह और किसी के बीच कोई वंश-संबंध नहीं है, न ही कोई ऐसी चीज़ है जो उसे भलाई दे या उससे बुराई दूर करे, सिवाय कर्म के। कोई दावेदार दावा न करे और न कोई इच्छा करने वाला कोई इच्छा करे। उस ज़ात की क़सम जिसने मुझे सत्य के साथ भेजा, केवल दयालुता के साथ किया गया कर्म ही मुक्ति दिलाएगा; और यदि मैं भी अवज्ञा करता, तो अवश्य गिर पड़ता। ऐ अल्लाह, मैं पहुँचा चुका।” “ऐ लोगो! किसी व्यक्ति और अल्लाह के बीच न कोई रिश्तेदारी है, न कोई ऐसी चीज़ जो उसे भलाई पहुँचाए या उससे बुराई दूर करे—सिवाय कर्म के। कोई यह दावा, आशा या कल्पना न करे कि कर्म के अलावा कोई चीज़ उसे लाभ पहुँचा सकती है। उस ज़ात की क़सम जिसने मुझे भेजा, प्रभु की दया के साथ किया गया कर्म ही मुक्ति दिलाता है। यदि मैं भी अवज्ञा करता, तो पतन के गर्त में जा गिरता। ऐ अल्लाह, गवाह रहना कि मैंने अपना संदेश पहुँचा दिया।” बिहारुल अनवार, आख़ुंदी संस्करण, खंड २१, पृष्ठ १११। सदूक़ (रह.) की किताब “सिफ़ातुश्शीआ” से उद्धृत। शरहे इब्ने अबिल हदीद, बेरूत संस्करण, खंड २, पृष्ठ ८६३।</w:t>
      </w:r>
    </w:p>
    <w:p>
      <w:pPr>
        <w:jc w:val="left"/>
      </w:pPr>
      <w:r>
        <w:rPr>
          <w:rFonts w:ascii="Calibri" w:hAnsi="Calibri" w:cs="Calibri"/>
          <w:sz w:val="28"/>
          <w:szCs w:val="28"/>
          <w:rtl w:val="0"/>
        </w:rPr>
        <w:t>ग़ैर-मुस्लिम का नेक कर्म। हज़रत अली इब्ने मूसा अर-रज़ा (अ) के एक भाई थे, जिनका नाम ज़ैदुन्नार था। इस भाई का व्यवहार इमाम को बहुत पसंद नहीं था। जब इमाम मरव में थे, एक दिन एक सभा में जिसमें बहुत से लोग शामिल थे और बातचीत कर रहे थे, ज़ैद भी मौजूद थे। हज़रत बातचीत कर रहे थे कि उन्होंने देखा कि ज़ैद कुछ लोगों को संबोधित करके ख़ानदाने पैग़म्बर के ऊँचे मर्तबों की बातें कर रहे हैं और घमंड से बार-बार कह रहे हैं, “हम... हम... हम ऐसे हैं... हम वैसे हैं...” इमाम ने अपनी बात रोककर ज़ैद को संबोधित किया और फ़रमाया: “तुम ये कैसी बातें कर रहे हो?” अगर तुम्हारी बात सही हो और रसूल की संतान की स्थिति अपवादस्वरूप ऐसी हो कि अल्लाह उनके बुरे लोगों को अज़ाब न दे और बिना अमल किए उन्हें प्रतिफल दे, तो तुम अपने पिता मूसा इब्ने जाफ़र से भी अल्लाह के यहाँ अधिक सम्मानित हो, क्योंकि उन्होंने अल्लाह की इबादत की ताकि निकटता के दर्जों तक पहुँचें, जबकि तुम समझते हो कि अल्लाह की इबादत किए बिना ही मूसा इब्ने जाफ़र के दर्जे पर पहुँच सकते हो। फिर इमाम ने कूफ़ा के विद्वानों में से हसन इब्ने मूसा अल-वश्शा की ओर रुख़ किया, जो उस सभा में उपस्थित थे, और फ़रमाया: “कूफ़ा के विद्वान इस आयत को किस तरह पढ़ते हैं: ‘उसने कहा: ऐ नूह, वह तुम्हारे परिवार में से नहीं है; निश्चय ही उसका कर्म अशुभ है’?” उन्होंने जवाब दिया: “वे इसे इस तरह पढ़ते हैं: ‘इन्नहू अमलुन ग़ैरु सालिह’—अर्थात वह तुम्हारा बेटा नहीं है और तुम्हारे वीर्य से पैदा नहीं हुआ; वह व्यभिचारी पुरुष की संतान है।” इमाम ने फ़रमाया: “ऐसा नहीं है। वे आयत को ग़लत पढ़ते और ग़लत अर्थ बताते हैं। आयत इस तरह है: ‘इन्नहू अमलुन ग़ैरु सालिह’—अर्थात तुम्हारा बेटा स्वयं नासालिह है। वह वास्तव में नूह का बेटा था; अल्लाह की बारगाह से उसे इसलिए धिक्कारा गया और वह इसलिए डूबा कि वह स्वयं नासालिह था, हालाँकि वह पैग़म्बर नूह का बेटा था। इसलिए पैग़म्बर और इमाम की संतान होना और उनसे संबंध रखना कोई लाभ नहीं देता; नेक अमल ज़रूरी है।¹ (हूद, 46) इससे मालूम होता है कि उस समय कूफ़ा में कुछ लोग ऐसी ग़लत धारणाएँ रखते थे और ये लोग—जिनकी संख्या ज़्यादा नहीं थी—अपनी भ्रष्ट दलील को साबित करने के लिए पवित्र क़ुरआन की आयत को किसी तरह तोड़-मरोड़ रहे थे। इमाम को जब इस मामले की जानकारी हुई, तो उन्होंने इस अवसर का लाभ उठाकर उनके विचारों का खंडन किया। बिहारुल अनवार, खंड 10 (पुराना संस्करण, पृष्ठ 65)। ईश्वरीय न्याय सृष्टि की स्वाभाविक परिस्थितियाँ और संविदात्मक परिस्थितियाँ। अक्सर लोग सृष्टि, प्रतिफल और दंड, सौभाग्य और दुर्भाग्य से संबंधित ईश्वरीय नियमों की तुलना मानवीय सामाजिक नियमों से करते हैं, जबकि ये विषय सृष्टि की स्वाभाविक और वास्तविक परिस्थितियों के अधीन हैं और उन्हीं का हिस्सा हैं; लेकिन सामाजिक व्यवस्थाएँ और नियम मान्यताओं व समझौतों पर आधारित होते हैं। सामाजिक नियम संविदात्मक परिस्थितियों के अधीन हो सकते हैं, लेकिन सृष्टि के नियम—और उनमें प्रतिफल तथा ईश्वरीय दंड भी शामिल हैं—इन परिस्थितियों के अधीन नहीं हो सकते; बल्कि वे स्वाभाविक परिस्थितियों के अधीन हैं। स्वाभाविक व्यवस्था और मान्यतागत व्यवस्था के बीच का अंतर स्पष्ट करने के लिए एक उदाहरण देते हैं। हम जानते हैं कि सामाजिक व्यवस्थाओं में हर देश के अपने विशेष नियम और क़ानून होते हैं। सामाजिक नियम कुछ मामलों में दो व्यक्तियों के बीच, जो प्राकृतिक और स्वाभाविक परिस्थितियों की दृष्टि से समान हों, लेकिन मान्यतागत और संविदात्मक परिस्थितियों की दृष्टि से अलग हों—जैसे एक उस देश का नागरिक हो और दूसरा न हो— भेद करते हैं। उदाहरण के लिए, जब ईरान में लोगों को नौकरी पर रखना हो, तो अगर एक ईरानी और एक अफ़ग़ान स्वाभाविक परिस्थितियों की दृष्टि से समान हों और नौकरी के लिए आवेदन करें, तो संभव है कि ईरानी को नौकरी मिल जाए और अफ़ग़ान को इसलिए नौकरी न मिले कि वह ईरान का नागरिक नहीं है। यहाँ अगर अफ़ग़ान व्यक्ति कहे कि प्राकृतिक परिस्थितियों की दृष्टि से मैं उस नौकरी पाने वाले ईरानी के बिल्कुल बराबर हूँ—अगर वह स्वस्थ है तो मैं भी स्वस्थ हूँ, अगर वह जवान है तो मैं भी जवान हूँ, अगर वह किसी काम का विशेषज्ञ है तो मैं भी विशेषज्ञ हूँ—तो उसे जवाब मिलता है कि प्रशासनिक नियम हमें आपको नौकरी देने की अनुमति नहीं देते। एक संविदात्मक व्यवस्था से इसी अफ़ग़ान व्यक्ति की स्थिति बदल जाती है और वह दूसरों जैसा हो जाता है; यानी वह आवेदन करता है और ईरानी नागरिकता का प्रमाणपत्र प्राप्त कर लेता है। स्पष्ट है कि नागरिकता का प्रमाणपत्र उसके वास्तविक व्यक्तित्व पर कोई असर नहीं डालता; लेकिन सामाजिक नियमों की दृष्टि से वह एक दूसरा व्यक्ति बन जाता है। आम तौर पर संविदात्मक परिस्थितियों को मान्यता देना, वास्तविक और स्वाभाविक परिस्थितियों में समानता न होने के साथ जुड़ा होता है। लेकिन जिन मामलों का संबंध सामाजिक और संविदात्मक नियमों से नहीं, बल्कि केवल स्वाभाविक परिस्थितियों से है, उनमें बात अलग होती है। उदाहरण के लिए, अगर—अल्लाह न करे—हैज़ा जैसी कोई बीमारी ईरान में फैल जाए, तो वह ईरानी नागरिक और ग़ैर-ईरानी नागरिक के बीच कोई भेद नहीं करेगी। अगर ईरानी और अफ़ग़ान स्वास्थ्य, वातावरण और अन्य प्राकृतिक परिस्थितियों की दृष्टि से समान हों, तो यह असंभव है कि बीमारी के कीटाणु भेदभाव करें और कहें: “चूँकि अफ़ग़ान ईरान का नागरिक नहीं है, इसलिए मुझे उससे कोई लेना-देना नहीं।” यहाँ मामला सृष्टि और प्रकृति का है, समाज और सामाजिक समझौतों का नहीं; मामला सृजन-व्यवस्था का है, क़ानून और विधान का नहीं। प्रतिफल और दंड तथा लोगों के सौभाग्य और दुर्भाग्य के बारे में ईश्वरीय नियम वास्तविक और स्वाभाविक परिस्थितियों के अधीन हैं। ऐसा नहीं है कि अगर कोई यह दावा करे कि “क्योंकि मेरा नाम इस्लाम के रजिस्टर में दर्ज है और मैं नाम का मुसलमान हूँ, इसलिए मुझे विशेष अधिकार मिलना चाहिए,” तो उसका दावा स्वीकार कर लिया जाएगा। ग़लतफ़हमी न हो: बात प्रतिफल, दंड, सौभाग्य, दुर्भाग्य और अल्लाह के अपने बंदों के साथ व्यवहार से संबंधित मामलों की है; बात मुसलमानों के सामाजिक जीवन में इस्लाम के निर्धारित क़ानूनों की नहीं है। इसमें कोई संदेह नहीं कि इस्लाम के निर्धारित नियम, दुनिया के सभी निर्धारित क़ानूनों की तरह, कुछ संविदात्मक क़ानून हैं और उनमें कुछ संविदात्मक शर्तें शामिल होती हैं। मनुष्यों को अपने सांसारिक जीवन से संबंधित इन क़ानूनों में अनिवार्य रूप से कुछ संविदात्मक शर्तों का पालन करना पड़ता है। लेकिन अल्लाह का कर्म और सृजन-व्यवस्था में उसकी इच्छा का प्रवाह, जिसमें लोगों को सौभाग्य देना या दुर्भाग्य में डालना और उन्हें प्रतिफल या दंड देना भी शामिल है, सामाजिक नियमों के अधीन नहीं है; बल्कि मूलतः वह इस प्रकार की चीज़ ही नहीं है। परम पावन ईश्वर अपनी निरपेक्ष इच्छा के प्रवाह में संविदात्मक नियमों के आधार पर कार्य नहीं करता।</w:t>
      </w:r>
    </w:p>
    <w:p>
      <w:pPr>
        <w:jc w:val="left"/>
      </w:pPr>
      <w:r>
        <w:rPr>
          <w:rFonts w:ascii="Calibri" w:hAnsi="Calibri" w:cs="Calibri"/>
          <w:sz w:val="28"/>
          <w:szCs w:val="28"/>
          <w:rtl w:val="0"/>
        </w:rPr>
        <w:t>सामाजिक व्यवस्थाओं में स्वाभाविक रूप से महत्वपूर्ण प्रभाव डालने वाले संविदात्मक मामलों का परम पवित्र सृष्टिकर्ता की सृजनात्मक इच्छा के प्रवाह में कोई प्रभाव नहीं होता। मनुष्यों के सामाजिक व्यवहार से संबंधित इस्लाम के निर्धारित नियमों के अनुसार, जब कोई व्यक्ति दोनों गवाहियाँ ज़बान से कह देता है, तो उसे मुसलमान माना जाता है और वह इस्लाम के बाहरी लाभों का उपयोग करता है; लेकिन नियमों की दृष्टि से आख़िरत और परलोक के हिसाब-किताब तथा ईश्वर के व्यवहार के बारे में “जो मेरा अनुसरण करे, वह मुझमें से है” का नियम और “निस्संदेह अल्लाह के निकट तुममें सबसे प्रतिष्ठित वह है जो सबसे अधिक धर्मपरायण है” का नियम लागू होता है। पैग़म्बर-ए-अकरम ने फ़रमाया: “ऐ लोगो, तुम्हारा पिता एक है और तुम्हारा रब एक है। तुम सब आदम की संतान हो और आदम मिट्टी से बने थे। किसी अरब को किसी ग़ैर-अरब पर कोई श्रेष्ठता नहीं है, सिवाय धर्मपरायणता के।” ऐ लोगो, तुम सबका एक ही पिता और एक ही ईश्वर है। तुम सभी आदम से पैदा किए गए हो, और आदम मिट्टी से बनाए गए थे; अर्थात् हर किसी की जड़ और वंश मिट्टी तक पहुँचता है। अरब को ग़ैर-अरब पर कोई गर्व या श्रेष्ठता नहीं है; श्रेष्ठता का एकमात्र कारण धर्मपरायणता है। सलमान फ़ारसी, जो सत्य की खोज में आगे बढ़ रहे थे, उस मुक़ाम तक पहुँचे कि पैग़म्बर-ए-अकरम (उन पर और उनके परिवार पर सलाम हो) ने उनके बारे में फ़रमाया: “सलमान हम अहले-बैत में से हैं।” अतः वे लोग जो शैतानी वसवसों से प्रभावित होकर इस बात पर खुश हैं कि हमारा नाम अली इब्ने अबी तालिब (उन पर सलाम हो) के मित्रों के नामों में शामिल है, और हम चाहे जो हों, उनके अनुयायियों में गिने जाते हैं; या वसीयत करते हैं कि उस धन में से, जिसे हमने नाजायज़ तरीक़े से हथियाया है, या उस धन में से जिसे हमें अपने जीवन में भलाई के कामों में खर्च करना चाहिए था, मगर हमने नहीं किया, बड़ी रकम पवित्र दरगाहों के मुतवल्लियों को दें, ताकि वे हमें अल्लाह के औलिया की क़ब्र के निकट दफ़न करें और फ़रिश्तों की हिम्मत न हो कि वे हमें यातना देने आएँ—उन्हें जान लेना चाहिए कि वे पूरी तरह ग़लतफ़हमी में हैं और ग़फ़लत का पर्दा उनकी आँखों के आगे पड़ा है। एक दिन उनकी आँखें खुलेंगी और वे स्वयं को ईश्वरीय यातना में डूबा हुआ पाएँगे और ऐसी गहरी हसरत में पड़ेंगे कि यदि मरना संभव होता, तो हज़ारों बार मर जाते। इसलिए आज ही ग़फ़लत की नींद से जागें, तौबा करें और जो कुछ हाथ से निकल गया है उसकी भरपाई करें। “और उन्हें उस हसरत के दिन से डराइए, जब फ़ैसला हो चुका होगा, जबकि वे ग़फ़लत में होंगे और ईमान नहीं लाएँगे।” पवित्र क़ुरआन की आयतों और इस्लामी रिवायतों—दोनों की दृष्टि से यह बात निश्चित है कि पापी, भले ही मुसलमान हो, ईश्वरीय यातना में दंडित होगा; हालाँकि यदि उसमें ईमान हो, तो अंततः वह अंतिम मुक्ति और जहन्नम से छुटकारा पा जाएगा, लेकिन संभव है कि उसकी मुक्ति वर्षों तक कष्ट और यातना सहने के बाद हो। कुछ लोगों के पापों का हिसाब मृत्यु की कठिनाइयों और उसकी घड़ियों में चुकता हो जाता है; दूसरे लोग क़ब्र की यातनाओं और आलम-ए-बरज़ख़ में अपने अपराधों का दंड भुगतते हैं। १. तारीख़ याक़ूबी, खंड २, पृष्ठ ११०। २. मरयम/३९। ग़ैर-मुस्लिम का नेक काम। ३१५। बरज़ख़ में दंड। वे अपने पापों का दंड चुकाते हैं; और कुछ अन्य लोग क़यामत की भयावह घटनाओं और हिसाब-किताब की कठिनाइयों में अपनी सज़ा भुगतते हैं, जबकि कुछ जहन्नम में जा पड़ते हैं और वर्षों तक यातना में रहते हैं; जैसा कि पवित्र आयत “वे उसमें युगों तक पड़े रहेंगे” की व्याख्या में छठे इमाम, हज़रत इमाम जाफ़र सादिक़ (अ) से रिवायत है कि यह आयत उन लोगों के बारे में है जो आग से बच निकलेंगे। और मृत्यु के बाद अब उन रिवायतों के कुछ उदाहरण प्रस्तुत करते हैं, जिनमें मृत्यु के समय की यातनाओं का वर्णन है —शायद वे चेतना और जागृति का कारण बनें तथा हमें उन भयावह और ख़तरनाक मंज़िलों के लिए तैयार करें, जो हमारे सामने हैं। शैख़ कुलैनी ने हज़रत सादिक़ (अ) से रिवायत की है कि अली (अ) की आँख में दर्द हुआ। पैग़म्बर (स) उनकी ख़ैरियत पूछने आए, जबकि दर्द से अली की चीख़ें बुलंद थीं। उन्होंने फ़रमाया: “क्या यह चीख़ घबराहट और अधीरता के कारण है या दर्द की तीव्रता के कारण?” अमीर अल-मोमिनीन (अ) ने अर्ज़ किया: “ऐ अल्लाह के रसूल, मुझे इससे अधिक कठिन कोई दर्द अभी तक नहीं हुआ है।” उस समय पैग़म्बर-ए-अकरम ने काफ़िर की रूह निकाले जाने की अत्यंत कठिन और भयावह प्रक्रिया का वर्णन किया। अली (अ) ने यह सुनकर उठकर बैठते हुए कहा: “ऐ अल्लाह के रसूल, यह हदीस मुझे फिर से सुनाइए, क्योंकि इसने मेरा दर्द भुला दिया है।” फिर उन्होंने अर्ज़ किया: “ऐ अल्लाह के रसूल, क्या आपकी उम्मत में से किसी की रूह इस तरह निकाली जाएगी?” आपने फ़रमाया: “हाँ—वह शासक जो अत्याचार करे, और वह व्यक्ति जो ज़ुल्म और जबरदस्ती से यतीम का माल खाए, तथा वह जो झूठी गवाही दे। motahari.ir शैख़ सदूक़ ने अपनी पुस्तक ‘मन ला यहज़ुरुहुल फ़क़ीह’ में रिवायत की है कि जब अबूज़र ग़िफ़ारी के बेटे ज़र का देहांत हुआ, तो अबूज़र उसकी क़ब्र के पास खड़े हुए, क़ब्र पर हाथ फेरा और कहा: “अल्लाह तुम पर रहम करे। अल्लाह की क़सम, तुम मेरे साथ अच्छा व्यवहार करते थे और अब जब तुम मुझसे बिछुड़ गए हो, तो भी मैं तुमसे संतुष्ट हूँ। अल्लाह की क़सम, तुम्हारे चले जाने से मुझमें कुछ भी कम नहीं हुआ और अल्लाह के सिवा मैं किसी का मोहताज नहीं हूँ। और यदि इस बात का डर न होता, तो मैं कामना करता कि तुम्हारी जगह मैं चला गया होता। लेकिन मैं चाहता हूँ कि कुछ समय और मिले, ताकि बीती हुई बातों की भरपाई करूँ और उस दुनिया के लिए तैयारी करूँ। निस्संदेह तुम्हारे लिए मेरा दुख तुम्हारे बिछुड़ने के दुख से मुझे रोक रहा है; अर्थात् मैं केवल इस बारे में सोच रहा हूँ कि वह काम करूँ जो तुम्हारे लिए लाभदायक हो, और अब तुम्हारे बिछुड़ने का शोक मनाने की भी फुरसत नहीं है। अल्लाह की क़सम, मैं इसलिए नहीं रोया कि तुम मुझसे क्यों बिछुड़ गए।” बिहारुल-अनवार, कंपनी संस्करण, खंड ३, पृष्ठ ३७६–३७७। मनाज़िलुल आख़िरह, लेखक मुहद्दिस क़ुम्मी, इस्लामिया संस्करण, पृष्ठ ६५।</w:t>
      </w:r>
    </w:p>
    <w:p>
      <w:pPr>
        <w:jc w:val="left"/>
      </w:pPr>
      <w:r>
        <w:rPr>
          <w:rFonts w:ascii="Calibri" w:hAnsi="Calibri" w:cs="Calibri"/>
          <w:sz w:val="28"/>
          <w:szCs w:val="28"/>
          <w:rtl w:val="0"/>
        </w:rPr>
        <w:t>३१६ क्या तुम ईश्वरीय न्याय के अनुसार हुए हो? लेकिन मैं इसलिए रोया हूँ कि तुम्हारी हालत कैसी रही और तुम पर क्या गुज़री? काश, मुझे मालूम होता कि तुमने क्या कहा और तुमसे क्या कहा गया! ऐ अल्लाह, मैंने अपने उन अधिकारों को माफ़ कर दिया है जिन्हें तूने मुझ पर मेरे बेटे के संबंध में अनिवार्य किया था; इसलिए तू भी अपने अधिकार उसे माफ़ कर दे, क्योंकि तू दानशीलता और उदारता का सबसे अधिक पात्र है। इमाम सादिक़ (अ) ने अपने बुज़ुर्ग पूर्वजों से रिवायत की है कि पैग़म्बरे अकरम (स) ने फ़रमाया: मोमिन के लिए क़ब्र का दबाव उन कोताहियों का प्रायश्चित है जो उससे होती हैं। अली बिन इब्राहीम ने आयत «और उनके पीछे उस दिन तक एक बरज़ख़ है जब वे उठाए जाएँगे» की व्याख्या में इमाम सादिक़ (अ) से रिवायत की है कि उन्होंने फ़रमाया: «अल्लाह की क़सम, मुझे तुम्हारे लिए बस बरज़ख़ की चिंता है; लेकिन जब मामला हमारे हाथ में आ जाएगा, तो हम तुम्हारे अधिक हक़दार होंगे।» अल्लाह की क़सम, मुझे तुम्हारी चिंता केवल बरज़ख़ के संसार के लिए है, लेकिन जब मामला हमारे हाथ में आ जाएगा, तो हम तुम्हारे अधिक हक़दार होंगे।» यानी शफ़ाअत बरज़ख़ के बाद के लिए है; बरज़ख़ में शफ़ाअत नहीं है। कुल मिलाकर, झूठ, ग़ीबत, तोहमत, ख़ियानत, ज़ुल्म, लोगों का माल खाना, शराब पीना, जुआ खेलना, चुग़ली करना, गाली देना, नमाज़ छोड़ना, रोज़ा छोड़ना, हज छोड़ना, जिहाद छोड़ना आदि जैसे पापों की सज़ा के बारे में क़ुरआन और मुतवातिर रिवायतों में इतनी बातें आई हैं कि उनकी गिनती से बाहर है; इनमें से कोई भी केवल काफ़िरों या ग़ैर-शिया मुसलमानों के लिए ख़ास नहीं है। मेराज की रिवायतों में हमें बहुत-से ऐसे प्रसंग मिलते हैं जिनमें पैग़म्बरे अकरम फ़रमाते हैं कि मैंने अपनी उम्मत के विभिन्न समूहों—औरतों और मर्दों—को अलग-अलग हालात में अज़ाब में देखा, और वे विभिन्न पापों के कारण यातना भोग रहे थे। ऊपर कही गई बातों का सार और निष्कर्ष यह है कि मुसलमान और ग़ैर-मुसलमान लोगों के नेक और बुरे कर्मों के बारे में इस भाग में जो कुछ कहा गया, उससे निम्नलिखित नतीजे हासिल होते हैं: मनाज़िलुल आख़िरह, पृ. २४–२५; बिहारुल अनवार, कंपनी संस्करण, खंड ३, पृ. १५३, सवाबुल आमाल और अमाली सदूक़ से उद्धृत। सूरा मोमिनून / १००; बिहारुल अनवार, कंपनी संस्करण, खंड ३, पृ. १५१, तफ़सीर अली बिन इब्राहीम से उद्धृत। ग़ैर-मुसलमान का नेक कर्म। ३१७ १। सौभाग्य और दुर्भाग्य, दोनों के कई दर्जे और स्तर होते हैं; न तो सौभाग्यवान एक ही दर्जे और स्तर के होते हैं, और न ही दुर्भाग्यवान। ये स्तर और भिन्नताएँ, जन्नत वालों के लिए «दरजात» और जहन्नम वालों के लिए «दर्कात» कहलाती हैं। ऐसा नहीं है कि जन्नत के सभी लोग शुरू से ही जन्नत में जाएँगे; ठीक इसी तरह जहन्नम के सभी लोग हमेशा उसमें रहने वाले नहीं हैं; यानी वे हमेशा जहन्नम में नहीं रहेंगे। जन्नत में जाने वालों में से बहुत-से लोग वहाँ तभी जाएँगे जब वे बरज़ख़ या आख़िरत में अज़ाब के बहुत कठिन दौर सहन कर चुके होंगे। एक मुसलमान और शिया को यह जानना चाहिए कि अगर वह सही ईमान लेकर भी जाए, तब भी—अल्लाह न करे—यदि उसने दुनिया में गुनाह, बुराइयाँ, ज़ुल्म और अपराध किए हों, तो उसके सामने बहुत कठिन चरण होंगे; कुछ गुनाह अधिक ख़तरनाक हैं और कभी-कभी आग में हमेशा रहने का कारण बनते हैं। जो लोग अल्लाह और आख़िरत पर ईमान नहीं रखते, वे स्वाभाविक रूप से कोई भी कर्म अल्लाह की ओर ऊपर उठने के उद्देश्य से नहीं करते; और जब वे इस उद्देश्य से कर्म नहीं करते, तो स्वाभाविक रूप से अल्लाह और आख़िरत के संसार की ओर उनकी कोई आध्यात्मिक यात्रा नहीं होती; इसलिए स्वाभाविक रूप से वे अल्लाह और उसके मलाकूत की ओर ऊपर नहीं उठते और जन्नत तक नहीं पहुँचते; अर्थात जिस मंज़िल की ओर वे चले ही नहीं, वहाँ वे न जाने के कारण नहीं पहुँचते। जो लोग अल्लाह और आख़िरत पर ईमान रखते हैं, अल्लाह की निकटता प्राप्त करने की प्रेरणा से कर्म करते हैं और अपने कर्म में नीयत को ख़ालिस रखते हैं, उनका कर्म अल्लाह की बारगाह में क़बूल होता है और वे प्रतिफल तथा जन्नत के हक़दार बनते हैं, चाहे वे मुसलमान हों या ग़ैर-मुसलमान। वे ग़ैर-मुसलमान जो अल्लाह और आख़िरत पर ईमान रखते हैं और अल्लाह की निकटता के इरादे से नेक काम करते हैं, इस कारण कि वे इस्लाम की नेमत से वंचित हैं, स्वाभाविक रूप से इस ईश्वरीय कार्यक्रम के लाभों से महरूम रह जाते हैं; उनके नेक कर्मों में से केवल वही कर्म क़बूल होते हैं जो इस्लाम के ईश्वरीय कार्यक्रम के अनुरूप हों, जैसे अल्लाह के बंदों के साथ तरह-तरह की भलाई और सेवा। लेकिन निराधार और मनगढ़ंत इबादतें स्वाभाविक रूप से क़बूल नहीं होतीं, और एक प्रकार की वंचनाएँ, जो संपूर्ण कार्यक्रम तक पहुँच न होने के कारण होती हैं, उन पर लागू होती हैं। क़बूल किया गया नेक कर्म—चाहे वह किसी मुसलमान से हो या ग़ैर-मुसलमान से—कुछ ऐसी आफ़तों से घिरा होता है जो बाद में आ सकती हैं और उसे नष्ट कर सकती हैं। इन सभी आफ़तों में सबसे बड़ी हक़ का इनकार, हठ और विरोध है। इसलिए यदि कुछ ग़ैर-मुसलमान अल्लाह की निकटता के इरादे से बहुत-से नेक कर्म करें, लेकिन जब इस्लाम की सच्चाइयाँ उनके सामने रखी जाएँ, तो वे पक्षपात और हठ पर उतर आएँ तथा निष्पक्षता और सत्य की खोज को छोड़ दें, तो वे सारे कर्म ३१८ ईश्वरीय न्याय व्यर्थ और निष्फल हो जाएँगे, उस राख की तरह जिसे आँधी के दिन तेज़ हवा उड़ा ले जाए। मुसलमान और अन्य सच्चे एकेश्वरवादी यदि गुनाह और बुराइयाँ करें तथा ईश्वरीय अमली कार्यक्रम से ख़ियानत करें, तो वे बरज़ख़ और क़यामत में लंबे अज़ाबों के हक़दार होंगे और कभी-कभी कुछ गुनाहों—जैसे किसी निर्दोष मोमिन की जान-बूझकर हत्या—के कारण हमेशा अज़ाब में रहेंगे। उन लोगों के नेक कर्म, जो अल्लाह और क़यामत पर ईमान नहीं रखते और कभी-कभी अल्लाह का शरीक भी ठहराते हैं, उनके अज़ाब में कमी और कभी-कभी उसके हटाए जाने का कारण बनेंगे। सौभाग्य और दुर्भाग्य वास्तविक और सृष्टिगत परिस्थितियों पर निर्भर हैं, न कि मनमानी तौर पर तय की गई शर्तों पर। १०। वे आयतें और रिवायतें जिनसे यह पता चलता है कि अल्लाह नेक और भले कर्म को क़बूल करता है, केवल कर्मों की भलाई पर ध्यान नहीं देतीं; इस्लाम की दृष्टि में कोई कर्म तभी नेक और भला माना जाता है जब उसमें दो पहलुओं से भलाई हो—कर्म के पहलू से और कर्म करने वाले के पहलू से। ११। वे आयतें और रिवायतें जिनसे यह पता चलता है कि नबूवत या इमामत को न मानने वालों के कर्म क़बूल नहीं होते, उनका आशय यह है कि उनका इनकार हठ, ज़िद और पक्षपात के कारण हो; लेकिन ऐसा इनकार जो केवल स्वीकार न करने तक सीमित हो, और स्वीकार न करने का कारण असमर्थता हो, न कि कोताही, तो वह आयतों और रिवायतों के आशय में शामिल नहीं है। क़ुरआन मजीद की दृष्टि में ऐसे इनकार करने वाले कमज़ोर और अल्लाह के फ़ैसले की प्रतीक्षा में रहने वाले माने जाते हैं।</w:t>
      </w:r>
    </w:p>
    <w:p>
      <w:pPr>
        <w:jc w:val="left"/>
      </w:pPr>
      <w:r>
        <w:rPr>
          <w:rFonts w:ascii="Calibri" w:hAnsi="Calibri" w:cs="Calibri"/>
          <w:sz w:val="28"/>
          <w:szCs w:val="28"/>
          <w:rtl w:val="0"/>
        </w:rPr>
        <w:t>१२. इस्लाम के हकीमों, जैसे बू अली और सद्र-उल-मुतअल्लिहीन, के मत में, सत्य को स्वीकार न करने वाले अधिकांश लोग असमर्थ (क़ासिर) हैं, दोषी (मुक़स्सिर) नहीं; ऐसे लोगों को यदि ईश्वर का ज्ञान न हो, तो उन्हें यातना नहीं दी जाएगी, यद्यपि वे स्वर्ग में भी नहीं जाएँगे। और यदि वे ईश्वर को जानते हों, परलोक में विश्वास रखते हों और अल्लाह की प्रसन्नता के लिए निष्कपट कर्म करें, तो उन्हें अपने नेक कर्म का अच्छा प्रतिफल मिलेगा। केवल वे लोग दुर्भाग्य की ओर खिंचे चले जाते हैं जो दोषी हों, असमर्थ नहीं। हे अल्लाह, हमारा अंत भलाई और सौभाग्य के साथ कर, हमें मुसलमान रहते हुए मृत्यु दे और हमें नेक लोगों में शामिल कर—मुहम्मद और उनके पाक परिवार के वास्ते। इब्राहीम, १८।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