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rFonts w:ascii="Calibri" w:hAnsi="Calibri" w:cs="Calibri"/>
          <w:sz w:val="28"/>
          <w:szCs w:val="28"/>
          <w:rtl w:val="0"/>
        </w:rPr>
        <w:t>शहीद उस्ताद मुर्तज़ा का आभार, मनुष्य और ईमान हान बी इस्लाम motahari.in ५ V A १ १० ۱۳ विषय-सूची विषय-सूची, सत्ताईसवाँ संस्करण; मनुष्य और पशु... जागरूकता का दायरा और पशु की इच्छाओं का स्तर। जागरूकता का दायरा और मनुष्य की इच्छाओं का स्तर .......... मनुष्य की श्रेष्ठता का मापदंड। क्या मनुष्यता अभेद्य है? motahari.ir ۱۹ ۱۹ ۲۷ ۳۳ ۳۸ ۳۹ ۴۳ ۴۵ ज्ञान और ईमान। ज्ञान और ईमान का संबंध। ज्ञान और ईमान का स्थानापन्न होना। धार्मिक ईमान। ईमान के प्रभाव और लाभ। अ. आनंद और उल्लास। ब. सामाजिक संबंधों को बेहतर बनाने में ईमान की भूमिका। स. परेशानियों में कमी। मनुष्य और ईमान ۴۷ ۴۷ ۵۶ ۵۹ ۶۳ ۶۴ ۶۵ ۶۵ 99 ۶۸ ۶۸ f विचारधारा विचारधारा। विचारधारा की परिभाषा और उसके अस्तित्व की आवश्यकता। विचारधाराओं के प्रकार। एक विचारधारा की विशेषताएँ। इस्लाम एक व्यापक और सर्वांगीण विचारधारा। क़ुरआन की दृष्टि में विचार की फिसलनें। ज्ञान और विश्वास के बजाय अटकलों और गुमान पर भरोसा करना। ۲ इच्छाएँ और मनोवासनाएँ। जल्दबाज़ी। परंपरावाद और अतीत-दृष्टि V VY ۷۲ motahari.in V VO व्यक्तित्व-पूजा। इस्लाम में विचार के स्रोत। प्रकृति। इतिहास। मानव-अंतःकरण। विषय-सूचियाँ। बिस्मिल्लाह रहमानिर्रहीम। पुस्तक के सत्ताईसवें संस्करण की भूमिका। इस्लामी विश्वदृष्टि का परिचय, जिसमें छह खंड शामिल हैं, शहीद आयतुल्लाह मुतह्हरी की आख़िरी लिखित रचना है। यह पुस्तक वास्तव में इस्लामी आस्था-सिद्धांतों का एक पाठ्यक्रम है, और इसका अध्ययन विद्वान तथा सामान्य व्यक्ति, दोनों के लिए लाभदायक और आनंददायक है। मूल रूप से इस पुस्तक में सात खंड थे, लेकिन शहीद उस्ताद को इसका छठा खंड, अर्थात् इमामत और नेतृत्व, लिखने का अवसर नहीं मिला, और वे संकीर्णचित्त पाखंडियों के हाथों शहीद कर दिए गए। बेशक, उस शहीद की इमामत संबंधी चर्चाएँ इस्लामी चिकित्सक संघ में उस महान ज्ञान, ईमान और संघर्ष के पुरुष की शहादत के बाद, उस शहीद की इस विषय पर एक अन्य रचना के साथ, प्रस्तावना के रूप में स्वतंत्र रूप से, “इमामत और नेतृत्व” शीर्षक के अंतर्गत, शहीद उस्ताद मुतह्हरी की रचनाओं के प्रकाशन-निगरानी परिषद द्वारा प्रकाशित की गईं। इस्लामी विश्वदृष्टि का परिचय पुस्तक के खंड ये हैं: मनुष्य और ईमान, एकेश्वरवादी विश्वदृष्टि, वह्य और पैग़ंबरी, क़ुरआन में मनुष्य, समाज और इतिहास, शाश्वत जीवन या परलोक का जीवन। यह संग्रह सभी वर्गों के लिए, विशेषकर विश्वविद्यालय के विद्यार्थियों और धार्मिक विज्ञानों के छात्रों के लिए, उपयोगी है और इसमें नए तथा ध्यान आकर्षित करने वाले रोचक बिंदु हैं। इसकी सहज और प्रभावशाली भाषा ने भी इस पुस्तक का आकर्षण बढ़ाया है, जिस तरह कि</w:t>
      </w:r>
    </w:p>
    <w:p>
      <w:pPr>
        <w:jc w:val="left"/>
      </w:pPr>
      <w:r>
        <w:rPr>
          <w:rFonts w:ascii="Calibri" w:hAnsi="Calibri" w:cs="Calibri"/>
          <w:sz w:val="28"/>
          <w:szCs w:val="28"/>
          <w:rtl w:val="0"/>
        </w:rPr>
        <w:t>६ मनुष्य और ईमान। पुस्तक की विषयवस्तु की दृढ़ता और प्रामाणिकता, जिसे एक प्रतिष्ठित इस्लामी विद्वान ने लिखा है, इस पुस्तक की विशेषताओं में से है। इस संग्रह को मिला असाधारण स्वागत, जिसकी सबसे अच्छी गवाही इसकी छपाई की संख्या है—यह दर्शाता है कि इस पुस्तक की खूबियाँ और विशेषताएँ ईरान के सम्मानित लोगों और अन्य इस्लामी, यहाँ तक कि गैर-इस्लामी देशों के लोगों को भी इसके अनुवाद के माध्यम से स्पष्ट रूप से महसूस हुई हैं। इसका पहला संस्करण १३५७ में प्रकाशित हुआ था और तब से अब तक यह कई खंडों में या संपूर्ण रचनाओं के संग्रह के रूप में दो बार पुनर्मुद्रित हो चुका है। इस्लामी विश्वदृष्टि का परिचय, विचार की एक समन्वित इस्लामी व्यवस्था पाठक के सामने प्रस्तुत करता है और मानवीय विचारधाराओं की तुलना में इस्लामी चिंतन की शक्ति को स्पष्ट करता है। इस संग्रह का पहला खंड, मनुष्य और ईमान, अधिक सुघड़ रूप देने के लिए विराम-चिह्नों आदि की दृष्टि से संशोधित किया गया और नए सिरे से कंपोज़ किया गया, तथा इसके आवरण का डिज़ाइन भी बदल दिया गया। आशा है कि यह उस महान विचारक, दार्शनिक और उच्च कोटि के धर्मशास्त्री की रचनाओं के चाहने वालों को पसंद आएगा, जो इमाम ख़ुमैनी (रह.) के जीवनभर के अर्जित फल और उनके शरीर के टुकड़े थे। motahari.ir, ख़ोरदाद १३८५, जमादी अल-ऊला १४२७ के अनुरूप। मनुष्य और पशु। मनुष्य स्वयं एक प्रकार का पशु है; इसलिए उसकी दूसरे जीवों के साथ बहुत-सी समानताएँ हैं, लेकिन उसमें कुछ ऐसे अंतर भी हैं जो उसे अपने ही वर्ग के जीवों से अलग करते और उसे श्रेष्ठता तथा उत्कर्ष प्रदान करते हैं, और उसे बेजोड़ बना देते हैं। मनुष्य और अन्य जीवों के बीच मुख्य और बुनियादी अंतर, जो उसकी “मानवता” का मापदंड है और जिससे मानव सभ्यता और संस्कृति नामक चीज़ का उदय हुआ है, दो क्षेत्रों में है: दृष्टिकोण और प्रवृत्तियाँ। सामान्यतः जीवों को यह विशेषता प्राप्त है कि वे स्वयं को और बाहरी दुनिया को समझते हैं और उनके प्रति सचेत रहते हैं; और उस चेतना तथा ज्ञान के प्रकाश में अपनी इच्छाओं और आकांक्षाओं की प्राप्ति के लिए प्रयास करते हैं। मनुष्य भी अन्य जीवों की तरह कुछ इच्छाएँ और आकांक्षाएँ रखता है, और मनुष्य और ईमान अपने ज्ञान तथा बोध के प्रकाश में उन इच्छाओं और आकांक्षाओं को पाने के लिए प्रयासरत रहता है; उसका अन्य जीवों से अंतर उसके ज्ञान और बोध के दायरे, विस्तार और व्यापकता में, तथा उसकी इच्छाओं और आकांक्षाओं के स्तर की उत्कृष्टता में है। यही वह बात है जो मनुष्य को श्रेष्ठता और उत्कर्ष देती है और उसे दूसरे जीवों से अलग करती है। ज्ञान का दायरा और पशु की इच्छा का स्तर। पशु का संसार संबंधी ज्ञान केवल बाहरी इंद्रियों के माध्यम से होता है; इसलिए वह सतही और बाहरी होता है। वह वस्तुओं के आंतरिक स्वरूप और उनके आपसी संबंधों में प्रवेश नहीं करता। दूसरे, वह व्यक्तिगत और विशिष्ट होता है, उसमें समग्रता और सार्वभौमिकता नहीं होती। तीसरे, वह क्षेत्र-विशेष तक सीमित होता है, पशु के निवास-परिवेश तक बँधा रहता है और उससे बाहर नहीं पहुँचता। चौथे, वह वर्तमान-कालीन होता है, अर्थात वर्तमान समय पर निर्भर रहता है और अतीत तथा भविष्य से कटा होता है। पशु न अपने इतिहास से परिचित होता है, न संसार के इतिहास से; न भविष्य के बारे में सोचता है, और न ही उसका प्रयास भविष्य से जुड़ा होता है। ज्ञान की दृष्टि से पशु कभी भी बाहरी रूपों, व्यक्तित्व और विशिष्टता, निवास-परिवेश तथा वर्तमान समय की सीमाओं से बाहर नहीं निकलता; वह इन चार कारागारों में हमेशा के लिए बंदी रहता है। यदि कभी वह इनसे बाहर निकलता भी है, तो वह सचेतन, विवेकपूर्ण और चयन के आधार पर नहीं, बल्कि प्रकृति के अनिवार्य वशीकरण के अधीन, सहज-वृत्ति के रूप में, अचेतन और अविवेकपूर्ण ढंग से होता है। पशु की इच्छाओं और आकांक्षाओं का स्तर, संसार के प्रति उसके ज्ञान और चेतना के दायरे की तरह, एक निश्चित सीमा में होता है। पहली बात, वे भौतिक होती हैं; खाने-पीने, सोने, खेलने, घर या घोंसला बनाने और विपरीत लिंग के जीव का उपयोग करने की सीमाओं से आगे नहीं बढ़तीं। पशु के लिए आध्यात्मिक इच्छा, नैतिक मूल्य आदि जैसी बातें कोई अर्थ नहीं रखतीं। दूसरी बात, वे निजी और व्यक्तिगत होती हैं, स्वयं से और अधिक-से-अधिक अपने साथी तथा संतान से संबंधित होती हैं। तीसरी बात, वे क्षेत्र-विशेष तक सीमित होती हैं और उसके अपने निवास-परिवेश से संबंधित होती हैं। चौथी बात, वे वर्तमान-कालीन और वर्तमान समय से जुड़ी होती हैं। अर्थात् वे ही सीमाएँ जो पशु के अस्तित्व के बोधात्मक पक्ष में हैं, उसके अस्तित्व के इच्छात्मक और प्रवृत्तिगत पक्ष में भी हैं। इस दृष्टि से भी पशु एक निश्चित दायरे में बंदी है। यदि पशु किसी ऐसे लक्ष्य का पीछा करे या ऐसे गंतव्य की ओर बढ़े जो इस दायरे से बाहर हो—उदाहरण के लिए, जो व्यक्ति से नहीं, बल्कि पूरी प्रजाति से संबंधित हो; जो वर्तमान से नहीं, बल्कि भविष्य से संबंधित हो— जैसा कि कुछ सामाजिक पशुओं, मसलन मधुमक्खियों में देखा जाता है—तो वह अचेतन रूप से, सहज-वृत्ति के आदेश पर और उस शक्ति के सीधे निर्देश से होता है जिसने उसे रचा और संसार का संचालन किया है। मनुष्य के ज्ञान का दायरा और उसकी इच्छाओं का स्तर। मनुष्य का क्षेत्र, चाहे ज्ञान, दृष्टिकोण और बोध के क्षेत्र में हो, या इच्छाओं और आकांक्षाओं के क्षेत्र में, कहीं अधिक व्यापक, विस्तृत और उत्कृष्ट है। मनुष्य का ज्ञान वस्तुओं और घटनाओं के बाहरी रूपों से आगे बढ़ता है और उनके आंतरिक सार तथा प्रकृति तक, उनके संबंधों और परस्पर निर्भरताओं तक, और उन पर लागू अनिवार्य नियमों तक पहुँचता है। मनुष्य का ज्ञान न तो क्षेत्र और स्थान की सीमाओं में बंद रहता है, न ही समय की शृंखला उसे बाँधकर रखती है। वह स्थान को भी लाँघता है और समय को भी; इसलिए वह अपने निवास-परिवेश से परे भी ज्ञान प्राप्त करता है, यहाँ तक कि दूसरे ग्रहों का ज्ञान हासिल करता है। साथ ही वह अपने अतीत और भविष्य को भी जान पाता है; अपने तथा संसार के अतीत का इतिहास—अर्थात पृथ्वी, आकाश, पर्वतों, समुद्रों, वनस्पतियों और दूसरे जीवों का इतिहास—खोज निकालता है और दूरस्थ क्षितिजों तक के भविष्य के बारे में सोचता है। १० मनुष्य और ईमान। इससे भी बढ़कर, मनुष्य अनंतताओं और शाश्वतताओं के बारे में अपने विचारों को दौड़ाता है और कुछ अनंतताओं तथा शाश्वतताओं का ज्ञान प्राप्त करता है। मनुष्य व्यक्तित्व और विशिष्टता के ज्ञान से आगे बढ़कर संसार के सार्वभौमिक नियमों और व्यापक सत्यों को खोजता है, और इस माध्यम से प्रकृति पर अपना प्रभुत्व स्थापित करता है। इच्छाओं और आकांक्षाओं की दृष्टि से भी मनुष्य उच्च स्तर प्राप्त कर सकता है।</w:t>
      </w:r>
    </w:p>
    <w:p>
      <w:pPr>
        <w:jc w:val="left"/>
      </w:pPr>
      <w:r>
        <w:rPr>
          <w:rFonts w:ascii="Calibri" w:hAnsi="Calibri" w:cs="Calibri"/>
          <w:sz w:val="28"/>
          <w:szCs w:val="28"/>
          <w:rtl w:val="0"/>
        </w:rPr>
        <w:t>मनुष्य मूल्य-साधक, आदर्शवादी और पूर्णता का आकांक्षी प्राणी है; वह ऐसे आदर्शों की खोज करता है जो भौतिक और लाभ-केंद्रित नहीं हैं; ऐसे आदर्श जो केवल उसी तक और अधिक से अधिक उसकी पत्नी और बच्चों तक सीमित नहीं, बल्कि सार्वभौमिक और पूरी मानवता को समेटने वाले हैं; वे किसी विशेष परिवेश या क्षेत्र अथवा समय के किसी विशेष खंड तक सीमित नहीं हैं। मनुष्य आदर्शों का ऐसा उपासक है कि कभी-कभी उसके विश्वास और आदर्श का मूल्य अन्य सभी मूल्यों से ऊपर हो जाता है; मनुष्यों की सुख-सुविधा और उनकी सेवा उसकी अपनी सुख-सुविधा से अधिक महत्वपूर्ण हो जाती है। दूसरों के पैर में चुभा काँटा ऐसा लगता है मानो उसके अपने पैर, बल्कि आँख में चुभा हो; वह दूसरों के साथ सहानुभूति रखता है; दूसरों की खुशी से खुश और उनके दुःख से दुखी होता है; अपने पवित्र विश्वास और आदर्श से उसका ऐसा लगाव हो जाता है कि वह अपने हितों, बल्कि अपने जीवन और अस्तित्व तक को सहजता से उसके लिए बलिदान कर देता है। मानव सभ्यता का मानवीय पक्ष, जिसे सभ्यता की आत्मा माना जाता है, ऐसी ही मानवीय भावनाओं और आकांक्षाओं की उपज है। मनुष्य की विशिष्टता का मानदंड—संसार के बारे में मनुष्य की व्यापक और विस्तृत दृष्टि—मानवता के सामूहिक प्रयास का परिणाम है, जो सदियों और युगों के दौरान संचित होकर विकसित हुआ है।</w:t>
      </w:r>
    </w:p>
    <w:p>
      <w:pPr>
        <w:jc w:val="left"/>
      </w:pPr>
      <w:r>
        <w:rPr>
          <w:rFonts w:ascii="Calibri" w:hAnsi="Calibri" w:cs="Calibri"/>
          <w:sz w:val="28"/>
          <w:szCs w:val="28"/>
          <w:rtl w:val="0"/>
        </w:rPr>
        <w:t>मनुष्य और पशु 11 यह दृष्टि, जो विशेष नियमों, सिद्धांतों और तर्क के अधीन आ गई है, «विज्ञान» कहलाती है। व्यापक अर्थ में विज्ञान—अर्थात संसार के बारे में मानव के समस्त विचार, जिनमें दर्शन भी शामिल है— मानव के सामूहिक प्रयास का उत्पाद है, जिसने एक विशेष तार्किक व्यवस्था प्राप्त की है। मानव की आध्यात्मिक और उच्च प्रवृत्तियाँ जन्मी हैं उसकी आस्था, विश्वास और इस संसार की कुछ सच्चाइयों के प्रति उसके लगाव से; और वे सत्य ऐसी चीज़ों से परे हैं जो व्यक्ति से परे, सामान्य और सर्वसमावेशी हैं; साथ ही वे भौतिकता से भी परे हैं, अर्थात लाभ और मुनाफ़े के प्रकार की नहीं हैं। इस प्रकार की आस्थाएँ और लगाव, अपने क्रम में, कुछ विश्व-दृष्टियों और विश्व-ज्ञान की उपज हैं, जिन्हें या तो ईश्वरीय पैग़म्बरों ने मनुष्य के सामने प्रस्तुत किया है, या कुछ दार्शनिकों ने ऐसा चिंतन प्रस्तुत करने का प्रयास किया है जो आस्था जगाने वाला और आदर्शों को जन्म देने वाला हो। बहरहाल, मनुष्य की उच्च, आध्यात्मिक और पशुता से परे प्रवृत्तियाँ, जब किसी विश्वासगत और वैचारिक आधार पर टिक जाती हैं, तो «आस्था» कहलाती हैं। अतः हम निष्कर्ष निकालते हैं कि मनुष्य और अन्य जीवों के बीच मुख्य और बुनियादी अंतर, जो उसकी मानवता का मानदंड है और जिस पर मानवता निर्भर करती है, ज्ञान और आस्था है। मनुष्य की अन्य जीवों से विशिष्टता के बारे में बहुत कुछ कहा गया है। कुछ लोग इस प्रजाति और अन्य प्रजातियों के बीच किसी बुनियादी विशिष्टता को नहीं मानते; मनुष्य की चेतना और समझ के अंतर को पशु की चेतना और समझ से मात्रात्मक अंतर, या अधिक से अधिक गुणात्मक अंतर मानते हैं, न कि मूलभूत अंतर। वे समस्त विस्मयकारी विशेषताएँ, महत्त्व और महानताएँ, जिन्होंने पूर्व और पश्चिम के महान दार्शनिकों का ध्यान मानव में ज्ञान के प्रश्न की ओर गहराई से खींचा है, इस समूह का उन पर विशेष ध्यान नहीं गया। यह समूह मनुष्य को उसकी इच्छाओं और वांछित वस्तुओं के मामले में भी पूरी तरह पशु मानता है। १२ मनुष्य और आस्था इस दृष्टि से ज़रा भी अंतर नहीं मानता। कुछ अन्य लोग मनुष्य का अंतर उसकी सजीवता में देखते हैं; अर्थात उनका मानना है कि सजीव और प्राणवान केवल मनुष्य है; अन्य पशुओं में न संवेदना होती है, न इच्छा, न दर्द और न सुख; वे सजीवों जैसी निर्जीव मशीनें हैं। एकमात्र सजीव प्राणी मनुष्य है; इसलिए उसकी वास्तविक परिभाषा यह है कि वह एक सजीव प्राणी है। दूसरे विचारक, जो मनुष्य को संसार का एकमात्र सजीव प्राणी नहीं मानते और उसके तथा अन्य जीवों के बीच बुनियादी विशिष्टताएँ स्वीकार करते हैं, उनमें से प्रत्येक समूह ने मनुष्य की किसी एक विशिष्टता और विशेषता पर ध्यान दिया है। इसीलिए मनुष्य को अलग-अलग और भिन्न-भिन्न अभिव्यक्तियों और परिभाषाओं से परिभाषित किया गया है, जैसे—बोलने वाला पशु, विचारशील, निरपेक्षता का आकांक्षी, अनंत की चाह रखने वाला, आदर्श-प्रेमी, मूल्यों का खोजी, अलौकिक पशु, अतृप्त, अपरिभाषित, प्रतिबद्ध और उत्तरदायी, भविष्यद्रष्टा, स्वतंत्र और स्वेच्छाचारी, विद्रोही, सामाजिक, व्यवस्था का आकांक्षी, सौंदर्य का आकांक्षी, न्याय का आकांक्षी, दो चेहरों वाला, प्रेमी, कर्तव्यबद्ध, विवेकवान, दो चेतनाओं वाला, सृजनशील और रचनात्मक, अकेला, चिंतित, विचारों का उपासक, औज़ार बनाने वाला, परे की खोज में लगा, कल्पना का सृजनकर्ता, आध्यात्मिक, आध्यात्मिकता का द्वार, और... motahari.ir यह स्पष्ट है कि इनमें से प्रत्येक विशिष्टता अपने स्थान पर सही है; लेकिन अगर हम ऐसी अभिव्यक्ति देना चाहें जो बुनियादी अंतरों को समेटे, तो बेहतर होगा कि हम ज्ञान और आस्था का उल्लेख करें और कहें कि मनुष्य ऐसा पशु है जो «ज्ञान और आस्था» के इन दो गुणों के कारण अन्य जीवों से विशिष्ट हुआ है। इंग्लैंड के प्रसिद्ध दार्शनिक हॉब्स की मनुष्य के बारे में ऐसी ही राय है। डेसकार्ट का प्रसिद्ध सिद्धांत। मनुष्य और पशु: क्या मानवता अधिरचना है? 13 हमने जाना कि मनुष्य एक प्रकार का पशु है; इस कारण उसके अन्य जीवों के साथ अनेक समानताएँ हैं। साथ ही, विशिष्टताओं की एक श्रृंखला उसे अन्य जीवों से अलग करती है। मनुष्य की पशु के साथ समानताओं और उससे भिन्नताओं के कारण मनुष्य के दो जीवन हैं— पशु-जीवन और मानव-जीवन; दूसरे शब्दों में, भौतिक जीवन और सांस्कृतिक जीवन। यहाँ एक प्रश्न उठता है: मनुष्य की पशुता और उसकी मानवता, उसके पशु-जीवन और उसके मानव-जीवन, उसके भौतिक जीवन और उसके सांस्कृतिक तथा आध्यात्मिक जीवन के बीच क्या संबंध है? क्या इनमें से एक मूल है और दूसरा गौण? क्या एक आधार है और दूसरा उसका प्रतिबिंब? क्या एक आधारभूत संरचना है और दूसरा अधिरचना? क्या भौतिक जीवन आधारभूत संरचना और सांस्कृतिक जीवन अधिरचना है? क्या मनुष्य की पशुता आधारभूत संरचना और उसकी मानवता अधिरचना है? आज जिस बात पर चर्चा हो रही है, उसका संबंध समाजशास्त्र से है, मनोविज्ञान से नहीं। यह समाजशास्त्र के दृष्टिकोण से उठाई जाती है, मनोविज्ञान के दृष्टिकोण से नहीं; इसलिए चर्चा का रूप यह है: सामाजिक संस्थाओं में क्या आर्थिक संस्था, जो उत्पादन और उत्पादन-संबंधों से जुड़ी है, मूल और आधारभूत संरचना है, जबकि अन्य सभी सामाजिक संस्थाएँ—विशेषतः वे संस्थाएँ जिनमें मनुष्य की मानवता प्रकट होती है—गौण, अधिरचना और आर्थिक संस्था का प्रतिबिंब हैं? क्या विज्ञान, दर्शन, साहित्य, धर्म, क़ानून और नैतिकता तथा कला, हर युग में, आर्थिक वास्तविकताओं की अभिव्यक्तियाँ रहे हैं और उनमें अपने आप में किसी भी प्रकार की मौलिकता नहीं है? हाँ, प्रश्न इसी रूप में उठाया जाता है; लेकिन अनिवार्यतः समाजशास्त्र की यह चर्चा मनोवैज्ञानिक निष्कर्ष तक पहुँचती है और साथ ही मनुष्य के बारे में एक दार्शनिक चर्चा तक भी। १४ मनुष्य और आस्था तथा उसकी वास्तविकता और मौलिकता के बारे में यह चर्चा आज «मानव-मौलिकतावाद» या «मानवतावाद» कहलाती है, और इसका निष्कर्ष यह है कि मनुष्य की मानवता में किसी भी प्रकार की मौलिकता नहीं है; केवल उसकी पशुता मौलिक है। मनुष्य को अपनी पशुता के बरक्स «मानवता» नाम की कोई मौलिकता प्राप्त नहीं है; अर्थात उसी समूह का दृष्टिकोण पुष्ट होता है जो मनुष्य और पशु के बीच किसी बुनियादी अंतर को नकारता है। इस सिद्धांत के अनुसार न केवल मानवीय प्रवृत्तियों की मौलिकता— चाहे वे सत्य की खोज, भलाई, सुंदरता या ईश्वर की ओर उन्मुखता हों—नकार दी जाती है, बल्कि मनुष्य की विश्व और वास्तविकता के बारे में यथार्थवादी दृष्टि की मौलिकता भी नकार दी जाती है; क्योंकि कोई भी दृष्टि केवल दृष्टि, तटस्थ नहीं हो सकती। हर दृष्टि किसी विशेष भौतिक प्रवृत्ति को प्रतिबिंबित करती है और इसके सिवा कुछ हो ही नहीं सकती। अचरज की बात यह है कि कुछ विचारधाराएँ, जो ऐसा दृष्टिकोण रखती हैं, उसी समय मानवता, मानव-प्रेम और मानवतावाद की दुहाई देती हैं!!! सच्चाई यह है कि मनुष्य की विकास-यात्रा पशुता से शुरू होती है और मानवता की ओर बढ़ते हुए पूर्णता प्राप्त करती है।</w:t>
      </w:r>
    </w:p>
    <w:p>
      <w:pPr>
        <w:jc w:val="left"/>
      </w:pPr>
      <w:r>
        <w:rPr>
          <w:rFonts w:ascii="Calibri" w:hAnsi="Calibri" w:cs="Calibri"/>
          <w:sz w:val="28"/>
          <w:szCs w:val="28"/>
          <w:rtl w:val="0"/>
        </w:rPr>
        <w:t>यह सिद्धांत व्यक्ति और समाज, दोनों पर लागू होता है। मनुष्य अपने अस्तित्व के आरंभ में एक भौतिक शरीर होता है। सारभूत विकास-गति के साथ वह आत्मा या आध्यात्मिक तत्त्व में परिवर्तित हो जाता है। मनुष्य की आत्मा शरीर की गोद में जन्म लेती है, विकसित होती है और स्वतंत्र हो जाती है। मनुष्य की पशुता भी उस घोंसले और आश्रय की तरह है, जिसमें उसकी मानवता विकसित और परिपक्व होती है। जिस प्रकार विकास का गुण यह है कि विकसित होता हुआ अस्तित्व जितना अधिक विकसित होता है, उतना ही स्वतंत्र, आत्मनिर्भर, अपने परिवेश पर शासन करने वाला और उसे प्रभावित करने वाला बन जाता है; उसी प्रकार मनुष्य की मानवता—चाहे व्यक्ति में हो या समाज में—जितनी विकसित होती है, अन्य पहलुओं पर स्वतंत्रता और प्रभुत्व की ओर उतने ही कदम बढ़ाती है। एक विकसित मानव-व्यक्ति ऐसा व्यक्ति है, जिसे अपने बाहरी और भीतरी परिवेश पर सापेक्ष नियंत्रण प्राप्त होता है। १५ विकसित व्यक्ति का अर्थ है बाहरी और भीतरी परिवेश की अधीनता से मुक्त व्यक्ति, जो विचारधारा और आस्था पर निर्भर हो। समाज का विकास भी ठीक उसी तरह होता है, जिस तरह शरीर की गोद में आत्मा का विकास और व्यक्ति की पशुता की गोद में उसकी मानवता का विकास होता है। मानव समाज का बीज मुख्यतः आर्थिक संस्थाओं के माध्यम से बनता है। समाज के सांस्कृतिक और आध्यात्मिक पहलू समाज की आत्मा के समान हैं। जिस प्रकार शरीर और आत्मा के बीच पारस्परिक प्रभाव होता है, उसी प्रकार समाज की आत्मा और उसके अंगों, अर्थात् उसकी आध्यात्मिक और भौतिक संस्थाओं के बीच भी ऐसा ही संबंध होता है। जिस प्रकार व्यक्ति का विकास-क्रम आत्मा की अधिक स्वतंत्रता, स्वायत्तता और प्रभुत्व की ओर होता है, उसी प्रकार समाज का विकास-क्रम भी होता है; अर्थात् मानव समाज जितना अधिक विकसित होगा, उसका सांस्कृतिक जीवन उसके भौतिक जीवन पर उतनी ही अधिक स्वतंत्रता और प्रभुत्व प्राप्त करेगा। भविष्य का मनुष्य सांस्कृतिक प्राणी है, आर्थिक प्राणी नहीं। भविष्य का मनुष्य विचारधारा और आस्था का मनुष्य है, पेट और यौन-इच्छा का मनुष्य नहीं। निस्संदेह, इसका यह अर्थ नहीं है कि मानव समाज किसी नियतिवादी अनिवार्यता के तहत कदम-दर-कदम और सीधी रेखा में मानवीय मूल्यों की पूर्णता की ओर बढ़ता है और हर युग में मानव समाज इस दृष्टि से पिछले युग से एक कदम आगे ही होता है; संभव है कि मानवता अपने सामाजिक जीवन का कोई ऐसा दौर गुज़ारे, जिसमें तमाम तकनीकी और तकनीकी प्रगतियों के बावजूद, इस संबंध में इस्लामी दार्शनिकों का आत्मा और शरीर के पारस्परिक संबंध का एक सिद्धांत है, जिसे इस वाक्य में व्यक्त किया जाता है: «आत्मा और शरीर एक-दूसरे के लिए कारण और तैयारी का आधार बनते हैं।»</w:t>
      </w:r>
    </w:p>
    <w:p>
      <w:pPr>
        <w:jc w:val="left"/>
      </w:pPr>
      <w:r>
        <w:rPr>
          <w:rFonts w:ascii="Calibri" w:hAnsi="Calibri" w:cs="Calibri"/>
          <w:sz w:val="28"/>
          <w:szCs w:val="28"/>
          <w:rtl w:val="0"/>
        </w:rPr>
        <w:t>मानव और ईमान १६: मानव की आध्यात्मिकता अपने अतीत की तुलना में किसी चरण या कई चरणों में पतन की ओर गई हो जैसा कि आज हमारी सदी के मनुष्य के बारे में कहा जाता है; बल्कि इसका अर्थ यह है कि मनुष्य अपनी समस्त गतिविधियों में, भौतिक और आध्यात्मिक—दोनों दृष्टियों से, आगे बढ़ रहा है। मनुष्य की आध्यात्मिक दृष्टि से विकास-यात्रा सीधी रेखा पर एकसमान गति नहीं है; यह ऐसी गति है जिसमें कभी दाएँ या बाएँ विचलन होता है, ठहराव और कभी-कभी पीछे लौटना भी होता है, लेकिन समग्र रूप से यह आगे बढ़ने वाली और विकासशील गति है। इसी कारण हम कहते हैं कि भविष्य का मनुष्य सांस्कृतिक प्राणी है, आर्थिक प्राणी नहीं; भविष्य का मनुष्य विचारधारा और आस्था का मनुष्य है, पेट और यौन-इच्छा का मनुष्य नहीं। इस सिद्धांत के अनुसार, मनुष्य का मानवीय पक्ष अपनी मूलभूतता के कारण उसके उत्पादन के साधनों के विकास के साथ-साथ, बल्कि उससे पहले भी विकसित हुआ है और क्रमिक विकास के फलस्वरूप उसकी निर्भरता तथा उसके प्राकृतिक और सामाजिक परिवेश से प्रभावित होने में कमी आई है; उसकी मुक्ति, जो विचारधारा, आदर्श, पंथ और विचारधारा पर निर्भरता के समान है, और प्राकृतिक तथा सामाजिक परिवेश पर उसके प्रभाव में वृद्धि हुई है। भविष्य में वह और अधिक पूर्ण आध्यात्मिक स्वतंत्रता, अर्थात् स्वतंत्रता, तथा विचारधारा, आस्था और विचारधारा पर निर्भरता प्राप्त करेगा। अतीत में मनुष्य प्रकृति के उपहारों और अपने अस्तित्व के उपहारों से कम लाभान्वित होने के बावजूद, प्रकृति का अधिक बंदी और दास था, और अपनी पशुता का भी अधिक बंदी और दास था; लेकिन भविष्य का मनुष्य, प्रकृति और अपने अस्तित्व के उपहारों से अधिक लाभ उठाते हुए भी, प्रकृति की कैद और अपनी पशु-शक्तियों की कैद से अपेक्षाकृत अधिक मुक्त होगा और स्वयं पर तथा प्रकृति पर अपने शासन को बढ़ाएगा। इसलिए इस दृष्टिकोण के अनुसार, मानवीय वास्तविकता, यद्यपि उसके पशुवत और भौतिक विकास के साथ और उसी की गोद में प्रकट होती है, किसी भी तरह उसके भौतिक विकास की छाया, प्रतिबिंब या अधीनस्थ फल नहीं है; यह स्वयं एक स्वतंत्र और विकसित होती वास्तविकता है; जिस प्रकार यह भौतिक पहलुओं से प्रभावित होती है, उसी प्रकार उन पर प्रभाव भी डालती है। मनुष्य की अंतिम नियति का निर्धारण उसके मौलिक सांस्कृतिक विकास-क्रम और उसकी मौलिक मानवीय वास्तविकता से होता है, न कि उत्पादन के साधनों के विकास-क्रम से। यह मनुष्य की मानवता की मौलिक वास्तविकता है जो अपनी गति जारी रखती है और उत्पादन के साधनों सहित जीवन के अन्य पहलुओं का विकास करती है; ऐसा नहीं कि उत्पादन के साधन अपने-आप विकसित होते हैं और मनुष्य की मानवता उत्पादन-व्यवस्था को उचित ठहराने वाले किसी उपकरण की तरह बदलती और रूपांतरित होती है, और इसी कारण उसे विकास कहा जाता है क्योंकि वह अधिक विकसित उत्पादन-व्यवस्था को उचित ठहराती है। motahari.in motahari.in विज्ञान और ईमान: विज्ञान और ईमान का संबंध हमने मानव की मानवता और उसकी पशुता के संबंध को, दूसरे शब्दों में, मानव के सांस्कृतिक और आध्यात्मिक जीवन का उसके भौतिक जीवन के साथ संबंध माना। स्पष्ट हुआ कि मनुष्य में मानवता मौलिक और स्वतंत्र है; वह केवल उसके पशुवत जीवन का प्रतिबिंब नहीं है; और यह भी स्पष्ट हुआ कि विज्ञान और ईमान, मनुष्य की मानवता के दो मूलभूत स्तंभ हैं। अब हम देखना चाहते हैं कि ये दोनों स्तंभ और मानवता के ये दोनों पहलू आपस में किस प्रकार का संबंध रखते हैं या रख सकते हैं। दुर्भाग्य से, ईसाई जगत में पुराने नियम (तौरात) के कुछ विकृत अंशों के कारण लोगों के मन में ऐसा विचार घर कर गया है, जिससे विज्ञान और ईमान—दोनों को भारी नुकसान पहुँचा है। वह विचार विज्ञान और ईमान के बीच विरोध का विचार है। २० मानव और ईमान। इस विचार की मुख्य जड़ वही है जो पुराने नियम की उत्पत्ति की पुस्तक में आई है। उत्पत्ति की पुस्तक के दूसरे अध्याय, आयत १६ और १७ में आदम, स्वर्ग और निषिद्ध वृक्ष के बारे में इस प्रकार लिखा है: प्रभु ने आदम को आज्ञा दी और कहा: बाग के सभी वृक्षों से बिना रोक-टोक खाओ, लेकिन भले-बुरे के ज्ञान के वृक्ष से हरगिज़ न खाना, क्योंकि जिस दिन तुम उससे खाओगे, निश्चय ही मर जाओगे। तीसरे अध्याय की आयत १ से ८ में कहा गया है: और सर्प उन सभी जंगली पशुओं से अधिक चालाक था जिन्हें परमेश्वर ने बनाया था; उसने स्त्री (हव्वा) से कहा: क्या परमेश्वर ने सचमुच कहा है कि बाग के किसी भी वृक्ष का फल न खाना? स्त्री ने सर्प से कहा: हम बाग के वृक्षों के फल खाते हैं, लेकिन बाग के बीच में जो वृक्ष है, उसके फल के बारे में परमेश्वर ने कहा है कि उसे न खाना और न ही उसे छूना, कहीं ऐसा न हो कि तुम मर जाओ। सर्प ने स्त्री से कहा: तुम हरगिज़ नहीं मरोगी, बल्कि परमेश्वर जानता है कि जिस दिन तुम उससे खाओगी, तुम्हारी आँखें खुल जाएँगी और तुम परमेश्वर के समान भले-बुरे की जानकार हो जाओगी। और जब स्त्री ने देखा कि वह वृक्ष भोजन के लिए अच्छा, देखने में मनोहर और ज्ञान देने के लिए मनभावना है, तब उसने उसका फल तोड़ा और खाया, और अपने पति को भी दिया, और उसने भी खाया। तब उन दोनों की आँखें खुल गईं और उन्हें पता चला कि वे नग्न हैं; इसलिए उन्होंने अंजीर के पत्ते सिलकर अपने लिए आवरण बना लिए।</w:t>
      </w:r>
    </w:p>
    <w:p>
      <w:pPr>
        <w:jc w:val="left"/>
      </w:pPr>
      <w:r>
        <w:rPr>
          <w:rFonts w:ascii="Calibri" w:hAnsi="Calibri" w:cs="Calibri"/>
          <w:sz w:val="28"/>
          <w:szCs w:val="28"/>
          <w:rtl w:val="0"/>
        </w:rPr>
        <w:t>विज्ञान और ईमान, इसी अध्याय की आयत २३ में कहता है: २१ और प्रभु परमेश्वर ने कहा: देखो, मनुष्य हममें से एक के समान हो गया है, और भले-बुरे का जानकार बन गया है; अब ऐसा न हो कि वह अपना हाथ बढ़ाए और जीवन-वृक्ष से भी लेकर खा ले और सदा जीवित रहे। मनुष्य, परमेश्वर, ज्ञान और अवज्ञा के बारे में इस व्याख्या के अनुसार, परमेश्वर का आदेश (धर्म) यह है कि मनुष्य भले-बुरे का जानकार न बने और जागरूक न हो; निषिद्ध वृक्ष ज्ञान का वृक्ष है। मनुष्य परमेश्वर के आदेश का उल्लंघन और अवज्ञा करके, शिक्षाओं की अवहेलना करके—जो धर्मशास्त्रों और पैग़म्बरों ने दी हैं—ज्ञान और पहचान प्राप्त करता है; और इसी कारण उसे परमेश्वर के स्वर्ग से निकाल दिया जाता है। इस व्याख्या के अनुसार, सभी प्रलोभन ज्ञान के प्रलोभन हैं; इसलिए बहकाने वाला शैतान ही बुद्धि है। हम मुसलमानों ने क़ुरआन से सीखा है कि परमेश्वर ने आदम को सभी वास्तविकताओं के नाम सिखाए और फिर फ़रिश्तों को आदेश दिया कि वे आदम को सज्दा करें; और शैतान इस कारण दरबार से निकाला गया कि उसने वास्तविकताओं को जानने वाले ख़लीफ़तुल्लाह को सज्दा नहीं किया। और सुन्नत ने हमें सिखाया है कि निषिद्ध वृक्ष लोभ, लालच और इसी प्रकार की कोई चीज़ था; यानी ऐसी चीज़ जो आदम की पशुता से जुड़ी थी, न कि उसकी मनुष्यता से। और बहकाने वाला शैतान हमेशा बुद्धि के विरुद्ध और पशुवत वासनाओं के अनुरूप बहकाता है; और मनुष्य के अस्तित्व में शैतान का प्रतिनिधित्व करने वाली चीज़ उसकी नफ़्से-अम्मारा है, न कि मनुष्य की बुद्धि। हाँ, हम लोगों के लिए जिन्होंने ऐसा सीखा है, उत्पत्ति की पुस्तक में जो कुछ हम देखते हैं, वह अत्यंत आश्चर्यजनक है। यही व्याख्या यूरोप के सभ्यता-इतिहास को पिछले पंद्रह सौ वर्षों में ईमान के युग और विज्ञान के युग में बाँटती है और विज्ञान और ईमान को एक-दूसरे के विरोध में खड़ा करती है। जबकि इस्लामी सभ्यता का इतिहास बाँटा जाता है २२ मनुष्य और ईमान—उत्कर्ष के युग में, जो विज्ञान और ईमान का युग है, और पतन के युग में, जिसमें विज्ञान और ईमान दोनों का साथ-साथ पतन हुआ। हम मुसलमानों को इस ग़लत व्याख्या से स्वयं को बचाना चाहिए, जिसने विज्ञान, ईमान और मनुष्यता को अपूरणीय क्षति पहुँचाई है; और विज्ञान तथा ईमान के विरोध को आँख मूँदकर निर्विवाद सत्य नहीं मान लेना चाहिए। अब हम विश्लेषणात्मक दृष्टि से इस विषय पर विचार करना चाहते हैं और विद्वत्तापूर्ण दृष्टिकोण से चर्चा करना चाहते हैं कि क्या वास्तव में ये मनुष्यता के दो पहलू और दो आधार, प्रत्येक, अलग-अलग काल और युग से संबंधित हैं? क्या मनुष्य इस बात के लिए अभिशप्त है कि वह हमेशा अधूरा मनुष्य बना रहे और हर युग में उसके पास मनुष्यता का केवल आधा हिस्सा हो? क्या वह हमेशा इन दो प्रकार के दुर्भाग्यों में से किसी एक के लिए अभिशप्त है—अज्ञान और नादानी से पैदा होने वाले दुर्भाग्य, या ईमान के अभाव से पैदा होने वाले दुर्भाग्य? आगे स्पष्ट होगा कि हर ईमान अनिवार्य रूप से किसी विशेष चिंतन और विश्व तथा अस्तित्व की किसी विशिष्ट व्याख्या पर आधारित होता है; और निस्संदेह, विश्व की अनेक व्याख्याएँ और दृष्टिकोण भले ही किसी ईमान और लगाव का आधार बन सकते हैं, फिर भी वे तार्किक और वैज्ञानिक सिद्धांतों के अनुकूल नहीं होते और उन्हें अनिवार्यतः अस्वीकार करना पड़ता है। मुद्दा यह नहीं है; मुद्दा यह है कि क्या विश्व के बारे में कोई ऐसा चिंतन और दृष्टिकोण तथा अस्तित्व की कोई ऐसी व्याख्या मौजूद है, जिसे विज्ञान, दर्शन और तर्क—तीनों का समर्थन प्राप्त हो और जो सुखदायी ईमान की मज़बूत बुनियाद भी बन सके? यदि यह स्पष्ट हो जाए कि ऐसा दृष्टिकोण, चिंतन और विश्वदृष्टि मौजूद है, तो मनुष्य दो दुर्भाग्यों में से किसी एक के लिए अभिशप्त नहीं है। विज्ञान और ईमान के संबंध में दो पहलुओं से बात की जा सकती है: पहला, क्या ईमान और आदर्शों को जन्म देने वाली ऐसी व्याख्या और दृष्टि मौजूद है, जिसे तर्क का समर्थन भी प्राप्त हो; या क्या विज्ञान और दर्शन द्वारा दिए गए सभी विचार विज्ञान और ईमान २३ हमें देते हैं, वे सभी ईमान, लगाव, आशाओं और आशावाद के विरुद्ध हैं? यही वह समस्या है जिस पर आगे “विश्वदृष्टि” शीर्षक के अंतर्गत चर्चा करेंगे। दूसरा पहलू एक ओर विज्ञान के और दूसरी ओर ईमान के मनुष्य पर पड़ने वाले प्रभावों से संबंधित है। क्या विज्ञान हमें एक दिशा में बुलाता है और ईमान किसी दूसरी, उसके विपरीत दिशा में? क्या विज्ञान हमें एक ढंग का मनुष्य बनाना चाहता है और ईमान उससे विपरीत ढंग का? क्या विज्ञान हमें एक ओर ले जाता है और ईमान दूसरी ओर? या विज्ञान और ईमान एक-दूसरे के पूरक और सहायक हैं—विज्ञान हमारे आधे व्यक्तित्व को गढ़ता है और ईमान उसके अनुरूप दूसरे आधे को? तो आइए देखें कि विज्ञान हमें क्या देता है और ईमान क्या। विज्ञान हमें प्रकाश और सामर्थ्य देता है, और ईमान प्रेम, आशा और ऊष्मा। विज्ञान साधन बनाता है और ईमान लक्ष्य; विज्ञान गति देता है और ईमान दिशा। विज्ञान सक्षम होना है और ईमान अच्छा चाहना। विज्ञान दिखाता है कि क्या है, और ईमान प्रेरणा देता है कि क्या करना चाहिए; विज्ञान बाहरी क्रांति है और ईमान आंतरिक क्रांति। विज्ञान संसार को मनुष्य का संसार बनाता है और ईमान आत्मा को मानवीय आत्मा बनाता है। विज्ञान मनुष्य के अस्तित्व का क्षैतिज विस्तार करता है और ईमान उसे ऊर्ध्व दिशा में ऊपर उठाता है। विज्ञान प्रकृति का निर्माण करता है और ईमान मनुष्य का; विज्ञान भी मनुष्य को शक्ति देता है और ईमान भी, लेकिन विज्ञान अलग-थलग शक्ति देता है और ईमान जुड़ी हुई शक्ति। विज्ञान सुंदरता है और ईमान भी सुंदरता है; विज्ञान बुद्धि की सुंदरता है और ईमान आत्मा की सुंदरता। विज्ञान विचार की सुंदरता है और ईमान भावना की सुंदरता। विज्ञान भी मनुष्य को सुरक्षा देता है और ईमान भी। विज्ञान बाहरी सुरक्षा देता है और ईमान आंतरिक सुरक्षा। विज्ञान बीमारियों, बाढ़, भूकंप और तूफ़ानों के आक्रमण से सुरक्षा देता है, और ईमान बेचैनी, अकेलेपन, असहायता की भावना और निरर्थकता-बोध के विरुद्ध। विज्ञान संसार को मनुष्य के अनुकूल बनाता है और ईमान मनुष्य को स्वयं के साथ। २४ मनुष्य और ईमान—विज्ञान और ईमान, दोनों की मनुष्य को आवश्यकता ने धार्मिक और अधार्मिक, सभी विचारकों का गहरा ध्यान आकर्षित किया है। अल्लामा मुहम्मद इक़बाल लाहौरी कहते हैं: आज मानवता को तीन चीज़ों की ज़रूरत है—विश्व की आध्यात्मिक व्याख्या, व्यक्ति की आध्यात्मिक स्वतंत्रता, और ऐसे बुनियादी सिद्धांत जिनका प्रभाव वैश्विक हो और जो मानव समाज के विकास को आध्यात्मिक आधार पर उचित ठहराएँ।</w:t>
      </w:r>
    </w:p>
    <w:p>
      <w:pPr>
        <w:jc w:val="left"/>
      </w:pPr>
      <w:r>
        <w:rPr>
          <w:rFonts w:ascii="Calibri" w:hAnsi="Calibri" w:cs="Calibri"/>
          <w:sz w:val="28"/>
          <w:szCs w:val="28"/>
          <w:rtl w:val="0"/>
        </w:rPr>
        <w:t>इसमें कोई संदेह नहीं कि आधुनिक यूरोप ने इन क्षेत्रों में विचारों और आदर्शों की प्रणालियाँ स्थापित की हैं, लेकिन अनुभव बताता है कि केवल शुद्ध बुद्धि के मार्ग से प्राप्त सत्य में वह ऊष्मा नहीं हो सकती जो जीवंत आस्था में होती है और जो केवल व्यक्तिगत प्रेरणा से प्राप्त होती है। यही कारण है कि शुद्ध बुद्धि ने मानवजाति पर विशेष प्रभाव नहीं डाला, जबकि धर्म निरंतर व्यक्तियों के उत्थान और मानव समाजों के स्वरूप में परिवर्तन का स्रोत रहा है। यूरोप का आदर्शवाद कभी उसके जीवन में जीवंत शक्ति नहीं बन पाया और उसका परिणाम एक भटकता हुआ आत्म है, जो परस्पर असंगत लोकतंत्रों के बीच अपनी खोज में लगा रहता है; उनका काम केवल गरीबों का शोषण करके अमीरों को लाभ पहुँचाना है। मेरी बात मानिए कि आज का यूरोप मानवता की नैतिक प्रगति के मार्ग में सबसे बड़ी बाधा है। दूसरी ओर, मुसलमानों के पास ऐसे विचार और आदर्श हैं जो निरपेक्ष हैं और ईश्वरीय प्रकाशना पर आधारित हैं, जो जीवन की अंतरतम गहराइयों से व्यक्त होने के कारण उसके बाहरी रूप को आंतरिक रंग प्रदान करती है। मुसलमान के लिए जीवन का आध्यात्मिक आधार आस्था का विषय है और इस आस्था की रक्षा के लिए वह सहज ही अपने जीवन, ज्ञान और ईमान का बलिदान कर देता है। २५ सभ्यता के इतिहास के प्रसिद्ध लेखक विल ड्यूरांट, धार्मिक न होते हुए भी, कहते हैं: प्राचीन दुनिया और आधुनिक मशीनी दुनिया में अंतर केवल साधनों का है, उद्देश्यों का नहीं... यदि हमारी सारी प्रगतियाँ केवल तरीकों और साधनों का सुधार हों, न कि लक्ष्यों और उद्देश्यों का सुधार, तो आप क्या कहेंगे? वे यह भी कहते हैं: धन थका देने वाला है, बुद्धि और विवेक ठंडी, मंद रोशनी हैं, लेकिन प्रेम ही अवर्णनीय उदारता से हृदयों को गर्म करता है। motahari.in आज आम तौर पर यह समझ लिया गया है कि साइंटिज़्म (केवल विज्ञानवाद और विशुद्ध वैज्ञानिक शिक्षा) मनुष्य को संपूर्ण मनुष्य बनाने में पूरी तरह असमर्थ है। विशुद्ध वैज्ञानिक शिक्षा आधा मनुष्य बनाती है, संपूर्ण मनुष्य नहीं; इस शिक्षा का उत्पाद मनुष्य का कच्चा माल है, गढ़ा हुआ मनुष्य नहीं। यह सक्षम और शक्तिशाली मनुष्य बनाती है, सद्गुणी मनुष्य नहीं; यह एक आयामी मनुष्य बनाती है, बहुआयामी मनुष्य नहीं। आज सब समझ चुके हैं कि केवल विज्ञान का युग समाप्त हो चुका है। इस्लाम में धार्मिक चिंतन का पुनरुत्थान, अनुवाद: अहमद आराम, पृ. २०३। ... दर्शन के सुख, पृ. २९२ वही, पृ. १३५</w:t>
      </w:r>
    </w:p>
    <w:p>
      <w:pPr>
        <w:jc w:val="left"/>
      </w:pPr>
      <w:r>
        <w:rPr>
          <w:rFonts w:ascii="Calibri" w:hAnsi="Calibri" w:cs="Calibri"/>
          <w:sz w:val="28"/>
          <w:szCs w:val="28"/>
          <w:rtl w:val="0"/>
        </w:rPr>
        <w:t>२६ मनुष्य और आस्था का एक आदर्शगत शून्य समाजों को धमका रहा है। कुछ लोग इस शून्य को विशुद्ध दर्शन से भरना चाहते हैं; कुछ ने साहित्य, कला और मानविकी का सहारा लिया है। हमारे देश में भी, कमोबेश, इस शून्य को भरने के लिए मानवतावादी संस्कृति और विशेषकर सूफ़ी साहित्य—जैसे मौलवी, सादी और हाफ़िज़ का साहित्य—प्रस्तावित किया जाता है, इस बात से अनजान कि इस साहित्य ने अपनी आत्मा और आकर्षण धर्म से प्राप्त किया है। इस साहित्य की मानवतावादी आत्मा वही इस्लामी धार्मिक आत्मा है; वरना आज के कुछ आधुनिक साहित्य, मानवतावाद का इतना दिखावा करने के बावजूद, इतने ठंडे, बेजान और नीरस क्यों हैं?! हमारे सूफ़ी साहित्य की मानवीय विषयवस्तु संसार और मनुष्य के बारे में एक प्रकार की विचारधारा से उपजी है, जो इस्लामी विचारधारा ही है। यदि इन साहित्यिक उत्कृष्ट कृतियों से इस्लामी आत्मा निकाल लें, तो थूक का एक लोथड़ा और एक मृत शरीर ही शेष रह जाएगा। विल ड्यूरां उन लोगों में से हैं जो इस शून्य को महसूस करते हैं और इसे भरने के लिए साहित्य, दर्शन और कला का सुझाव देते हैं। वे कहते हैं: हमारे स्कूलों और विश्वविद्यालयों को जो हानि और नुकसान हो रहा है, वह स्पेंसर के उस शैक्षिक सिद्धांत से भी बड़ा है, जिसमें शिक्षा को मनुष्य को उसके परिवेश के अनुकूल बनाना कहा गया है। यह परिभाषा मृत और यांत्रिक है तथा यांत्रिकी की श्रेष्ठता के दर्शन से निकली है; हर सृजनशील मन और आत्मा इससे घृणा करती है। इसका परिणाम यह हुआ कि हमारे स्कूल सैद्धांतिक और यांत्रिक विज्ञानों से भर गए हैं और साहित्य, इतिहास, दर्शन तथा कला के उन विषयों से खाली हो गए हैं, जिन्हें वे स्वयं अनुपयोगी कहते हैं... केवल वैज्ञानिक शिक्षा देने वाली शिक्षा—उन्नीसवीं सदी के प्रसिद्ध अंग्रेज़ दार्शनिक। विज्ञान और आस्था, २७। उसका परिणाम औज़ारों के सिवा कुछ नहीं होता; वह व्यक्ति को सौंदर्य से अपरिचित और प्रज्ञा से अलग कर देती है। दुनिया के लिए बेहतर होता कि स्पेंसर ने कोई किताब ही न लिखी होती। आश्चर्य है कि विल ड्यूरां यह स्वीकार करते हैं कि यहाँ मौजूद शून्य मूलतः एक आदर्शगत शून्य है; यह उद्देश्यों, लक्ष्यों और आदर्शों के क्षेत्र का शून्य है—ऐसा शून्य जो शून्यवाद की ओर ले गया है; वे यह भी स्वीकार करते हैं कि यह शून्य एक नई विचारधारा और मानवीय उद्देश्यों तथा लक्ष्यों में आस्था का शून्य है; इसके बावजूद वे मानते हैं कि किसी भी प्रकार की आध्यात्मिकता से—भले ही वह कल्पना की सीमा से आगे न जाती हो— इसका उपचार हो सकता है; वे समझते हैं कि इतिहास, कला, सौंदर्य, कविता और संगीत में रमना उस शून्य को भर सकता है, जो मनुष्य की आदर्शाभिलाषी और पूर्णता की खोज करने वाली प्रकृति की गहराई से उपजा है। विज्ञान और आस्था का एक-दूसरे का स्थान लेना। हमने जान लिया कि विज्ञान और आस्था न केवल एक-दूसरे के विरोधी नहीं, बल्कि एक-दूसरे के पूरक हैं। अब एक और प्रश्न उठता है: क्या यह संभव है कि ये दोनों एक-दूसरे का स्थान ले लें? जब हम विज्ञान की भूमिका और आस्था की भूमिका को जान चुके हैं, तो इस प्रश्न को उठाने और इसका उत्तर देने की बहुत आवश्यकता नहीं है। स्पष्ट है कि विज्ञान आस्था का स्थान नहीं ले सकता, जो प्रकाश और सामर्थ्य के साथ-साथ प्रेम और आशा भी देती है, हमारी इच्छाओं के स्तर को ऊँचा उठाती है और लक्ष्यों तक पहुँचने में हमारी मदद करने के अतिरिक्त—दर्शन के सुख, पृ. २०६; २८ मनुष्य और आस्था—पहुँचने में तथा उन लक्ष्यों की ओर जाने वाले मार्ग पर चलने में हमारी सहायता करने के साथ-साथ, हमारे ऐसे उद्देश्यों, आदर्शों और इच्छाओं को हमसे छीन लेती है जो प्रकृति और सहज प्रवृत्ति के कारण व्यक्तिवाद और स्वार्थ के इर्द-गिर्द घूमते हैं, और इसके बदले हमें ऐसे उद्देश्य, आदर्श और इच्छाएँ देती है जो प्रेम तथा आध्यात्मिक और रूहानी लगावों पर आधारित होते हैं; और हमारे हाथ में एक साधन होने के साथ-साथ हमारे सार और प्रकृति को बदल देती है। न ही आस्था विज्ञान का स्थान ले सकती है, प्रकृति से हमारा परिचय करा सकती है, उसके नियमों को हमारे सामने प्रकट कर सकती है और हमें स्वयं से परिचित करा सकती है। ऐतिहासिक अनुभवों ने दिखाया है कि विज्ञान और आस्था का अलगाव अपूरणीय हानियाँ लेकर आया है। आस्था को विज्ञान के प्रकाश में समझना चाहिए। विज्ञान के प्रकाश में आस्था अंधविश्वासों से दूर रहती है; विज्ञान के आस्था से दूर हो जाने पर आस्था जड़ता और अंध कट्टरता में बदल जाती है और तीव्रता से अपने ही इर्द-गिर्द घूमती रहती है, बिना कहीं पहुँचे। जहाँ विज्ञान और ज्ञान नहीं होते, वहाँ अज्ञानी विश्वासियों की आस्था चालाक पाखंडियों के हाथों का औज़ार बन जाती है। इसका उदाहरण हमने आरंभिक इस्लामी काल के ख़ारिजियों में और बाद के कालखंडों में विभिन्न रूपों में देखा है और देखते आ रहे हैं। motahari.in आस्था के बिना विज्ञान भी किसी नशे में धुत ज़ंगी के हाथ की तलवार है; आधी रात में चोर के हाथ का ऐसा दीया है जिससे वह चुन-चुनकर माल ले जा सके। यही कारण है कि आज का आस्थाहीन विद्वान, कल के आस्थाहीन अज्ञानी मनुष्य से अपने व्यवहारों और कर्मों की प्रकृति और सार में रत्ती भर भी अलग नहीं है। आज के चर्चिलों, जॉनसनों, निक्सनों और स्टालिनों तथा कल के फ़िरऔनों, चंगेज़ ख़ानों और अत्तिलाओं में क्या अंतर है? संभव है कोई कहे: क्या विज्ञान प्रकाश और सामर्थ्य, दोनों नहीं है? प्रकाश और सामर्थ्य होने के नाते विज्ञान केवल बाहरी संसार तक सीमित नहीं है; वह हमारे भीतरी संसार को भी हमारे सामने रोशन करता है और हमें दिखाता है; विज्ञान और आस्था, २९—नतीजतन हमें भीतरी संसार को बदलने में भी सक्षम बनाता है। इसलिए विज्ञान संसार और मनुष्य, दोनों का निर्माण कर सकता है; अतः वह अपना काम—संसार का निर्माण—और आस्था का काम—मनुष्य का निर्माण—भी करता है। इसका उत्तर यह है कि ये सभी बातें सही हैं, लेकिन मूल बात यह है कि विज्ञान की शक्ति और सामर्थ्य एक प्रकार की साधनगत शक्ति और सामर्थ्य है; अर्थात यह मनुष्य की इच्छा और आदेश पर निर्भर करती है। मनुष्य जिस क्षेत्र में भी कोई काम करना चाहे, विज्ञान के साधनों से वह उसे बेहतर ढंग से कर सकता है। इसीलिए हम कहते हैं कि विज्ञान मनुष्य का सबसे अच्छा सहायक है—अपने उद्देश्यों तक पहुँचने और उन रास्तों पर चलने में जिन्हें मनुष्य ने तय करने के लिए चुना है। लेकिन चर्चा किसी और बात की है। चर्चा इस बात की है कि मनुष्य औज़ारों को काम में लगाने से पहले ही लक्ष्य को ध्यान में रख चुका होता है। औज़ारों का उपयोग हमेशा लक्ष्यों की प्राप्ति के लिए किया जाता है। लक्ष्य कहाँ से पैदा हुए हैं?</w:t>
      </w:r>
    </w:p>
    <w:p>
      <w:pPr>
        <w:jc w:val="left"/>
      </w:pPr>
      <w:r>
        <w:rPr>
          <w:rFonts w:ascii="Calibri" w:hAnsi="Calibri" w:cs="Calibri"/>
          <w:sz w:val="28"/>
          <w:szCs w:val="28"/>
          <w:rtl w:val="0"/>
        </w:rPr>
        <w:t>मनुष्य इस कारण कि स्वभावतः पशु है और अर्जित रूप से मनुष्य, अर्थात् मनुष्य की मानवीय क्षमताएँ धीरे-धीरे आस्था के प्रकाश में विकसित होनी चाहिए, अपने स्वभाव के अनुसार अपने प्राकृतिक, पशुवत्, व्यक्तिगत और भौतिक स्वार्थी उद्देश्यों की ओर बढ़ता है और औज़ारों का उपयोग इसी मार्ग में करता है; इसलिए उसे ऐसी शक्ति की आवश्यकता है जो न मनुष्य का औज़ार हो, न मनुष्य का उद्देश्य, बल्कि मनुष्य को एक औज़ार की तरह अपनी दिशा में ले जाए; ऐसी शक्ति चाहिए जो मनुष्य को भीतर से विस्फोटित करे और उसकी छिपी हुई क्षमताओं को साकार करे; ऐसी शक्ति चाहिए जो उसके अंतर्मन में क्रांति ला सके और उसे नई दिशा दे। यह ऐसा काम है जिसे विज्ञान और प्रकृति तथा मनुष्य पर शासन करने वाले नियमों की खोज नहीं कर सकती। इस प्रकार का प्रभाव मनुष्य की आत्मा में कुछ मूल्यों के पवित्र और मूल्यवान बन जाने से उत्पन्न होता है और वह स्वयं मनुष्य की कुछ उच्चतर प्रवृत्तियों से उत्पन्न होता है, और वे प्रवृत्तियाँ ३० मनुष्य और आस्था के बारे में एक विशेष दृष्टिकोण और विशेष विचारधारा से उत्पन्न होती हैं, जो न तो प्रयोगशालाओं में प्राप्त की जा सकती हैं, न ही उन धारणाओं को अनुमान और तर्क की विषयवस्तु से पाया जा सकता है; वे धारणाएँ वही हैं जिन्हें हम आगे स्पष्ट करेंगे कि वे विज्ञान की पहुँच से बाहर हैं। अतीत और वर्तमान का इतिहास दिखा चुका है कि विज्ञान और आस्था को एक-दूसरे से अलग करने के क्या परिणाम होते हैं। जहाँ आस्था थी और विज्ञान नहीं था, वहाँ व्यक्तियों के मानवतावादी प्रयास ऐसे कार्यों पर खर्च हुए जिनसे बहुत अधिक और कभी-कभी अच्छा परिणाम भी नहीं निकला, और कभी-कभी वे कट्टरताओं, जड़ताओं तथा कभी-कभार हानिकारक संघर्षों का स्रोत बने। मानवता का अतीत का इतिहास ऐसी बातों से भरा है। जहाँ विज्ञान था और आस्था का स्थान खाली रह गया था—जैसे वर्तमान युग के कुछ समाजों में—वहाँ सारी वैज्ञानिक शक्ति स्वार्थ, आत्ममोह और अधिक पाने की लालसा, श्रेष्ठता की आकांक्षा, शोषण, दासता, छल-कपट और धूर्तताओं पर खर्च हुई है। पिछले दो-तीन शताब्दियों को विज्ञान की पूजा और आस्था से पलायन का युग कहा जा सकता है। अनेक वैज्ञानिकों ने माना कि मनुष्य की सभी समस्याएँ विज्ञान की उँगलियों के इशारे से हल हो जाएँगी, लेकिन अनुभव ने इसका उलटा सिद्ध किया। आज ऐसा कोई विचारक नहीं मिलता जो मनुष्य की किसी प्रकार की आस्था की आवश्यकता को—भले ही वह गैर-धार्मिक आस्था हो, जो हर हाल में विज्ञान से परे की चीज़ है—नकारे। भौतिकवादी प्रवृत्तियों वाले बर्ट्रेंड रसेल भी स्वीकार करते हैं कि ऐसा काम जिसका उद्देश्य केवल आय हो, कोई उपयोगी परिणाम नहीं देगा। ऐसे परिणाम के लिए ऐसा काम अपनाना चाहिए जिसमें उसमें</w:t>
      </w:r>
    </w:p>
    <w:p>
      <w:pPr>
        <w:jc w:val="left"/>
      </w:pPr>
      <w:r>
        <w:rPr>
          <w:rFonts w:ascii="Calibri" w:hAnsi="Calibri" w:cs="Calibri"/>
          <w:sz w:val="28"/>
          <w:szCs w:val="28"/>
          <w:rtl w:val="0"/>
        </w:rPr>
        <w:t>ज्ञान और आस्था ३१ आस्था किसी व्यक्ति, किसी विचारधारा, किसी लक्ष्य में निहित होनी चाहिए। आज भौतिकवादी भी विवश होकर यह दावा करते हैं कि हम दार्शनिक दृष्टि से भौतिकवादी और नैतिक दृष्टि से आदर्शवादी हैं; अर्थात सैद्धांतिक दृष्टि से भौतिकवादी और व्यावहारिक तथा आदर्शवादी दृष्टि से आध्यात्मिक हैं। यह कैसे संभव है कि मनुष्य सैद्धांतिक रूप से भौतिकवादी हो और व्यवहार में आध्यात्मिक—यह समस्या स्वयं भौतिकवादियों को सुलझानी चाहिए। जॉर्ज सार्टन, विश्वविख्यात वैज्ञानिक और प्रसिद्ध पुस्तक ‘विज्ञान का इतिहास’ के लेखक, ‘छह पंख’ नामक पुस्तक में विज्ञान की अपर्याप्तता और असमर्थता को मानवीय संबंधों को मानवीय बनाने में तथा मनुष्य की आस्था की शक्ति की तत्काल आवश्यकता को इस प्रकार व्यक्त करते हैं: विज्ञान ने कुछ क्षेत्रों में विशाल और आश्चर्यजनक प्रगति की है, लेकिन अन्य क्षेत्रों में, उदाहरण के लिए राष्ट्रीय या अंतरराष्ट्रीय राजनीति में, जो मनुष्यों के आपसी संबंधों से जुड़ी है, हम अब भी स्वयं को उपहास का पात्र बना रहे हैं। जॉर्ज सार्टन स्वीकार करते हैं कि मनुष्य को जिस आस्था की आवश्यकता है, वह धार्मिक आस्था है। वे मनुष्य की ‘कला, धर्म और विज्ञान’ की त्रयी की आवश्यकता के बारे में इस प्रकार कहते हैं: ‘विवाह और नैतिकता २’, जॉर्ज पोलित्ज़र, ‘दर्शनशास्त्र के प्रारंभिक सिद्धांत’, ‘मनुष्य और आस्था’। कला सौंदर्य को प्रकट करती है और इसी कारण जीवन आनंदमय बनता है। धर्म प्रेम उत्पन्न करता है और जीवन का संगीत है। विज्ञान सत्य, यथार्थ और बुद्धि से सरोकार रखता है और मानवजाति को जागरूक बनाता है। हमें इन तीनों की आवश्यकता है—कला की भी, धर्म की भी और विज्ञान की भी। जीवन के लिए विज्ञान नितांत आवश्यक है, लेकिन वह कभी भी अकेले पर्याप्त नहीं है। motahari.in ‘छह पंख’, पृ. ३०५। धार्मिक आस्था पिछले विषयों से यह स्पष्ट हो चुका है कि मनुष्य विचार, आदर्श और आस्था के बिना स्वस्थ जीवन नहीं जी सकता, न ही मानवता और मानव सभ्यता के लिए कोई उपयोगी तथा फलदायी कार्य कर सकता है। जो मनुष्य किसी भी विचार या आस्था से रहित होता है, वह या तो ऐसा प्राणी बन जाता है जो स्वार्थ में डूबा रहता है और कभी भी व्यक्तिगत हितों के घेरे से बाहर नहीं निकलता, या फिर ऐसा प्राणी जो दुविधाग्रस्त और भटकता हुआ है तथा जीवन में अपनी भूमिका और नैतिक एवं सामाजिक मामलों में अपना कर्तव्य नहीं जानता। मनुष्य का नैतिक और सामाजिक प्रश्नों से निरंतर सामना होता है और उसे अनिवार्यतः ऐसे प्रश्नों के प्रति कोई विशेष प्रतिक्रिया देनी पड़ती है। यदि मनुष्य किसी विचारधारा, मत और आस्था से जुड़ा हो, तो उसका कर्तव्य स्पष्ट होता है; लेकिन यदि कोई विचारधारा या मत उसका कर्तव्य स्पष्ट न करे, तो वह हमेशा दुविधा में रहता है; कभी इस ओर खिंचता है, कभी उस ओर; वह एक ऐसा प्राणी बन जाता है जो असंगत है। मनुष्य और आस्था निस्संदेह, किसी विचारधारा और आदर्श से जुड़ने की आवश्यकता के बारे में कोई संदेह नहीं है; जिस बात पर ध्यान देना आवश्यक है, वह यह है कि केवल धार्मिक आस्था ही मनुष्य को सच्चा आस्थावान बना सकती है; वह स्वार्थ और आत्मपूजा को आस्था, विश्वास और विचारधारा के अधीन कर सकती है, और व्यक्ति में एक प्रकार की श्रद्धा और समर्पण भी पैदा कर सकती है, इस तरह कि विचारधारा द्वारा प्रस्तुत छोटे-से-छोटे प्रश्न में भी मनुष्य को संदेह न हो और वह उसे एक प्रिय, मूल्यवान और अनमोल वस्तु बना दे, यहाँ तक कि उसके बिना जीवन उसके लिए निरर्थक और अर्थहीन हो जाए तथा वह एक प्रकार के जोश और पक्षपात के साथ उसकी रक्षा करे। धार्मिक आस्थाएँ मनुष्य को अपनी स्वाभाविक व्यक्तिगत प्रवृत्तियों के विपरीत प्रयास करने और कभी-कभी अपने अस्तित्व तथा प्रतिष्ठा को अपनी आस्था के लिए बलिदान करने के लिए प्रेरित करती हैं। यह तभी संभव है जब मनुष्य का आदर्श पवित्रता प्राप्त करे और उसके अस्तित्व पर पूर्ण प्रभुत्व स्थापित कर ले। केवल धार्मिक शक्ति ही आदर्शों को पवित्रता प्रदान कर सकती है और उनके आदेशों को पूरी शक्ति के साथ मनुष्य पर लागू कर सकती है। कभी-कभी लोग विचारधारा और धार्मिक विश्वास के कारण नहीं, बल्कि कुंठाओं, द्वेष, बदला लेने की भावना और अंततः दबाव तथा अन्याय के एहसास के विरुद्ध तीव्र प्रतिक्रिया के रूप में बलिदान करते हैं और अपने प्राण, धन तथा अपनी सारी प्रतिष्ठा त्याग देते हैं, जैसा कि हम दुनिया के कोने-कोने में इसके उदाहरण देखते हैं। लेकिन धार्मिक और गैर-धार्मिक विचारधारा में अंतर यह है कि जहाँ धार्मिक विश्वास सामने आता है और किसी विचार को पवित्रता प्रदान करता है, वहाँ बलिदान पूरी संतुष्टि और स्वाभाविक रूप से किए जाते हैं। अंतर है उस काम में जो संतोष और आस्था से किया जाए—धार्मिक आस्था एक प्रकार का चुनाव है—और उस काम में जो कुंठाओं तथा कष्टदायक आंतरिक दबावों के प्रभाव में किया जाए; वह एक प्रकार का विस्फोट है। दूसरे, यदि मनुष्य का विश्वदृष्टिकोण केवल भौतिकवादी हो और वास्तविकता को केवल इंद्रियग्राह्य वस्तुओं तक सीमित माने, तो विचारों की पूजा और सामाजिक तथा मानवीय आदर्शों की आकांक्षा, उन प्रत्यक्ष वास्तविकताओं के विपरीत होगी जिन्हें मनुष्य उस समय संसार के साथ अपने संबंधों में अनुभव करता है। इंद्रियग्राह्य विश्वदृष्टि का परिणाम आत्मपूजा है, न कि आदर्शों की पूजा। यदि आदर्शों की पूजा ऐसी विश्वदृष्टि पर आधारित न हो जिसका तार्किक परिणाम वे आदर्श हों, तो वह कल्पना-पूजा की सीमा से आगे नहीं बढ़ती; अर्थात मनुष्य को मौजूदा वास्तविकताओं से अलग एक दुनिया अपने भीतर और अपनी कल्पना से बनानी पड़ती है और उसी में संतुष्ट रहना पड़ता है। लेकिन यदि आदर्शों की पूजा धर्म और मज़हब से उपजी हो, तो वह एक ऐसी विश्वदृष्टि पर आधारित होती है जिसका तार्किक परिणाम सामाजिक विचारों और आदर्शों का अनुसरण करना है। धार्मिक आस्था मनुष्य और संसार के बीच मैत्रीपूर्ण संबंध है; दूसरे शब्दों में, यह एक प्रकार का मनुष्य और संसार के व्यापक आदर्शों के बीच सामंजस्य है; लेकिन गैर-धार्मिक आस्था और आदर्श संसार से एक प्रकार का अलगाव हैं और अपने लिए एक काल्पनिक संसार का निर्माण हैं, जिसे बाहरी संसार का किसी भी तरह का सहारा नहीं मिलता। धार्मिक आस्था मनुष्य के लिए केवल प्राकृतिक प्रवृत्तियों के विपरीत कुछ कर्तव्य ही निर्धारित नहीं करती, बल्कि वह मनुष्य की दृष्टि में संसार का रूप बदल देती है; संसार की संरचना में इंद्रियग्राह्य तत्वों के अतिरिक्त अन्य तत्वों को प्रस्तुत करती है; वह नीरस, शीतल, यांत्रिक और भौतिक संसार को एक सजीव, संवेदनशील और चेतन संसार में बदल देती है। धार्मिक आस्था संसार और सृष्टि के प्रति मनुष्य की धारणा को बदल देती है। बीसवीं सदी के आरंभ के अमेरिकी दार्शनिक और मनोवैज्ञानिक विलियम जेम्स कहते हैं:</w:t>
      </w:r>
    </w:p>
    <w:p>
      <w:pPr>
        <w:jc w:val="left"/>
      </w:pPr>
      <w:r>
        <w:rPr>
          <w:rFonts w:ascii="Calibri" w:hAnsi="Calibri" w:cs="Calibri"/>
          <w:sz w:val="28"/>
          <w:szCs w:val="28"/>
          <w:rtl w:val="0"/>
        </w:rPr>
        <w:t>मनुष्य और आस्था: धार्मिक विचार जिस संसार से हमारा परिचय कराता है, वह केवल वही भौतिक संसार नहीं है जिसका रूप-रंग बदल गया हो, बल्कि उस संसार की संरचना में भी उससे अधिक चीज़ें हैं, जितनी एक भौतिकवादी के संसार में हो सकती हैं। इन सबके अतिरिक्त, पवित्र और पूजनीय सत्यों तथा वास्तविकताओं की ओर झुकाव हर मनुष्य के स्वभाव में मौजूद है; मनुष्य संभावनाओं और गैर-भौतिक योग्यताओं की एक शृंखला का केंद्र है, जो विकसित होने के लिए तैयार हैं। मनुष्य की इच्छाएँ केवल भौतिक इच्छाओं तक सीमित नहीं हैं और आध्यात्मिक झुकाव केवल सिखाए हुए या अर्जित किए हुए नहीं हैं। यह एक ऐसा सत्य है जिसकी पुष्टि विज्ञान करता है। विलियम जेम्स कहते हैं: हमारी इच्छाओं के उद्दीपक और प्रेरक चाहे इस संसार से उत्पन्न हुए हों, हमारी अधिकांश इच्छाएँ और आकांक्षाएँ परलोक से उत्पन्न हुई हैं, क्योंकि उनमें से अधिकतर भौतिक गणनाओं के अनुरूप नहीं बैठतीं। चूँकि ये इच्छाएँ मौजूद हैं, इसलिए इन्हें विकसित किया जाना चाहिए; और यदि इन्हें ठीक से विकसित न किया जाए तथा सही ढंग से उपयोग में न लाया जाए, तो ये भटकाव के रास्ते पर चली जाती हैं और अकल्पनीय हानि पहुँचाती हैं; जैसे मूर्तिपूजा, मनुष्य-पूजा, प्रकृति-पूजा और हज़ारों तरह की उपासनाएँ भी इसी प्रक्रिया का परिणाम हैं। एरिक फ़्रॉम कहते हैं: ऐसा कोई व्यक्ति नहीं है जिसे किसी धर्म की आवश्यकता न हो और जिसे दिशा-निर्धारण के लिए कोई कसौटी तथा अपने लगाव के लिए कोई विषय न चाहिए। हो सकता है कि उसे यह एहसास न हो कि उसकी समूची मान्यताएँ एक धर्म हैं, जो गैर-धार्मिक विचारों से अलग हैं; और इसके विपरीत, वह यह भी सोच सकता है कि उसका कोई धर्म नहीं है और शक्ति तथा धन या सफलता जैसे प्रत्यक्षतः गैर-धार्मिक लक्ष्यों के प्रति उसका लगाव केवल व्यावहारिक मामलों में रुचि और स्वार्थ-संगत सोच का संकेत है। सवाल यह नहीं है कि मनुष्य का कोई धर्म है या नहीं, बल्कि यह है कि उसका धर्म कौन-सा है। इस मनोवैज्ञानिक का आशय यह है कि मनुष्य पवित्र माने बिना और पूजा किए बिना जीवन नहीं बिता सकता; भले ही वह एकमात्र ईश्वर को न जानता हो और उसकी पूजा न करता हो, वह किसी दूसरी चीज़ को सर्वोच्च सत्य के रूप में गढ़ेगा और उसे अपनी आस्था तथा उपासना का विषय बना लेगा। इसलिए, चूँकि मानवजाति के लिए विचार, आदर्श और आस्था रखना आवश्यक है और दूसरी ओर केवल धार्मिक आस्था ही ऐसी आस्था है जो मनुष्य को अपने वास्तविक प्रभाव के अधीन कर सकती है, और मनुष्य अपने स्वभाव के कारण किसी ऐसी चीज़ की खोज में रहता है जिसे पवित्र माने और जिसकी पूजा करे, इसलिए एकमात्र उपाय धार्मिक आस्था को मज़बूत करना है। पवित्र क़ुरआन पहली किताब है जिसने सबसे स्पष्ट रूप से धार्मिक आस्था को सृष्टि-व्यवस्था के साथ एक प्रकार का सामंजस्य कहा है: «क्या वे अल्लाह के धर्म के सिवा कोई और धर्म चाहते हैं, जबकि आकाशों और धरती में जो कोई भी है, सबने स्वेच्छा से या विवश होकर उसके आगे समर्पण किया है?» क्या वे किसी और धर्म की खोज करते हैं, जबकि आकाशों और धरती में जो कोई भी है, उसके आदेश के आगे सिर झुकाए हुए है? और दूसरी बात, उसने धार्मिक आस्था को मनुष्य के स्वभाव का हिस्सा बताया है: «तो एकनिष्ठ होकर अपना रुख़ धर्म की ओर कर लो—यह अल्लाह की वह प्रकृति है जिस पर उसने लोगों को पैदा किया है।» सत्य की ओर झुकते हुए अपना रुख़ धर्म की ओर करो; यही वह ईश्वरीय स्वभाव है जिस पर उसने लोगों को बनाया है। आस्था के प्रभाव और लाभ हालाँकि अब तक हमने जो कुछ कहा है, उससे धार्मिक आस्था के प्रभाव कुछ हद तक स्पष्ट हो गए हैं, फिर भी इस बहुमूल्य जीवन-संपदा और इस आध्यात्मिक पूँजी के अच्छे प्रभावों को बेहतर ढंग से समझने के लिए हम इस विषय पर अलग से चर्चा करते हैं। रूसी विचारक लेखक टॉल्स्टॉय कहते हैं: आस्था वह चीज़ है जिसके सहारे लोग जीवन बिताते हैं। हकीम नासिर ख़ुसरो अलवी अपने पुत्र से कहते हैं: १. आले इमरान/८३ २. अर-रूम/३०। धार्मिक आस्था। दुनिया से मुँह मोड़कर धर्म की ओर आया हूँ, क्योंकि धर्महीन दुनिया मेरे लिए क्या थी—एक जेल। ऐ मेरे पुत्र, मेरे हृदय में धर्म का एक राज्य है, जो कभी उजड़ने वाला नहीं। धार्मिक आस्था के अनेक अच्छे प्रभाव हैं—चाहे आनंद और प्रसन्नता उत्पन्न करने की दृष्टि से हों, सामाजिक संबंधों को बेहतर बनाने की दृष्टि से, या इस संसार की संरचना में निहित अपरिहार्य कष्टों को कम करने और दूर करने की दृष्टि से। अब हम धार्मिक आस्था के प्रभावों को इन तीन भागों में समझाएँगे। अ. आनंद और प्रसन्नता। आनंद उत्पन्न करने और प्रसन्नता बढ़ाने की दृष्टि से धार्मिक आस्था का पहला प्रभाव आशावाद है—संसार, सृष्टि और अस्तित्व के प्रति आशावाद। धार्मिक आस्था मनुष्य के संसार के प्रति दृष्टिकोण को एक विशेष रूप देती है—वह सृष्टि को उद्देश्यपूर्ण मानती है और उद्देश्य को भलाई, विकास तथा सुख के रूप में प्रस्तुत करती है। स्वाभाविक रूप से यह मनुष्य की दृष्टि को अस्तित्व की समग्र व्यवस्था और उस पर लागू नियमों के प्रति आशावादी बनाती है। अस्तित्व-रूपी देश में आस्थावान व्यक्ति की स्थिति उस व्यक्ति जैसी है जो ऐसे देश में रहता है जहाँ वह उस देश के कानूनों, संस्थाओं और व्यवस्थाओं को सही और न्यायपूर्ण मानता है तथा देश के प्रमुख संचालकों की सद्भावना पर भी विश्वास करता है। इसलिए वह अपने और दूसरों के लिए उन्नति और विकास की संभावनाएँ देखता है; और मानता है कि उसकी पिछड़ने की एकमात्र वजह उसकी अपनी आलस्य और अनुभवहीनता हो सकती है, तथा उसके जैसे वे मनुष्य, जो उसी की तरह कर्तव्यबद्ध और ज़िम्मेदार हैं। ऐसे व्यक्ति की नज़र में उसकी पिछड़ने की ज़िम्मेदारी उसी की है, न कि देश की संस्थाओं और व्यवस्थाओं की; और जो भी कमी है, उसका कारण यह है कि उसने और उसके जैसे लोगों ने अपना कर्तव्य और ज़िम्मेदारी पूरी नहीं की। यह विचार स्वाभाविक रूप से उसे उत्साह से भर देता है और आशावाद तथा उम्मीद के साथ उसे गति और सक्रियता की ओर प्रेरित करता है। मनुष्य और आस्था। लेकिन अस्तित्व-रूपी देश में एक नास्तिक व्यक्ति की स्थिति उस व्यक्ति जैसी है जो ऐसे देश में रहता है जिसके कानूनों, संस्थाओं और सुविधाओं को वह भ्रष्ट और अन्यायपूर्ण मानता है, लेकिन उन्हें स्वीकार करने के अलावा उसके पास कोई उपाय नहीं है। ऐसे व्यक्ति का अंतर्मन हमेशा कुंठा और द्वेष से भरा रहता है। वह कभी अपने सुधार के बारे में नहीं सोचता, बल्कि सोचता है: जहाँ धरती और आकाश ही टेढ़े-मेढ़े हों, जहाँ पूरा अस्तित्व अन्याय, अत्याचार और बेईमानी से भरा हो, वहाँ मेरे जैसे एक कण की ईमानदारी का क्या प्रभाव पड़ सकता है? ऐसा व्यक्ति संसार का आनंद कभी नहीं लेता; संसार उसके लिए हमेशा एक भयानक जेल की तरह होता है।</w:t>
      </w:r>
    </w:p>
    <w:p>
      <w:pPr>
        <w:jc w:val="left"/>
      </w:pPr>
      <w:r>
        <w:rPr>
          <w:rFonts w:ascii="Calibri" w:hAnsi="Calibri" w:cs="Calibri"/>
          <w:sz w:val="28"/>
          <w:szCs w:val="28"/>
          <w:rtl w:val="0"/>
        </w:rPr>
        <w:t>इसी कारण पवित्र कुरआन कहता है: “और जो मेरी याद से मुँह मोड़ेगा, उसका जीवन तंग होगा।” हर व्यक्ति जो मेरी याद से विमुख होगा, उसका जीवन तंग और दबावों से भरा होगा। हाँ, आस्था ही है जो हमारे अंतर्मन में जीवन को हमारे लिए विस्तृत करती है और मानसिक दबावों के कारकों को रोकती है। धार्मिक आस्था का दूसरा प्रभाव, आनंद और विस्तार देने की दृष्टि से, मन का उजास है। मनुष्य जैसे ही धार्मिक आस्था के प्रभाव से संसार को सत्य और वास्तविकता के प्रकाश से आलोकित देखता है, यही उजली दृष्टि उसकी आत्मा के वातावरण को प्रकाशित कर देती है और उस दीपक की तरह हो जाती है जो उसके भीतर जल उठा हो। इसके विपरीत, एक अविश्वासी व्यक्ति की नज़र में संसार निरर्थक, अंधकारमय और समझ, अंतर्दृष्टि तथा प्रकाश से रहित होता है; और इसी कारण हृदय का घर। ताहा/124</w:t>
      </w:r>
    </w:p>
    <w:p>
      <w:pPr>
        <w:jc w:val="left"/>
      </w:pPr>
      <w:r>
        <w:rPr>
          <w:rFonts w:ascii="Calibri" w:hAnsi="Calibri" w:cs="Calibri"/>
          <w:sz w:val="28"/>
          <w:szCs w:val="28"/>
          <w:rtl w:val="0"/>
        </w:rPr>
        <w:t>धार्मिक आस्था स्वयं भी उस अंधकार-कक्ष में है, जिसे उसने स्वयं अंधकारमय और तमसाच्छन्न मान लिया है। तीसरा धार्मिक आस्था का प्रभाव, आनंद और विस्तार देने की दृष्टि से, अच्छे प्रयास के अच्छे परिणाम की आशा है। भौतिकवादी तर्क के अनुसार, संसार उन लोगों के प्रति, जो सही या गलत रास्ते पर, न्याय या अन्याय के रास्ते पर, सही या गलत ढंग से चलते हैं, तटस्थ और उदासीन है; उनके काम का परिणाम केवल एक चीज़ पर निर्भर है—प्रयास की मात्रा, बस। लेकिन आस्थावान व्यक्ति के तर्क में संसार प्रयास के प्रति इन दोनों समूहों के लिए तटस्थ और उदासीन नहीं है; इन दो प्रकार के प्रयासों के प्रति संसार की प्रतिक्रिया एक जैसी नहीं है, बल्कि सृष्टि का तंत्र उन लोगों का समर्थक है जो सत्य, सच्चाई, नेकी, न्याय और भलाई के लिए प्रयास करते हैं। “यदि तुम अल्लाह की सहायता करोगे, तो वह तुम्हारी सहायता करेगा।” यदि तुम सत्य के मार्ग पर कदम रखोगे, तो ईश्वर तुम्हारी सहायता करेगा। “निस्संदेह, अल्लाह नेक काम करने वालों का प्रतिफल व्यर्थ नहीं करता।” नेक लोगों का प्रतिफल कभी व्यर्थ नहीं जाता। आनंद और विस्तार की दृष्टि से धार्मिक आस्था का चौथा प्रभाव है “मन की शांति”। मनुष्य स्वभावतः अपने सुख की तलाश करता है; सुख की प्राप्ति की कल्पना से वह अत्यंत प्रसन्न हो जाता है, और वंचनाओं से भरे दुर्भाग्यपूर्ण भविष्य के विचार से उसका शरीर काँप उठता है; वह बुरी तरह भय और चिंता से घिर जाता है। मनुष्य के सुख का आधार दो चीज़ें हैं: १. प्रयास; सफलता की पर्यावरणीय परिस्थितियों के प्रति भरोसा। किसी विद्यार्थी की सफलता दो चीज़ों पर निर्भर करती है—उसका प्रयास और मेहनत, और दूसरी ओर स्कूल के वातावरण का सहयोग और तैयारी तथा स्कूल के अधिकारियों का प्रोत्साहन, हौसला-अफ़ज़ाई और सराहना। एक मेहनती और लगनशील विद्यार्थी, यदि उस माहौल पर, जहाँ वह पढ़ता है, और उस शिक्षक पर, जो साल के अंत में अंक देता है, भरोसा न करे और उसे अन्यायपूर्ण व्यवहार की चिंता हो, तो पूरे साल उसके मन में भय और चिंता छाई रहती है। अपने प्रति मनुष्य का कर्तव्य स्पष्ट है। इस ओर से उसे कोई चिंता नहीं होती, क्योंकि चिंता संदेह और संशय से पैदा होती है। मनुष्य को उन बातों के बारे में, जो स्वयं उससे संबंधित हैं, संदेह और संशय नहीं होता। जो चीज़ मनुष्य को चिंता और बेचैनी की ओर ले जाती है और जिसके बारे में वह अपना कर्तव्य स्पष्ट नहीं देखता, वह संसार है। क्या अच्छे काम का कोई लाभ होता है? क्या ईमानदारी और अमानतदारी व्यर्थ हैं? क्या तमाम प्रयासों और कर्तव्यों के पालन का अंत वंचना ही है? यहीं भय और चिंता अपने सबसे विकराल रूप में सामने आते हैं। धार्मिक आस्था, मनुष्य को—जो इस सौदे का एक पक्ष है— संसार पर, जो सौदे का दूसरा पक्ष है, भरोसा और विश्वास दिलाकर, संसार के व्यवहार के प्रति मनुष्य की चिंता और बेचैनी को दूर करती है और उसकी जगह उसे मन की शांति देती है। इसी कारण हम कहते हैं कि धार्मिक आस्था के प्रभावों में से एक मन की शांति है। धार्मिक आस्था। धार्मिक आस्था का एक और प्रभाव, आनंद और विस्तार देने की दृष्टि से, ऐसे कई सुखों का अधिक आनंद लेना है जिन्हें आध्यात्मिक सुख कहा जाता है। मनुष्य को दो प्रकार के सुख होते हैं। एक प्रकार के सुख किसी एक इंद्रिय से जुड़े होते हैं, जो शरीर के किसी अंग और किसी बाहरी वस्तु के बीच एक प्रकार का संबंध स्थापित होने से प्राप्त होते हैं; जैसे देखने से आँख को, सुनने से कान को, चखने से मुँह को और स्पर्श से त्वचा को मिलने वाला सुख। दूसरी प्रकार के सुख आत्मा की गहराई और मनुष्य के अंतर्मन से संबंधित होते हैं; वे किसी विशेष अंग से जुड़े नहीं होते और किसी बाहरी वस्तु के साथ संबंध स्थापित होने से प्राप्त नहीं होते; जैसे उपकार और सेवा करने से, या लोकप्रियता और सम्मान पाने से, अथवा अपनी या अपनी संतान की सफलता से मिलने वाला सुख, जो न तो किसी विशेष अंग से जुड़ा होता है और न ही किसी बाहरी भौतिक कारक के सीधे प्रभाव से मिलता है। आध्यात्मिक सुख भौतिक सुखों की तुलना में अधिक प्रबल और अधिक टिकाऊ होते हैं। ईश्वर की आराधना और उपासना का सुख, सत्य की आराधना करने वाले ज्ञानी लोगों के लिए, इसी प्रकार के सुखों में से है। वे ज्ञानी उपासक, जिनकी उपासना में एकाग्रता, विनम्रता और तल्लीनता होती है, उपासना से सर्वोच्च सुख प्राप्त करते हैं। धर्म की भाषा में “आस्था का स्वाद” और “आस्था की मिठास” का उल्लेख किया गया है। आस्था में सभी मिठासों से बढ़कर मिठास है। आध्यात्मिक सुख तब दोगुना हो जाता है, जब ज्ञान अर्जित करने, उपकार करने, सेवा और सफलता तथा विजय जैसे कार्य धार्मिक भावना से प्रेरित हों, ईश्वर के लिए किए जाएँ और उपासना के दायरे में आ जाएँ। ख. सामाजिक संबंधों को बेहतर बनाने में आस्था की भूमिका। मनुष्य भी कुछ अन्य जीवों की तरह सामाजिक प्राणी के रूप में पैदा हुआ है। व्यक्ति अकेले अपनी आवश्यकताओं को पूरा करने में सक्षम नहीं है। जीवन को एक साझेदारी का रूप लेना चाहिए, ताकि ४४ मनुष्य और आस्था में सभी अपने कर्तव्यों और लाभों में भागीदार हों और लोगों के बीच एक प्रकार का श्रम-विभाजन स्थापित हो; इस अंतर के साथ कि मनुष्य और अन्य सामाजिक जीवों, जैसे मधुमक्खियों, में श्रम और कर्तव्य का विभाजन सहज वृत्ति और प्रकृति के आदेश से हुआ है, और उनके लिए हर तरह के उल्लंघन तथा अवज्ञा की संभावना समाप्त कर दी गई है; इसके विपरीत मनुष्य स्वतंत्र और स्वेच्छा से निर्णय लेने वाला प्राणी है, और उसे अपना काम स्वतंत्र रूप से, कर्तव्य और दायित्व के रूप में करना चाहिए। दूसरे शब्दों में, वे जीव, जिस तरह सामाजिक आवश्यकताएँ रखते हैं, उसी तरह उन पर सामाजिक सहज वृत्तियाँ भी अनिवार्य रूप से शासन करती हैं। मनुष्य की आवश्यकताएँ सामाजिक हैं, लेकिन उस पर ऐसी सहज वृत्तियाँ शासन नहीं करतीं। मनुष्य की सामाजिक सहज वृत्तियाँ कई माँगों के रूप में उसके अंतर्मन में मौजूद होती हैं, जिन्हें शिक्षा और प्रशिक्षण के माध्यम से विकसित करना चाहिए।</w:t>
      </w:r>
    </w:p>
    <w:p>
      <w:pPr>
        <w:jc w:val="left"/>
      </w:pPr>
      <w:r>
        <w:rPr>
          <w:rFonts w:ascii="Calibri" w:hAnsi="Calibri" w:cs="Calibri"/>
          <w:sz w:val="28"/>
          <w:szCs w:val="28"/>
          <w:rtl w:val="0"/>
        </w:rPr>
        <w:t>स्वस्थ सामाजिक जीवन वह है जिसमें लोग एक-दूसरे के कानूनों, सीमाओं और अधिकारों का सम्मान करें, न्याय को पवित्र मानें, एक-दूसरे से प्रेम करें और हर व्यक्ति दूसरे के लिए वही चाहे, जो वह अपने लिए चाहता है, और उसे नापसंद करे जिसे वह अपने लिए नापसंद करता है; एक-दूसरे पर भरोसा और विश्वास रखें; उनके पारस्परिक भरोसे की गारंटी उनके आत्मिक गुण हों; हर व्यक्ति स्वयं को अपने समाज के प्रति प्रतिबद्ध और उत्तरदायी माने; सबसे गुप्त स्थानों में भी उनमें वही धर्मपरायणता और पवित्रता प्रकट हो, जो सार्वजनिक रूप से दिखती है; वे बिना किसी स्वार्थ के एक-दूसरे का भला करें, अन्याय और अत्याचार के विरुद्ध उठ खड़े हों और अत्याचारी तथा भ्रष्टाचारी को अत्याचार और भ्रष्टाचार करने का अवसर न दें; नैतिक मूल्यों का सम्मान करें और एक-दूसरे के साथ एक शरीर के अंगों की तरह एकजुट और सहमत रहें। जो चीज़ सबसे बढ़कर अधिकार का सम्मान करवाती है, न्याय को पवित्र बनाती है, दिलों में एक-दूसरे के लिए प्रेम जगाती है और लोगों के बीच पारस्परिक विश्वास स्थापित करती है, वह धर्मपरायणता और धार्मिक आस्था है। धार्मिक आस्था पवित्रता को मनुष्य के विवेक की गहराई तक पहुँचा देती है, नैतिक मूल्यों को प्रतिष्ठा प्रदान करती है, अन्याय का सामना करने का साहस पैदा करती है और सभी लोगों को एक शरीर के अंगों की तरह आपस में जोड़कर एकजुट करती है—वह धार्मिक आस्था है। मनुष्यों की वे मानवीय अभिव्यक्तियाँ, जो इतिहास के घटनापूर्ण आकाश में सितारों की तरह चमकती हैं, धार्मिक भावनाओं से ही उत्पन्न हुई हैं। ग. जीवन की परेशानियों में कमी। मानव जीवन में, चाहे-अनचाहे, सुख, मिठास, उपलब्धियाँ और सफलताएँ होती हैं, तो दुख, विपत्तियाँ, असफलताएँ, खोना, कड़वाहट और नाकामियाँ भी होती हैं। इनमें से बहुत-सी चीज़ों को रोका या दूर किया जा सकता है, हालाँकि इसके लिए बहुत प्रयास करना पड़ता है। स्पष्ट है कि मनुष्य का कर्तव्य है कि वह प्रकृति से संघर्ष करे और कड़वाहटों को मिठास में बदल दे; लेकिन दुनिया की कुछ घटनाओं को रोकना या दूर करना संभव नहीं है। उदाहरण के लिए, मनुष्य अनिवार्य रूप से बुढ़ापे की ओर बढ़ता है और उसके जीवन का दीपक बुझने लगता है। असमर्थता और दुर्बलता, बुढ़ापा और उसके अन्य दुष्प्रभाव जीवन की छवि को विकृत कर देते हैं। इसके अलावा, मृत्यु और नश्वरता का विचार, अस्तित्व से आँखें मूँद लेना, दुनिया से चले जाना और उसे दूसरों के लिए छोड़ देना—ये सब मनुष्य को एक अलग तरह से पीड़ा देते हैं। धार्मिक आस्था मनुष्य में प्रतिरोध की शक्ति पैदा करती है और कड़वाहटों को मीठा बना देती है। आस्थावान मनुष्य जानता है कि दुनिया में हर चीज़ का एक निश्चित हिसाब है; और यदि कड़वाहटों के प्रति उसकी प्रतिक्रिया उचित हो, तो मान लें कि यह कड़वाहट स्वयं अपूरणीय हो, फिर भी सर्वशक्तिमान ईश्वर किसी दूसरे रूप में उसकी भरपाई कर देता है। बुढ़ापा, इस बात के कारण कि वह जीवन का अंत नहीं है और</w:t>
      </w:r>
    </w:p>
    <w:p>
      <w:pPr>
        <w:jc w:val="left"/>
      </w:pPr>
      <w:r>
        <w:rPr>
          <w:rFonts w:ascii="Calibri" w:hAnsi="Calibri" w:cs="Calibri"/>
          <w:sz w:val="28"/>
          <w:szCs w:val="28"/>
          <w:rtl w:val="0"/>
        </w:rPr>
        <w:t>इसके अलावा, आस्थावान व्यक्ति अपना खाली समय उपासना और ईश्वर के स्मरण में बिताता है, जिससे वह सुखद और प्रिय हो जाता है; इस तरह ईश्वर-भक्तों के लिए बुढ़ापे में जीवन का आनंद युवावस्था से भी अधिक हो जाता है। आस्थावान व्यक्ति की दृष्टि में मृत्यु का स्वरूप अविश्वासी की दृष्टि में दिखाई देने वाले स्वरूप से बदल जाता है। ऐसे व्यक्ति के लिए मृत्यु अब विनाश और नश्वरता नहीं, बल्कि क्षणभंगुर और नाशवान दुनिया से शाश्वत और स्थायी दुनिया की ओर तथा छोटे संसार से बड़े संसार की ओर संक्रमण है; मृत्यु कर्म और बोआई के संसार से परिणाम और फसल के संसार में जाना है। इसलिए ऐसा व्यक्ति धर्म की भाषा में सत्कर्म कहलाने वाले अच्छे कामों में प्रयत्न करके मृत्यु संबंधी अपनी चिंताओं को दूर करता है। मनोवैज्ञानिकों के अनुसार यह निश्चित और निर्विवाद है कि मानसिक कष्टों और जीवन की कटुताओं से उत्पन्न होने वाली अधिकांश मानसिक बीमारियाँ गैर-धार्मिक लोगों में देखी जाती हैं। धार्मिक लोग जितनी अधिक दृढ़ और मजबूत आस्था रखते हैं, इन बीमारियों से उतने ही अधिक सुरक्षित रहते हैं। इसलिए हमारे युग के जीवन का एक दुष्परिणाम, जो धार्मिक आस्था की कमजोरी से पैदा हुआ है, बीमारियों और मानसिक तथा तंत्रिका संबंधी रोगों में वृद्धि है। मसलक या विचारधारा क्या है और इसे कैसे परिभाषित किया जाता है? यह क्या आवश्यकता है कि मनुष्य, एक व्यक्ति के रूप में या किसी समाज के सदस्य के रूप में, किसी मसलक का अनुयायी हो, किसी विचारधारा से जुड़े और उस पर विश्वास करे? क्या किसी व्यक्ति या मानव समाज के लिए विचारधारा का होना आवश्यक है? यहाँ एक प्रस्तावना आवश्यक है। मनुष्य की गतिविधियाँ दो प्रकार की होती हैं—आनंद-साधक और विवेकपूर्ण नियोजन वाली। आनंद-साधक गतिविधियाँ वे सरल गतिविधियाँ हैं जिन्हें मनुष्य सहज वृत्ति, प्रकृति या आदत—जो दूसरी प्रकृति है—के सीधे प्रभाव में, आनंद पाने या किसी पीड़ा से बचने के लिए करता है; उदाहरण के लिए, उसे प्यास लगती है और वह पानी के बर्तन की ओर हाथ बढ़ाता है; वह किसी डंक मारने वाले जीव को देखता है और भागने लगता है। उसे सिगरेट की तीव्र तलब होती है और वह सिगरेट सुलगा लेता है। इस तरह के काम इच्छा के अनुकूल होते हैं और सीधे तौर पर आनंद तथा पीड़ा से जुड़े होते हैं। आनंद देने वाला काम एक प्रकार के आकर्षण से मनुष्य को अपनी ओर खींचता है, और पीड़ादायक काम एक प्रकार के विकर्षण से उसे अपने से दूर करता है। विवेकपूर्ण नियोजन वाली गतिविधियाँ वे काम हैं जिनमें स्वयं कोई आकर्षण या विकर्षण नहीं होता और मनुष्य की सहज वृत्ति या प्रकृति उसे उन कामों की ओर नहीं खींचती या उनसे दूर नहीं करती। मनुष्य बुद्धि और संकल्प के आधार पर, उनमें निहित किसी हित के कारण, या उन्हें छोड़ने में कोई हित देखकर, उन्हें करता या छोड़ता है; अर्थात् उसका अंतिम कारण और प्रेरक शक्ति हित होता है, न कि आनंद। आनंद का निर्धारण प्रकृति करती है और हित का बुद्धि; आनंद इच्छा को प्रेरित करता है और हित मनुष्य के संकल्प को। आनंद-साधक काम करते समय मनुष्य आनंद लेता है, लेकिन हितकारी कामों से आनंद नहीं लेता; फिर भी यह सोचकर प्रसन्न होता है कि वह अंतिम हित—जो भविष्य में भलाई, पूर्णता या आनंद है— की ओर एक कदम बढ़ा रहा है। आनंददायक और प्रसन्नता देने वाले काम तथा ऐसे काम में अंतर है जो आनंद नहीं देता, कभी-कभी पीड़ादायक भी होता है, फिर भी मनुष्य उस पीड़ा को संतोष और प्रसन्नता के साथ सहन करता है। हितकारी काम परिणाम दूर होने के कारण आनंददायक और उल्लासपूर्ण नहीं होते, लेकिन संतोष देते हैं। आनंद और पीड़ा मनुष्य तथा पशु दोनों में समान हैं, लेकिन संतोष और प्रसन्नता, अथवा अरुचि और असंतोष, मनुष्य की विशिष्टताएँ हैं; इसी तरह आकांक्षा करना भी मनुष्य की विशेषता है। संतोष, अरुचि और आकांक्षा बुद्धि के क्षेत्र और मनुष्य के विचारों के दायरे में आते हैं, न कि उसकी इंद्रियों और इंद्रियजन्य अनुभूतियों के क्षेत्र में। हमने कहा कि मनुष्य अपनी विवेकपूर्ण नियोजन वाली गतिविधियाँ बुद्धि और संकल्प की शक्ति से करता है, जबकि आनंद-साधक काम अनुभूति और इच्छा के आदेश से किए जाते हैं। बुद्धि के आदेश से किए जाने का अर्थ यह है कि बुद्धि की गणना करने वाली शक्ति भलाई, पूर्णता या किसी आनंद को दूर भविष्य में देखती है और उस तक पहुँचने का रास्ता, जो कभी-कभी दुर्गम होता है, खोजती है और वहाँ तक पहुँचने की योजना बनाती है। संकल्प की शक्ति से किए जाने का अर्थ यह है कि मनुष्य में बुद्धि से जुड़ी एक शक्ति होती है, जिसकी भूमिका बुद्धि के निर्णयों को लागू करने की होती है; और कभी-कभी वह सभी इच्छाओं तथा प्राकृतिक आकर्षणों और प्रवृत्तियों के विरुद्ध जाकर, बुद्धि के निर्णयों और विचारों की योजनाओं को व्यवहार में उतारती है। एक विद्यार्थी की युवावस्था की प्रकृति उसे नींद, भोजन, आराम, कामुक सुखों और खेल-कूद की ओर बुलाती है, लेकिन उसकी हिसाब लगाने वाली बुद्धि, जो एक ओर इन कामों के नुकसान और विपत्ति तथा दूसरी ओर कठिन परिश्रम, रातों की नींद त्यागने और वासना व आनंद से आँखें फेरने के सुखद परिणामों पर विचार करती है, हित के अनुसार उसे दूसरे विकल्प को चुनने का आदेश देती है। इस समय मनुष्य बुद्धि के आदेश, यानी हित को, प्रकृति के आदेश, यानी आनंद, पर वरीयता देता है। इसी तरह, एक रोगी को दवा से घृणा होती है और कड़वी तथा बेस्वाद दवा पीने से उसे कष्ट होता है, लेकिन हित का विचार करने वाली बुद्धि के आदेश से और इच्छाओं पर नियंत्रण रखने वाले संकल्प की शक्ति से वह कड़वी, बेस्वाद दवा पीता है। बुद्धि और संकल्प जितने अधिक शक्तिशाली होते हैं, वे अपने आदेशों को उसकी प्रवृत्तियों के बावजूद प्रकृति पर उतनी ही अच्छी तरह थोपते हैं। अपनी विवेकपूर्ण नियोजन वाली गतिविधियों में मनुष्य हमेशा किसी योजना और सिद्धांत को व्यवहार में उतारता है। मनुष्य बुद्धि और संकल्प की दृष्टि से जितना अधिक विकसित होता है, उसकी गतिविधियाँ आनंद-साधक होने की अपेक्षा उतनी ही अधिक विवेकपूर्ण नियोजन वाली होती हैं; और वह पशुत्व के जितना निकट होता है, उसकी गतिविधियाँ विवेकपूर्ण नियोजन वाली होने की अपेक्षा उतनी ही अधिक आनंद-साधक होती हैं, क्योंकि पशु की सारी गतिविधियाँ आनंद-साधक होती हैं।</w:t>
      </w:r>
    </w:p>
    <w:p>
      <w:pPr>
        <w:jc w:val="left"/>
      </w:pPr>
      <w:r>
        <w:rPr>
          <w:rFonts w:ascii="Calibri" w:hAnsi="Calibri" w:cs="Calibri"/>
          <w:sz w:val="28"/>
          <w:szCs w:val="28"/>
          <w:rtl w:val="0"/>
        </w:rPr>
        <w:t>पशुओं में कभी-कभी ऐसी गतिविधियाँ दिखाई देती हैं, जो दूरस्थ लक्ष्यों और परिणामों के लिए होती हैं जैसे घोंसले बनाना, प्रवास करना, संभोग करना और संतान उत्पन्न करना; लेकिन इनमें से कोई भी लक्ष्य के प्रति सचेत होने और उसे प्राप्त करने का रास्ता खोजने तथा साधन चुनने के लिए सोच-विचार करने के आधार पर नहीं होता, बल्कि परे से मिलने वाली एक प्रकार की विवशकारी और सहज प्रेरणा से होता है। मनुष्य की योजनाबद्ध गतिविधियों का दायरा इतना फैल जाता है कि उसमें उसकी आनंद-साधक गतिविधियाँ भी शामिल हो जाती हैं; अर्थात हित के अनुसार योजनाएँ इतनी बारीकी से बनाई जा सकती हैं कि सुख हितों के दायरे में आ जाएँ और हर सुख, सुख होने के साथ-साथ हितकर भी हो; तथा हर प्राकृतिक गतिविधि प्रकृति के आह्वान का उत्तर देने के साथ-साथ बुद्धि के आदेश का पालन भी करे। यदि योजनाबद्ध गतिविधि आनंद-साधक गतिविधियों को अपने दायरे में ले ले और आनंद-साधक गतिविधियाँ जीवन की समग्र योजना तथा व्यापक योजनाबद्ध कार्यक्रम का हिस्सा बन जाएँ, तो प्रकृति का बुद्धि से और इच्छा का संकल्प से मेल हो जाता है। योजनाबद्ध गतिविधि दूरस्थ उद्देश्यों और लक्ष्यों की एक शृंखला के इर्द-गिर्द घूमने के कारण, अनिवार्यतः एक योजना, कार्यक्रम, पद्धति तथा लक्ष्य तक पहुँचने के साधन के चयन की माँग करती है; और जहाँ तक इसका व्यक्तिगत पक्ष है, अर्थात कोई व्यक्ति अपने लिए स्वयं योजना बनाता है—तो रूपरेखा बनाने वाला, योजनाकार, सिद्धांतकार तथा रास्ता, पद्धति और साधन तय करने वाला व्यक्ति की अपनी बुद्धि होती है; जो निस्संदेह उसके ज्ञान, जानकारी, अर्जित शिक्षा और निर्णय-शक्ति पर निर्भर करती है। मान लें कि योजनाबद्ध गतिविधि अपनी पूर्णता के शिखर तक पहुँच जाए, फिर भी वह मनुष्य की गतिविधियों को मानवीय बनाने के लिए पर्याप्त नहीं है। योजनाबद्ध गतिविधि मनुष्य होने की आवश्यक शर्त है, क्योंकि मनुष्य की मानवता का आधा हिस्सा उसकी बुद्धि, ज्ञान, जागरूकता और योजना बनाने की क्षमता से बनता है; लेकिन यह पर्याप्त शर्त नहीं है। मानवीय गतिविधि तभी मानवीय होती है।</w:t>
      </w:r>
    </w:p>
    <w:p>
      <w:pPr>
        <w:jc w:val="left"/>
      </w:pPr>
      <w:r>
        <w:rPr>
          <w:rFonts w:ascii="Calibri" w:hAnsi="Calibri" w:cs="Calibri"/>
          <w:sz w:val="28"/>
          <w:szCs w:val="28"/>
          <w:rtl w:val="0"/>
        </w:rPr>
        <w:t>विचारधारा का सिद्धांत। ५१ जो तर्कसंगत और इच्छाप्रेरित होने के अतिरिक्त, मानवता की उच्च प्रवृत्तियों की दिशा में हो और कम-से-कम उन उच्च प्रवृत्तियों के विरुद्ध न हो; अन्यथा मनुष्यों की सबसे अपराधपूर्ण गतिविधियाँ भी कभी-कभी सूझ-बूझ, तीक्ष्ण बुद्धि, दूरदर्शिता, योजनाओं और सिद्धांत-निर्माण के साथ की जाती हैं। औपनिवेशिक शक्तियों की शैतानी योजनाएँ इसका सबसे अच्छा प्रमाण हैं। इस्लामी धार्मिक शब्दावली में, जब योजना बनाने की शक्ति मानवीय और आस्थापरक प्रवृत्तियों से अलग हो जाती है और भौतिक तथा पशुवत लक्ष्यों की सेवा में लग जाती है, तो उसे «मक्र» और «शैतानी» कहा जाता है। इस पहलू को छोड़ दें कि योजनाबद्ध गतिविधि अनिवार्य रूप से मानवीय नहीं होती; बल्कि यदि वह पशुवत लक्ष्यों के इर्द-गिर्द हो, तो पशुवत आनंद-साधक गतिविधियों से कहीं अधिक ख़तरनाक होती है। उदाहरण के लिए, कोई पशु अपना पेट भरने के लिए किसी पशु या मनुष्य को चीर-फाड़ डालता है, लेकिन सोच-समझकर हिसाब लगाने वाला मनुष्य, इसी दर्जे के किसी उद्देश्य के लिए, शहरों को नष्ट कर देता है और लाखों निर्दोष लोगों को आग में झोंक देता है। हाँ, इस पहलू को छोड़ दें; क्या व्यक्ति के समस्त हितों की दृष्टि से बुद्धि के लक्ष्य पर्याप्त हैं? दूसरे शब्दों में, व्यक्तिगत बुद्धि की कार्यक्षमता की सीमा व्यक्तिगत हितों को सामने रखने में कहाँ तक है? १०० इसमें कोई बहस नहीं कि जीवन की छोटी-मोटी और सीमित योजनाओं के लिए बुद्धि, चिंतन और विचार की शक्ति आवश्यक और उपयोगी है। मनुष्य जीवन में हमेशा ऐसे प्रश्नों से जूझता रहता है, जैसे मित्र चुनना, अध्ययन का विषय चुनना, जीवनसाथी चुनना, व्यवसाय चुनना, यात्रा करना, मेल-जोल रखना, मनोरंजन करना, परोपकारी गतिविधियाँ करना, बुराइयों और कुटिलताओं का विरोध करना... निस्संदेह इन सभी में सोच-विचार और योजना बनाने की आवश्यकता होती है; और वह जितना अधिक तथा बेहतर सोचेगा, उतनी ही अधिक सफलता प्राप्त करेगा। कभी-कभी उसे दूसरों के विचार और अनुभव से सहायता लेने की भी आवश्यकता होती है। इन सभी छोटे-मोटे मामलों में परामर्श का सिद्धांत यह है कि मनुष्य एक योजना तैयार करता है और उसे अमल में लाता है। ५२ मानव और आस्था के व्यापक और समग्र दायरे में क्या? क्या मनुष्य अपने निजी जीवन के सभी प्रश्नों के लिए ऐसी समग्र योजना बनाने में सक्षम है, जो उन सभी को समेटे और उसके जीवन के तमाम हितों के अनुरूप हो? या व्यक्तिगत रूप से योजना बनाने की उसकी बौद्धिक क्षमता छोटी और सीमित समस्याओं तक ही है, और जीवन के समस्त हितों को समेटने वाली सर्वांगीण सुख-समृद्धि का ज्ञान बुद्धि की शक्ति के बाहर है? हम जानते हैं कि कुछ दार्शनिक ऐसी आत्मनिर्भरता में विश्वास रखते थे; उन्होंने दावा किया कि हमने सुख और दुर्भाग्य का रास्ता खोज लिया है और अपनी बुद्धि तथा इच्छाशक्ति पर भरोसा करके स्वयं को सुखी बना लेंगे। लेकिन दूसरी ओर हम यह भी जानते हैं कि दुनिया में दो दार्शनिक ऐसे नहीं मिलते, जो इस रास्ते को खोजने के मामले में एकमत हों। स्वयं सुख, जो मुख्य और अंतिम लक्ष्य है और आरंभ में स्पष्ट तथा स्वयंसिद्ध प्रतीत होता है, सबसे अधिक अस्पष्ट अवधारणाओं में से एक है। सुख क्या है और किन चीज़ों से प्राप्त होता है, दुर्भाग्य क्या है और उसके कारण कौन-से हैं—ये प्रश्न अब भी अनसुलझे हैं और अज्ञात बने हुए हैं। ऐसा क्यों? क्योंकि आज तक स्वयं मनुष्य, उसकी क्षमताएँ और संभावनाएँ अज्ञात हैं। क्या यह संभव है कि मनुष्य स्वयं अज्ञात बना रहे और फिर यह जाना जा सके कि उसका सुख क्या है और किससे हासिल होता है? इससे भी बढ़कर, मनुष्य एक सामाजिक प्राणी है; सामाजिक जीवन उसके सामने हज़ारों प्रश्न और समस्याएँ खड़ी करता है, जिन्हें उसे हल करना होता है और उन सभी के संबंध में अपना कर्तव्य निर्धारित करना होता है; और चूँकि वह एक सामाजिक प्राणी है, इसलिए उसका सुख, उसके आदर्श, उसके भले-बुरे के मापदंड, उसका रास्ता और उसकी कार्य-पद्धति, साधनों का उसका चुनाव—सब दूसरों के सुख, आदर्शों, भले-बुरे के मापदंडों, रास्तों, कार्य-पद्धतियों और साधनों के चुनाव के साथ घुले-मिले हैं; वह अपना रास्ता दूसरों से स्वतंत्र होकर नहीं चुन सकता। उसे अपना सुख उस राजमार्ग पर खोजना होगा जो समाज को सुख और पूर्णता तक पहुँचाए। विचारधारा का सिद्धांत। ५३ और यदि हम शाश्वत जीवन तथा आत्मा की अमरता और परलोक के बारे में बुद्धि के अनुभवहीन होने को ध्यान में रखें, तो समस्या कहीं अधिक कठिन हो जाती है। यही वह बिंदु है जहाँ किसी विचारधारा और जीवन-दर्शन की आवश्यकता स्पष्ट होती है; अर्थात एक समग्र सिद्धांत, एक व्यापक, समन्वित और सुसंगत योजना, जिसका मुख्य लक्ष्य मनुष्य की पूर्णता और सबकी सुख-समृद्धि सुनिश्चित करना हो, और जिसमें मूल दिशाएँ तथा तरीक़े, क्या करना चाहिए और क्या नहीं, अच्छा-बुरा, लक्ष्य और साधन, आवश्यकताएँ, पीड़ाएँ और उपचार, ज़िम्मेदारियाँ तथा कर्तव्य निर्धारित हों; और जो सभी व्यक्तियों के लिए कर्तव्यों और ज़िम्मेदारियों की प्रेरणा का स्रोत हो। मनुष्य को अपनी उत्पत्ति के आरंभ से, कम-से-कम उस समय से जब सामाजिक जीवन के विकास ने कई तरह के मतभेद पैदा कर दिए, विचारधारा की और कुरआन की शब्दावली में कहें तो शरीअत की आवश्यकता रही है। समय बीतने और मनुष्य के विकसित तथा उन्नत होने के साथ यह आवश्यकता और भी तीव्र होती गई। अतीत में रक्त-संबंध, नस्ल, जाति, कबीले और राष्ट्र की प्रवृत्तियाँ मानव समाजों पर एक सामूहिक भावना की तरह हावी थीं। इस भावना ने अपनी बारी में कई सामूहिक आदर्श उत्पन्न किए—भले ही वे अमानवीय हों— और समाज को एकता तथा दिशा प्रदान की। वैज्ञानिक और बौद्धिक विकास ने उन बंधनों को ढीला कर दिया है। अपने स्वभाव के कारण विज्ञान व्यक्ति-केंद्रित होने की ओर झुकता है; यह भावनाओं को कमज़ोर और भावनात्मक बंधनों को ढीला करता है। आज के मनुष्य को—और कल के मनुष्य को तो और भी अधिक—जो चीज़ एकता और दिशा प्रदान करती है और १. पवित्र कुरआन की समस्त आयतों से यह निष्कर्ष निकलता है कि ये मतभेद और यह आवश्यकता नबी नूह के समय से उत्पन्न हुई है। उनसे पहले के पैगंबरों के पास शरीअत नहीं थी। तफ़सीर अल-मीज़ान में देखें, सूरह अल-बक़रह की आयत २१३ के अंतर्गत: «लोग एक ही समुदाय थे, फिर अल्लाह ने नबियों को भेजा...»। ५४ मानव और आस्था साझा आदर्श देती है और भले-बुरे तथा क्या करना चाहिए और क्या नहीं, इसका मापदंड बनती है—वह है जीवन-दर्शन, जिसे सोच-समझकर चुना गया हो, जिसमें आदर्श हों और जो तर्क से सुसज्जित हो; दूसरे शब्दों में, एक समग्र और पूर्ण विचारधारा। आज के मनुष्य को बीते हुए कल के मनुष्य की तुलना में ऐसे जीवन-दर्शन की अधिक आवश्यकता है—ऐसे दर्शन की, जो उसे व्यक्ति और उसके निजी हितों से परे की वास्तविकताओं के प्रति लगाव दे सके। आज इसमें कोई संदेह नहीं कि विचारधारा और जीवन-दर्शन सामाजिक जीवन की अनिवार्यताओं में से हैं। ऐसी विचारधारा की रूपरेखा कौन बना और उसकी नींव कौन रख सकता है? निस्संदेह, किसी एक व्यक्ति की बुद्धि ऐसा करने में सक्षम नहीं है।</w:t>
      </w:r>
    </w:p>
    <w:p>
      <w:pPr>
        <w:jc w:val="left"/>
      </w:pPr>
      <w:r>
        <w:rPr>
          <w:rFonts w:ascii="Calibri" w:hAnsi="Calibri" w:cs="Calibri"/>
          <w:sz w:val="28"/>
          <w:szCs w:val="28"/>
          <w:rtl w:val="0"/>
        </w:rPr>
        <w:t>क्या सामूहिक बुद्धि ऐसा कर सकती है? क्या मनुष्य अपने अतीत और वर्तमान के समस्त अनुभवों और ज्ञान का उपयोग करके ऐसी रूपरेखा बना सकता है? यदि हम मनुष्य को स्वयं उसके लिए सबसे बड़ा अज्ञात मानें, तो मानव समाज और सामाजिक सुख तो उससे भी अधिक अज्ञात हैं। तो फिर क्या किया जाए? यहीं, यदि अस्तित्व और सृष्टि के बारे में हमारी दृष्टि सच्ची हो, और हम अस्तित्व की व्यवस्था को संतुलित मानें तथा अस्तित्व से शून्यता और निरर्थकता को नकारें, तो हमें स्वीकार करना होगा कि सृष्टि की विराट व्यवस्था ने इस महान आवश्यकता—इन सबसे बड़ी आवश्यकताओं—की उपेक्षा नहीं की है और मानव बुद्धि की सीमा से परे, अर्थात् वह्य के क्षितिज से, इस राजमार्ग की मूल रेखाएँ निर्धारित की हैं (नुबुव्वत का सिद्धांत इन मूल रेखाओं के भीतर आगे बढ़ना बुद्धि और विज्ञान का काम है)। इब्न सीना ने किताबुश्शिफ़ा में कितनी सुंदर और उत्कृष्ट बात कही है, जहाँ वे मनुष्यों की उस ईश्वरीय शरीअत की आवश्यकता स्पष्ट करते हैं, जिसे एक नबी मनुष्य के माध्यम से बयान करे। वे कहते हैं: «मानव जाति के बने रहने और उसके अस्तित्व की प्राप्ति के लिए इस मनुष्य [नबी] की आवश्यकता, भौंहों पर बाल उगने की आवश्यकता से और पैरों के तलवों को धनुषाकार बनाने तथा अन्य ऐसे लाभों की आवश्यकता से कहीं अधिक है, जो बने रहने के लिए आवश्यक नहीं हैं; अधिक से अधिक, वे बने रहने में सहायक होते हैं। आवश्यकता मानव जाति के बने रहने और मनुष्य के मानवीय अस्तित्व की पूर्णता तक पहुँचने के लिए नबी, ईश्वरीय शरीअत का प्रतिपादक और मानव विचारधारा देने वाले की आवश्यकता पैरों के तलवों को धनुषाकार बनाने और इस तरह के अन्य लाभों की आवश्यकता से कहीं अधिक है, जो केवल मानव जाति के बने रहने में सहायक हैं, जबकि जाति के बने रहने के लिए वे अनिवार्य नहीं हैं। अर्थात् सृष्टि की विराट व्यवस्था, जिसने छोटी और अनावश्यक ज़रूरतों की उपेक्षा नहीं की, वह सबसे अनिवार्य ज़रूरतों की उपेक्षा कैसे कर सकती है?! लेकिन यदि हम अस्तित्व और सृष्टि के बारे में सच्ची दृष्टि से वंचित हों, तो हमें मानना होगा कि मनुष्य भटकाव और गुमराही के लिए अभिशप्त है, और हर योजना तथा प्रकृति के इस अंधकारमय लोक में भटके हुए मनुष्य की हर विचारधारा, मनोरंजन और भ्रम के सिवा कुछ नहीं है। उपर्युक्त कथन से जिस तरह किसी विचारधारा और विचार-पद्धति के अस्तित्व की अनिवार्यता स्पष्ट होती है, उसी तरह किसी व्यक्ति के किसी विचारधारा और विचार-पद्धति से जुड़ने की अनिवार्यता भी स्पष्ट होती है। लेकिन व्यक्ति का किसी विचारधारा से जुड़ना वास्तविक रूप तभी लेता है, जब वह स्वयं आस्था का रूप ग्रहण कर ले; और आस्था एक ऐसी सच्चाई है, जिसे बलपूर्वक या किसी हित-साधन के लिए स्वीकार नहीं कराया जा सकता। बल से किसी बात के आगे समर्पण कराया जा सकता है, लेकिन विचारधारा के आगे केवल झुका नहीं जा सकता; विचारधारा को स्वीकार और आत्मसात किया जाता है—वह आस्था माँगती है। एक प्रभावी विचारधारा को, एक ओर, किसी प्रकार के विश्वदृष्टिकोण पर आधारित होना चाहिए।</w:t>
      </w:r>
    </w:p>
    <w:p>
      <w:pPr>
        <w:jc w:val="left"/>
      </w:pPr>
      <w:r>
        <w:rPr>
          <w:rFonts w:ascii="Calibri" w:hAnsi="Calibri" w:cs="Calibri"/>
          <w:sz w:val="28"/>
          <w:szCs w:val="28"/>
          <w:rtl w:val="0"/>
        </w:rPr>
        <w:t>और उसमें ऐसा ईमान हो, जो बुद्धि को संतुष्ट और विचार को पोषित कर सके, और दूसरी ओर, वह अपने विश्वदृष्टिकोण से तार्किक रूप से ऐसे लक्ष्य निकाल सके, जिनमें आकर्षण और खिंचाव हो। तब प्रेम और संतुष्टि—जो ईमान के दो बुनियादी तत्व हैं—एक-दूसरे का साथ देकर संसार का निर्माण करते हैं। यहाँ कुछ ऐसे प्रश्न हैं, जिन्हें हमें संक्षेप में उठाना होगा; उनका विस्तार किसी अधिक उपयुक्त अवसर के लिए छोड़ते हैं। क) विचारधाराएँ दो प्रकार की होती हैं: मानवतावादी और समूहवादी। मानवतावादी विचारधाराएँ वे हैं, जिनके संबोधित लोग समूची मानवजाति होते हैं, न कि कोई जाति, नस्ल या विशेष वर्ग; उनका दावा समूची मानवजाति को बचाने का होता है, न कि किसी समूह या निश्चित वर्ग की मुक्ति और उद्धार का। उनका प्रस्तुत किया हुआ कार्यक्रम सभी मनुष्यों को समेटता है, किसी विशेष समुदाय को नहीं। वे सभी तबकों, समूहों, राष्ट्रों और वर्गों से समर्थक और सहयोगी जुटाती हैं, न कि किसी एक निश्चित तबके या समूह से। इसके विपरीत, समूहवादी विचारधारा के संबोधित लोग कोई विशेष समूह, वर्ग या तबका होते हैं; वह उसी समूह की मुक्ति और उद्धार अथवा प्रभुत्व और श्रेष्ठता का दावा करती है, और उसके संबोधित लोग भी केवल वही समूह होते हैं। उसका प्रस्तुत कार्यक्रम भी उसी समूह के लिए विशेष होता है, और वह केवल उसी समूह से समर्थक और सहयोगी जुटाती है तथा भर्ती करती है। इनमें से हर प्रकार की विचारधारा मनुष्य के बारे में किसी न किसी दृष्टिकोण पर आधारित होती है। इस्लामी विचारधारा जैसी सार्वभौमिक और मानवतावादी विचारधारा मनुष्य को एक विशेष ढंग से जानती है, जिसे फ़ितरत कहा जाता है। इस्लाम की दृष्टि में मनुष्य सृष्टि-प्रक्रिया में, ऐतिहासिक और सामाजिक कारकों के प्रभाव से पहले ही, एक विशिष्ट अस्तित्वगत आयाम प्राप्त कर चुका है और उसे ऐसी क्षमताएँ प्रदान की गई हैं, जो उसे पशु से अलग करती हैं और उसे उसकी पहचान देती हैं। इस दृष्टिकोण के अनुसार, मनुष्य को सृष्टि के भीतर एक प्रकार की सार्वभौमिक चेतना और अंतःकरण प्राप्त है, जो सभी मनुष्यों में मौजूद है। उसी सहज अंतःकरण ने उसे विशिष्ट मानवीय पहचान दी है और उसे आह्वान का संबोधित व्यक्ति बनने तथा गति और आंदोलन की योग्यता प्रदान की है। ये विचारधाराएँ सहज अंतःकरण पर भरोसा करके मानवजाति के इस विशिष्ट अंतःकरण को संबोधित करती हैं और अपना आह्वान शुरू करके आंदोलन पैदा करती हैं। विचारधाराओं का एक समूह मनुष्य के बारे में एक दूसरा दृष्टिकोण रखता है। इन विचारधाराओं की दृष्टि में मनुष्य में संबोधित किए जाने, आह्वान का पात्र बनने और आंदोलन करने की कोई विशिष्ट योग्यता नहीं होती, क्योंकि ऐतिहासिक कारकों के प्रभाव में मनुष्य की चेतना, अंतःकरण और प्रवृत्तियाँ उसके राष्ट्रीय और जातीय जीवन में, अथवा सामाजिक कारकों के प्रभाव में उसकी वर्गीय स्थिति से निर्धारित होती हैं। मनुष्य, किसी विशिष्ट ऐतिहासिक या सामाजिक कारक से अलग, न तो कोई चेतना रखता है, न अंतःकरण और न ही आह्वान और संबोधन की योग्यता; बल्कि वह एक अमूर्त अस्तित्व है, वास्तविक नहीं। मार्क्सवाद और इसी तरह राष्ट्रीय तथा जातीय दर्शन मनुष्य के ऐसे ही दृष्टिकोण पर आधारित हैं। इन दर्शनों का उद्गम वर्गीय हितों, जातीय और नस्ली भावनाओं तथा अधिक-से-अधिक जातीय संस्कृति में है। इसमें कोई संदेह नहीं कि इस्लामी विचारधारा पहले प्रकार की है और उसका स्रोत मनुष्य की फ़ितरत है। इसलिए इस्लाम का संबोधित वर्ग ‘अन्नास’ अर्थात् सभी लोग हैं, कोई वर्ग नहीं। कभी-कभी इस शब्द के अर्थ को लेकर भ्रम होता है और इसे आम जनता का पर्याय मान लिया जाता है, जो विशेषाधिकार प्राप्त वर्गों के विपरीत है। और चूँकि इस्लाम का संबोधन ‘अन्नास’ है, इसलिए दावा किया जाता है कि इस्लाम आम लोगों का धर्म है; साथ ही, इसे इस कारण इस्लाम का एक गुण भी माना जाता है। लेकिन हमें समझना चाहिए कि वास्तविकता और इस्लाम का गुण यह है कि इस्लाम ने आम जनता का समर्थन किया है, न कि यह कि उसके संबोधित लोग केवल आम जनता हैं और उसकी विचारधारा समूहवादी तथा वर्गवादी है। इससे भी अधिक गुण की बात यह है कि मेहनतकश वर्गों के अतिरिक्त, शोषक वर्गों तथा पूँजी और सत्ता के मालिकों में से भी, मानवीय फ़ितरत पर भरोसा करके, कभी-कभी उसने अंतःकरणों को मेहनतकश और वंचित वर्गों के पक्ष में जागृत किया है। मनुष्य और ईमान। इस्लाम वास्तव में सभी समूहों से समर्थक और सहयोगी जुटाने में सफल हुआ है, यहाँ तक कि उस वर्ग से भी, जिसके विरुद्ध उसने संघर्ष किया है—अर्थात् क़ुरआन की शब्दावली में मलअ और मुतरिफ़ वर्ग से। किसी वर्ग के लोगों को उसी वर्ग के विरुद्ध और किसी समूह के लोगों को अपने ही समूह के हितों के विरुद्ध भर्ती करना, बल्कि किसी व्यक्ति को उसके अपने ही दुष्कर्मों के विरुद्ध खड़ा करना—यह ऐसा काम है, जिसे इस्लाम ने इतिहास में बार-बार किया है और करता है। इस्लाम, धर्म होने के नाते, मनुष्य के अस्तित्व की सबसे भीतरी परतों में प्रवेश करता है; और दूसरी ओर, मनुष्य की मानवीय फ़ितरत पर भरोसा करते हुए, व्यक्ति को उसके अपने दुष्कर्मों के विरुद्ध उठ खड़ा करने और उसके भीतर स्वयं अपने खिलाफ क्रांति पैदा करने में सक्षम है, जिसका नाम ‘तौबा’ है। समूहवादी और वर्गवादी विचारधाराओं की क्रांतिकारी शक्ति केवल एक व्यक्ति को दूसरे व्यक्ति के विरुद्ध या एक वर्ग को दूसरे वर्ग के विरुद्ध भड़काने तक सीमित है; लेकिन वे कभी भी व्यक्ति को अपने ही विरुद्ध क्रांति करने के लिए तैयार नहीं कर सकतीं, और न ही उसे अपने भीतर, अपने ही द्वारा निगरानी और नियंत्रण में रख सकती हैं। इस्लाम धर्म होने के कारण, और अंतिम धर्म होने के कारण, अन्य सभी आकाशीय धर्मों से अधिक सामाजिक न्याय की स्थापना के लिए आया है; इसलिए उसका लक्ष्य वंचितों और दबे-कुचलों का उद्धार तथा अत्याचारियों से संघर्ष और टकराव है। लेकिन इस्लाम के संबोधित लोग केवल वंचित और दबे-कुचले लोग नहीं हैं; इसी तरह, उसने अपने समर्थक भी केवल इसी वर्ग से नहीं जुटाए हैं। इस्लाम ने उन वर्गों में से भी, जिनके विरुद्ध वह संघर्ष करता है, एक ओर धर्म की शक्ति पर और दूसरी ओर मनुष्य की मानवीय फ़ितरत पर भरोसा करके, इतिहास की गवाही के अनुसार, अपने लिए अनुयायी जुटाए हैं। इस्लाम मानवता की विजय का सिद्धांत है— हदीद 25: “निश्चय ही हमने अपने रसूलों को स्पष्ट प्रमाणों के साथ भेजा और उनके साथ किताब और तराज़ू उतारी, ताकि लोग न्याय स्थापित करें”; और आराफ़ 29: “” “कहो, मेरे रब ने न्याय का आदेश दिया है।” विचारधारा का सिद्धांत, पृष्ठ 59: पशुत्व पर ज्ञान की अज्ञान पर, न्याय की अन्याय पर, समानता की भेदभाव पर, सद्गुण की दुर्गुण पर, संयम की उच्छृंखलता पर और एकेश्वरवाद की बहुदेववाद पर विजय। अत्याचारियों और घमंडियों पर वंचितों की विजय इन विजयों के रूपों और उदाहरणों में से एक है।</w:t>
      </w:r>
    </w:p>
    <w:p>
      <w:pPr>
        <w:jc w:val="left"/>
      </w:pPr>
      <w:r>
        <w:rPr>
          <w:rFonts w:ascii="Calibri" w:hAnsi="Calibri" w:cs="Calibri"/>
          <w:sz w:val="28"/>
          <w:szCs w:val="28"/>
          <w:rtl w:val="0"/>
        </w:rPr>
        <w:t>ब. पिछले विमर्श के सिलसिले में यह प्रश्न उठना चाहिए कि क्या प्रामाणिक मानवीय संस्कृति का स्वरूप एक ही होता है, या कोई एक संस्कृति नहीं होती; संस्कृति का स्वरूप जातीय, राष्ट्रीय या वर्गीय होता है और जो मौजूद है या भविष्य में मौजूद होगा, वह संस्कृति नहीं, बल्कि संस्कृतियाँ होंगी? यह प्रश्न भी इस बात पर निर्भर करता है कि क्या मानव-प्रजाति में एक ही प्रामाणिक प्रकृति है और वही एकल प्रामाणिक प्रकृति मानवीय संस्कृति को एकरूपता प्रदान करती है, या ऐसी कोई एकल प्रकृति नहीं है; संस्कृतियाँ ऐतिहासिक, जातीय और भौगोलिक कारकों या वर्गीय स्वार्थपरक प्रवृत्तियों की उपज हैं? इस्लाम, अपने विश्वदृष्टिकोण में एकल प्रकृति को मानने के कारण, एकल विचारधारा और एकल संस्कृति—दोनों का समर्थक है। ग. यह स्पष्ट है कि केवल एक मानवीय विचारधारा, न कि समूहवादी; एकल विचारधारा, न कि मनुष्य को बाँटने और विभाजित करने पर आधारित विचारधारा; एक सहज विचारधारा, न कि स्वार्थपरक विचारधारा ही मानवीय मूल्यों पर आधारित और मानवीय स्वरूप वाली हो सकती है। घ. क्या हर विचारधारा समय और स्थान पर निर्भर होती है? क्या मनुष्य हर बदलती हुई कालगत परिस्थिति और हर अलग पर्यावरणीय तथा स्थानगत परिस्थिति में किसी विशेष विचारधारा को अपनाने के लिए विवश है? क्या विचारधारा पर क्षेत्र और स्थान के अनुसार भिन्नता का सिद्धांत तथा समय के अनुसार निरसन और परिवर्तन का सिद्धांत लागू होता है, या मनुष्य की विचारधारा समूह के लिहाज़ से जिस तरह एक है, अनेक नहीं, उसी तरह समय और स्थान के लिहाज़ से भी एक है, अनेक नहीं; पृ. 60, मानव और ईमान—दूसरे शब्दों में, जिस तरह समूह के लिहाज़ से वह सार्वभौमिक है, न कि विशिष्ट, उसी तरह समय और स्थान के लिहाज़ से निरपेक्ष है, न कि सापेक्ष? कोई विचारधारा समय और स्थान के लिहाज़ से निरपेक्ष है या सापेक्ष, यह भी एक दृष्टि से इस बात पर निर्भर करता है कि उसका स्रोत मानव-प्रजाति की प्रकृति और उसका लक्ष्य पूरी मानव-प्रजाति का कल्याण है, या उसका स्रोत समूहगत हित और जातीय तथा वर्गीय भावनाएँ हैं और उसका लक्ष्य किसी विशेष समूह का कल्याण है; और दूसरी दृष्टि से यह इस बात पर निर्भर करता है कि हम सामाजिक परिवर्तनों का स्वरूप क्या मानते हैं। जब कोई समाज बदलता है और एक कालखंड को पीछे छोड़कर नए कालखंड की शुरुआत करता है, तो क्या उस समाज का स्वरूप बदल जाता है और परिणामस्वरूप उस पर ऐसे नियम लागू होते हैं जो पहले लागू नियमों से भिन्न हों—जैसे पानी तापमान बढ़ने के एक चरण के बाद भाप में बदल जाता है और उसके बाद उस पर तरल पदार्थों के नियम नहीं, बल्कि गैसों के नियम लागू होते हैं; या सामाजिक परिवर्तन और विकास इस प्रकार के नहीं हैं, बल्कि समाज के विकास के मूल नियम और वह विकास-पथ जिसमें वह बदलता है, स्थिर रहते हैं; समाज अपना पड़ाव और चरण बदलता है, विकास-पथ और उसके नियम नहीं, ठीक वैसे ही जैसे जीव-जंतु जैविक रूप से बदलते और विकसित होते हैं, लेकिन विकास के नियम हमेशा स्थिर रहते हैं। और एक दृष्टि से यह प्रश्न कि कोई विचारधारा समय और स्थान के लिहाज़ से निरपेक्ष है या सापेक्ष, इस बात पर निर्भर करता है कि उस विचारधारा का विश्वदृष्टिकोण कैसा है—वैज्ञानिक, दार्शनिक या धार्मिक? वैज्ञानिक विचारधारा अस्थिर विश्वदृष्टिकोण पर आधारित होने के कारण स्थिर नहीं हो सकती, इसके विपरीत, ऐसा दार्शनिक विश्वदृष्टिकोण, जो प्राथमिक सिद्धांतों और प्राथमिक स्वयंसिद्ध सत्यों पर आधारित हो, या ऐसा धार्मिक विश्वदृष्टिकोण, जो वह्य और नुबूवत पर आधारित हो। यहाँ, जिस तरह इस्लामी ज्ञान की सभी समस्याओं की आधारभूत समस्या—फ़ितरत—को उठाने की गुंजाइश और अवसर नहीं है, उसी तरह इसके लिए भी गुंजाइश और अवसर नहीं है।</w:t>
      </w:r>
    </w:p>
    <w:p>
      <w:pPr>
        <w:jc w:val="left"/>
      </w:pPr>
      <w:r>
        <w:rPr>
          <w:rFonts w:ascii="Calibri" w:hAnsi="Calibri" w:cs="Calibri"/>
          <w:sz w:val="28"/>
          <w:szCs w:val="28"/>
          <w:rtl w:val="0"/>
        </w:rPr>
        <w:t>विचारधारा का अध्ययन। ६१ समाज के परिवर्तनों का विवेचन नहीं है; लेकिन इस पुस्तक के पाँचवें भाग में, जहाँ हम समाज और इतिहास पर चर्चा करेंगे, वहाँ समाज के परिवर्तनों और फ़ितरत के साथ उनके संबंध की जाँच करेंगे। क्या स्वयं विचारधारा पर स्थिरता का सिद्धांत लागू होता है या परिवर्तन का सिद्धांत? ऊपर चर्चा इस बात की थी कि क्या अलग-अलग समय या स्थानों में मनुष्य की विचारधारा अलग-अलग होती है? वहाँ विचारधारा के निरसन और रूपांतरण का प्रश्न था, लेकिन अब एक दूसरा प्रश्न सामने है, और वह है किसी विचारधारा का परिवर्तन और विकास। प्रश्न यह है कि विचारधारा, चाहे उसकी विषयवस्तु सार्वभौमिक हो या विशिष्ट, निरपेक्ष हो या सापेक्ष, क्या स्वयं एक घटना होने के कारण—और घटनाएँ परिवर्तनशील, विकसित और परिपूर्ण होती हैं—निरंतर बदलती और विकसित होती रहती है? क्या किसी विचारधारा की वास्तविकता उसके जन्म के समय की वास्तविकता से, उसके विकास और उत्कर्ष के दौर में अलग होती है? अर्थात क्या नेताओं और विचारधारा-निर्माताओं द्वारा उसे निरंतर तराशने, सुधारने, सँवारने और उसकी समीक्षा किए जाने की आवश्यकता होती है—जैसा कि हम अपने युग की भौतिकवादी विचारधाराओं में देखते हैं— अन्यथा वह जल्द ही पुरानी और जर्जर हो जाएगी तथा अपनी उपयोगिता खो देगी? या फिर यह संभव है कि किसी विचारधारा को इस तरह व्यवस्थित किया गया हो और मनुष्य तथा समाज की गति की मूल दिशाओं पर इस तरह ज़ोर दिया गया हो कि नेताओं द्वारा किसी भी प्रकार की समीक्षा या सुधार की आवश्यकता न हो, और नेताओं तथा विचारधारा-निर्माताओं की भूमिका केवल उसके आशय और विषयवस्तु में इज्तिहाद करने तक सीमित हो; विचारधारा का विकास इज्तिहाद के क्षेत्र में हो, न कि विचारधारा के मूल पाठ में? इस प्रश्न का उत्तर भी पिछले प्रश्नों के उत्तर से स्पष्ट हो जाता है। हम «ख़ातमे नबूवत» नामक अपने लेख में, जो हुसैनिया इरशाद प्रकाशन की पुस्तक «मुहम्मद, पैग़म्बरों के ख़ातम» के पहले खंड में है—motahari.in और बाद में अलग से एक पुस्तिका के रूप में प्रकाशित हुआ—इस्लामी विचारधारा की सार्वभौमिकता और निरपेक्षता तथा इज्तिहाद की भूमिका के बारे में विभिन्न भौगोलिक परिस्थितियों और बदलते हुए समय के हालात के अनुरूप उसे लागू करने के विषय में, और इस बात पर कि जो चीज़ परिवर्तन और विकास स्वीकार करती है, वह इस्लामी इज्तिहाद है, न कि इस्लामी विचारधारा—चर्चा कर चुके हैं। जिज्ञासु पाठक वहाँ देख सकते हैं। ६२ इस्लाम इस्लाम की व्यापक और सर्वांगीण शिक्षा, जो ऐसे विश्वदृष्टिकोण पर आधारित है, एक समग्र और यथार्थवादी विचारधारा है। इस्लाम में मनुष्य की आवश्यकताओं के सभी पहलुओं पर ध्यान दिया गया है—चाहे वे सांसारिक हों या परलोक-संबंधी, शारीरिक हों या आध्यात्मिक, बौद्धिक और विचार-संबंधी हों या भावनात्मक, व्यक्तिगत हों या सामाजिक। इस्लामी शिक्षाओं का समुच्चय एक दृष्टि से तीन भागों में बँटा है: अ. आस्थाओं के मूल सिद्धांत—अर्थात वे बातें जिनके बारे में प्रत्येक व्यक्ति का कर्तव्य है कि वह विश्वास अर्जित करने का प्रयास करे। इस क्षेत्र में मनुष्य का काम शोधपरक और वैज्ञानिक प्रकृति का होता है। ब. नैतिकताएँ—अर्थात वे गुण, जिनसे स्वयं को सजाना और जिनकी अच्छाइयाँ अपनाना प्रत्येक मुसलमान का कर्तव्य है; तथा उनके विपरीत गुणों से स्वयं को दूर रखना है। ६४ इंसान और ईमान। इस क्षेत्र में मनुष्य का कर्तव्य आत्म-संयम और आत्म-निर्माण की प्रकृति का होता है। स. अहकाम—अर्थात वे आदेश जो मनुष्य की बाहरी और व्यावहारिक गतिविधियों से संबंधित हैं, चाहे वे आजीविका और परलोक की तैयारी से जुड़ी हों, सांसारिक हों या परलोक-संबंधी, व्यक्तिगत हों या सामाजिक। शिया मत के अनुसार इस्लामी आस्थाओं के मूल सिद्धांत पाँच हैं: तौहीद, अद्ल, नुबूवत, इमामत और मआद। इस्लाम आस्थाओं के उन मूल सिद्धांतों के बारे में, जिनके संबंध में सही विश्वास अर्जित करना हर व्यक्ति का कर्तव्य है, अंधानुकरण और बिना समझे मान लेने को पर्याप्त नहीं मानता; बल्कि यह आवश्यक ठहराता है कि हर व्यक्ति स्वतंत्र रूप से उन आस्थाओं की सत्यता को स्वयं समझे। इस्लाम की दृष्टि में उपासना केवल शारीरिक उपासनाओं, जैसे नमाज़ और रोज़ा, या आर्थिक उपासनाओं, जैसे ख़ुम्स और ज़कात, तक सीमित नहीं है; उपासना का एक अन्य प्रकार भी है—वह है बौद्धिक उपासना। चिंतन या बौद्धिक उपासना, यदि मनुष्य को सचेत और जागरूक करने की दिशा में हो, तो वह वर्षों की शारीरिक उपासना से भी श्रेष्ठ और उच्चतर है। motahari.in कुरान की दृष्टि में विचार की चूक के कारण। पवित्र कुरान, जो चिंतन और विचार के निष्कर्ष तक पहुँचने का आह्वान करता है, चिंतन को उपासना मानता है और आस्थाओं के मूल सिद्धांतों को सही तार्किक चिंतन के बिना स्वीकार्य नहीं मानता, एक मूलभूत बात पर ध्यान देता है: मनुष्य की विचारगत चूकें कहाँ से पैदा होती हैं, और त्रुटियों तथा गुमराहियों की असली जड़ कहाँ है? यदि मनुष्य सही ढंग से विचार करना चाहता है, ताकि त्रुटि और विचलन का शिकार न हो, तो उसे क्या करना चाहिए? पवित्र कुरान में कुछ ऐसी बातों का उल्लेख किया गया है जिन्हें त्रुटियों और गुमराहियों के कारण तथा उनके उत्पन्न होने के स्रोत कहा गया है; हम उन्हें नीचे प्रस्तुत करते हैं। इस्लाम एक समग्र और सर्वांगीण विचारधारा है। अनुमान और अटकल पर भरोसा, ज्ञान और यक़ीन के बजाय। कुरान कहता है: ६५ अधिकांश लोगों की प्रवृत्ति ऐसी है कि यदि तुम उनका अनुसरण करना चाहो, तो वे तुम्हें सत्य के मार्ग से भटका देंगे; क्योंकि वे अनुमान और अटकल पर भरोसा करते हैं, यक़ीन पर नहीं, और केवल अटकल तथा अंदाज़े से काम लेते हैं। पवित्र कुरान की अनेक आयतों में अनुमान और अटकल का अनुसरण करने का कड़ा विरोध किया गया है और कहा गया है: जब तक तुम्हें किसी बात का ज्ञान और यक़ीन न हो जाए, तब तक उसके पीछे मत चलो। आज दार्शनिक दृष्टि से यह बात निश्चित हो चुकी है कि त्रुटियों और भूलों के प्रमुख कारणों में से एक यही रहा है। कुरान के एक हज़ार वर्ष बाद देकार्त ने अपने पहले तार्किक सिद्धांत के रूप में यह बात रखी और कहा: मैं किसी भी चीज़ को सत्य नहीं मानूँगा, जब तक वह मेरे लिए स्पष्ट न हो; अपने निर्णयों में जल्दबाज़ी, पूर्वधारणा और झुकाव से बचूँगा, और किसी चीज़ को तब तक स्वीकार नहीं करूँगा जब तक वह इतनी स्पष्ट और विशिष्ट न हो कि उसमें किसी प्रकार का संदेह या भ्रम शेष न रहे। मनुष्य की इच्छाएँ और कामनाएँ। यदि मनुष्य सही निर्णय करना चाहता है, तो जिस विषय के बारे में वह विचार कर रहा है, उसके संबंध में उसे—और यदि तुम धरती के अधिकांश लोगों की बात मानोगे, तो वे तुम्हें अल्लाह के मार्ग से भटका देंगे; वे तो केवल अनुमान का अनुसरण करते हैं। (अनआम / ११६)। और उस बात के पीछे मत पड़ो जिसका तुम्हें ज्ञान नहीं है। (इसरा / ३६)। यूरोप में दर्शन के विकास का इतिहास, पहला खंड।</w:t>
      </w:r>
    </w:p>
    <w:p>
      <w:pPr>
        <w:jc w:val="left"/>
      </w:pPr>
      <w:r>
        <w:rPr>
          <w:rFonts w:ascii="Calibri" w:hAnsi="Calibri" w:cs="Calibri"/>
          <w:sz w:val="28"/>
          <w:szCs w:val="28"/>
          <w:rtl w:val="0"/>
        </w:rPr>
        <w:t>६६ मनुष्य और ईमान में पूरी तरह निष्पक्षता बनाए रखे; अर्थात सत्य का इच्छुक बनने का प्रयास करे और स्वयं को तर्कों तथा प्रमाणों के हवाले कर दे। ठीक उसी तरह जैसे किसी मामले का अध्ययन करने वाला न्यायाधीश मुक़दमे के दोनों पक्षों के प्रति निष्पक्ष होना चाहिए। यदि न्यायाधीश का निजी झुकाव किसी एक पक्ष की ओर हो, तो अनजाने में उस पक्ष के समर्थन में दिए गए तर्क उसका ध्यान अधिक आकर्षित करते हैं और जो तर्क दूसरे पक्ष के समर्थन में तथा इस पक्ष के विरुद्ध होते हैं, वे अपने-आप उसकी नज़र से ओझल हो जाते हैं; यही बात न्यायाधीश की भूल का कारण बनती है। यदि मनुष्य अपने विचारों में किसी बात को नकारने या साबित करने के संबंध में निष्पक्षता बनाए न रखे और उसकी मनोवृत्ति किसी एक ओर हो, तो अनिवार्य रूप से और इस बात से अनजान रहते हुए कि वह ऐसा कर रहा है, उसके विचारों की सुई उसकी मनोवृत्ति और कामना की ओर झुक जाती है। यही कारण है कि कुरान मन की इच्छाओं को भी अनुमान और अटकल पर भरोसा करने की तरह, भटकाव के कारणों में गिनता है। सूरह नज्म में कहता है: जल्दबाज़ी: वे केवल अनुमान का और मन की इच्छाओं का ही अनुसरण करते हैं। वे केवल अनुमान और मन की इच्छाओं का अनुसरण करते हैं। हर निर्णय और राय व्यक्त करने के लिए एक निश्चित मात्रा में प्रमाण आवश्यक होते हैं; और जब तक किसी मुद्दे पर पर्याप्त प्रमाण इकट्ठे न हो जाएँ, तब तक कोई भी राय व्यक्त करना जल्दबाज़ी है और विचारों को भटकाने का कारण है। कुरान मजीद बार-बार मनुष्य के अल्प ज्ञान और कुछ बड़े निर्णयों के लिए उसके अपर्याप्त होने की ओर संकेत करता है और, नज्म / २३। इस्लाम, एक समग्र और सर्वांगीण विचारधारा, किसी बात को निश्चित रूप से कहने को सावधानी के विरुद्ध मानता है। उदाहरण के लिए, वह कहता है: तुम्हें ज्ञान में से बहुत थोड़ा ही दिया गया है। ६७ तुम्हें जितना ज्ञान और जानकारी मिली है, वह बहुत कम है और निर्णय के लिए पर्याप्त नहीं है। इमाम सादिक़ ने कहा: अल्लाह ने कुरान में दो आयतों के माध्यम से अपने बंदों को विशेष रूप से शिक्षा दी और अनुशासित किया: पहली यह कि जब तक उन्हें किसी बात का ज्ञान न हो जाए, वे उसकी पुष्टि न करें—पुष्टि करने में जल्दबाज़ी न करें; और दूसरी यह कि जब तक उन्हें किसी बात का ज्ञान न हो जाए, जब तक वे ज्ञान और यक़ीन के स्तर तक न पहुँच जाएँ, उसका खंडन और निषेध न करें—इनकार करने में जल्दबाज़ी न करें। अल्लाह ने एक आयत में कहा: क्या उनसे किताब में यह प्रतिज्ञा नहीं ली गई थी कि वे अल्लाह के बारे में सत्य के सिवा कुछ नहीं कहेंगे? क्या उनसे किताब में—प्रकृति की किताब में या आसमानी किताबों में—यह प्रतिज्ञा नहीं ली गई थी कि वे अल्लाह की ओर ऐसी बात न जोड़ें जिसका सत्य होना प्रमाणित न हो? दूसरी आयत में कहा: इसरा / ८५। आराफ़ / १६९। यूनुस / ३९। बल्कि उन्होंने उस बात को झुठलाया, जिसका उन्हें ज्ञान नहीं था। ६८ मनुष्य और ईमान वे उसका पूरा ज्ञान नहीं रखते थे। परंपरावाद और अतीत की ओर देखना: मनुष्य अपनी सहज प्रवृत्ति के अनुसार, जब देखता है कि किसी विशेष विचार और विश्वास को पिछली पीढ़ियों ने स्वीकार किया है, तो वह अपने-आप, अपने विचार को अवसर दिए बिना, उसे स्वीकार कर लेता है। कुरान याद दिलाता है कि पूर्वजों से मिली बातों और विश्वासों को तब तक स्वीकार न करो जब तक उन्हें बुद्धि की कसौटी पर न परख लो; पूर्वजों के विश्वासों के सामने अपनी स्वतंत्र विचार-शक्ति बनाए रखो। सूरह बक़रा की आयत १७० में कहा गया है: और जब उनसे कहा जाता है कि अल्लाह ने जो उतारा है उसका अनुसरण करो, तो वे कहते हैं: नहीं, हम तो उसी का अनुसरण करेंगे जिस पर हमने अपने पूर्वजों को पाया। क्या तब भी, जब उनके पूर्वज न कुछ समझते थे और न ही सीधा रास्ता पाते थे? यदि उनसे कहा जाए कि अल्लाह ने वह्य के माध्यम से जो उतारा है उसका अनुसरण करो, तो वे कहते हैं: नहीं, हम उन्हीं तरीक़ों और परंपराओं का अनुसरण करते हैं जिन पर हमने अपने पूर्वजों को पाया है। क्या वे तब भी उनका अनुसरण करेंगे, जब उनके पूर्वज कुछ भी न समझते हों और कोई रास्ता न पाते हों?! व्यक्तित्व-पूजा: विचारों के भटकने का एक और कारण बड़ी हस्तियों की ओर झुकाव है। ऐतिहासिक या समकालीन महान हस्तियाँ, लोगों के मन में अपनी महानता के कारण, दूसरों के विचारों, चिंतन, निर्णयों और इच्छाशक्ति पर प्रभाव डालती हैं और वास्तव में, १. तफ़सीर अल-मीज़ान, खंड ६ / पृष्ठ ३१९, सूरह आराफ़ की आयत १६९ के अंतर्गत। इस्लाम, एक समग्र और सर्वांगीण विचारधारा ६९ दूसरों के विचार और इच्छाशक्ति, दोनों को अपने वश में कर लेती हैं। दूसरे लोग वैसा ही सोचते हैं जैसा वे सोचते हैं, और वैसा ही निर्णय लेते हैं जैसा वे लेते हैं; उनके सामने दूसरे लोग अपनी स्वतंत्र विचार-शक्ति और इच्छाशक्ति खो देते हैं। कुरान मजीद हमें स्वतंत्र रूप से सोचने का आह्वान करता है और महान नेताओं तथा हस्तियों का अंधानुकरण करने को अनंत दुर्भाग्य का कारण मानता है; इसलिए वह उन लोगों की ज़बानी, जो इस रास्ते से भटक जाते हैं, बयान करता है कि क़यामत के दिन वे कहेंगे: ऐ हमारे पालनहार, हमने अपने सरदारों और बड़ों की आज्ञा मानी और उनका अनुसरण किया, और परिणामस्वरूप उन्होंने हमें रास्ते से भटका दिया। अहज़ाब / ६७ motahari.in मनुष्य और ईमान motahari.in V.</w:t>
      </w:r>
    </w:p>
    <w:p>
      <w:pPr>
        <w:jc w:val="left"/>
      </w:pPr>
      <w:r>
        <w:rPr>
          <w:rFonts w:ascii="Calibri" w:hAnsi="Calibri" w:cs="Calibri"/>
          <w:sz w:val="28"/>
          <w:szCs w:val="28"/>
          <w:rtl w:val="0"/>
        </w:rPr>
        <w:t>इस्लाम में चिंतन का आह्वान करने वाले कुरान ने विचार के भटकने के रास्तों को बताने के अलावा विचार के स्रोत भी बताए हैं; अर्थात ऐसे विषय, जिन पर मनुष्य को अपने विचार का उपयोग करना चाहिए और जिन्हें अपने ज्ञान तथा जानकारी के स्रोतों के रूप में उपयोग करना चाहिए। इस्लाम में आम तौर पर उन मुद्दों पर विचार-शक्ति खर्च करने का विरोध किया गया है जिनका परिणाम विचार को थका देने के अलावा कुछ नहीं होता, यानी जिनमें मनुष्य के लिए जाँच का रास्ता खुला नहीं है; और उन मुद्दों का भी, जो मान लें कि जाँचने योग्य हों, फिर भी मनुष्य के लिए उपयोगी नहीं होते। पैगंबर ने ऐसे ज्ञान को, जिसे रखने से कोई लाभ न हो और न रखने से कोई हानि न हो, निरर्थक कहा। लेकिन ऐसे ज्ञान जिनकी जाँच का रास्ता खुला है और जो उपयोगी भी हैं, इस्लाम की दृष्टि में मान्य और प्रोत्साहन योग्य हैं। मनुष्य और ईमान कुरान मजीद चिंतन के लिए तीन उपयोगी और लाभदायक विषय बताता है: 1. प्रकृति पूरे कुरान में अनेक आयतें हैं, जो प्रकृति—अर्थात धरती, आकाश, तारे, सूरज, चाँद, बादल, बारिश और हवा के बहाव— समुद्रों में जहाज़ों की गति, पेड़-पौधों, जानवरों और अंततः हर उस इंद्रियग्राह्य वस्तु को, जिसे मनुष्य अपने आसपास देखता है, ऐसे विषयों के रूप में प्रस्तुत करती हैं जिन पर ध्यानपूर्वक विचार, चिंतन और निष्कर्ष करना चाहिए। उदाहरण के लिए, एक आयत का उल्लेख करते हैं: 2. इतिहास। “कह दो: देखो, आकाशों और धरती में क्या-क्या है।” लोगों से कहो कि ध्यानपूर्वक निरीक्षण और अध्ययन करें, और देखें कि आकाशों और धरती में क्या-क्या है। motahari.ir कुरान में अनेक आयतें हैं जो बीते हुए समुदायों के अध्ययन का आह्वान करती हैं और उसे ज्ञान प्राप्त करने के स्रोत के रूप में प्रस्तुत करती हैं। कुरान की दृष्टि में मानव इतिहास और उसके परिवर्तन कुछ नियमों और क़ानूनों के अनुसार होते हैं; ऐतिहासिक गौरव और अपमान, सफलता और असफलता, सुख और दुख के पीछे सटीक और व्यवस्थित हिसाब-किताब होता है। उन हिसाबों और क़ानूनों को जानकर वर्तमान इतिहास को अपने नियंत्रण में लाया जा सकता है और अपने तथा लोगों के कल्याण के लिए उसका उपयोग किया जा सकता है। “कुरान में ज्ञान” नामक ग्रंथ में, जिसका पहले उल्लेख किया था और जो, ईश्वर ने चाहा, तो जल्द प्रकाशित होगा, ज्ञान के विषयों और स्रोतों पर विस्तार से चर्चा की जाएगी। यूनुस/101। वर्तमान समय में इनसे लाभ उठाया जा सकता है। अब उदाहरण के लिए एक आयत मनुष्य का अंतःकरण 73: “तुमसे पहले भी कई नियम और क़ानून गुज़र चुके हैं; इसलिए धरती में चलो-फिरो और देखो कि झुठलाने वालों का अंजाम कैसा हुआ।” तुमसे पहले कई नियम और क़ानून व्यवहार में घटित हो चुके हैं। इसलिए धरती पर चलो-फिरो और बीते हुए लोगों के ऐतिहासिक निशानों का निरीक्षण करो, और देखो कि उन लोगों का अंत क्या हुआ जिन्होंने उन सत्यों को झूठ समझा, जिन्हें वह्य के माध्यम से उनके सामने प्रस्तुत किया गया था। कुरान मनुष्य के अंतःकरण को ज्ञान का एक विशिष्ट स्रोत बताता है। कुरान की दृष्टि में सारी सृष्टि ईश्वरीय आयतें और सत्य की खोज के संकेत हैं। कुरान मनुष्य के बाहरी संसार को “आफ़ाक़” और उसके भीतरी संसार को “अनफ़ुस” कहता है, और इस तरह मनुष्य के अंतःकरण के विशेष महत्व की ओर ध्यान दिलाता है। “आफ़ाक़ और अनफ़ुस” शब्द इस्लामी साहित्य में इसी से प्रचलित हुए हैं। जर्मन दार्शनिक कांट का एक वाक्य विश्वभर में प्रसिद्ध है और वही वाक्य उनकी कब्र की पट्टिका पर खुदा हुआ है। वे कहते हैं: दो चीज़ें मनुष्य को गहरे विस्मय से भर देती हैं: एक हमारे सिर के ऊपर का तारों भरा आकाश, और दूसरी वह चेतना तथा अंतःकरण जो हमारे भीतर है। आले इमरान/137। “हम उन्हें अपनी निशानियाँ क्षितिजों में और उनके अपने भीतर दिखाएँगे” “ताकि उन पर स्पष्ट हो जाए कि वही सत्य है।” (फ़ुस्सिलत/53)। कुरान मजीद की आयतों की सूची: आयत का पाठ, सूरह का नाम, संख्या और पृष्ठ: “और जब उनसे कहा जाए कि अनुसरण करो...” — बक़रा; “क्या अल्लाह...” — बक़रा; “तो क्या अल्लाह के धर्म के सिवा...” — आले इमरान। “तुमसे पहले...” — आले इमरान; “और यदि तुम बहुसंख्य लोगों का अनुसरण...” ; “कह दो: मेरे रब ने न्याय का आदेश दिया है...” ; “फिर उनके बाद...” “क्या उनसे वचन नहीं लिया गया...” ; “निश्चय ही अल्लाह...” ; “बल्कि उन्होंने उसे झुठलाया जिसे...” ; “कह दो: देखो, आकाशों और धरती में क्या-क्या है...” और “जिस बात का तुम्हें ज्ञान नहीं, उसके पीछे मत पड़ो...” ; “और तुम्हें जो कुछ दिया गया है...” ; “और जो विमुख हुआ...” ; “धर्म की ओर अपना रुख़ सीधा रखो...” ; “ऐ हमारे रब...” “हमने अपने सरदारों की आज्ञा मानी...” ; “हम उन्हें अपनी निशानियाँ दिखाएँगे...” — अनआम, आराफ़, आराफ़, तौबा, यूनुस, यूनुस, इसरा, इसरा, ताहा/124, रूम। अहज़ाब; फ़ुस्सिलत/53; motahari.ir; 170, 213, 38, 73, 137, 65, 116, 29, 169, 41। 120, 39, 72, 65, 67, 40, 38, 30, 69, 67, 53। “या...” ; “यदि तुम मदद करोगे...” “अल्लाह...” — मुहम्मद; “क्या वे अनुसरण करते हैं...” — नज्म/23; “निश्चय ही हमने अपने रसूल भेजे...” — हदीद/25। फ़ारसी कविताओं की सूची: कविता की पहली पंक्ति, कवि का नाम, शेरों की संख्या, पृष्ठ। “दुनिया से मुँह मोड़कर धर्म की ओर आया हूँ, क्योंकि...” — नासिर ख़ुसरो, 39। मनुष्य और ईमान, 76। अत्तिला: 28। आदम: 20, 21। आराम अहमद: 25। व्यक्तियों के नामों की सूची: इब्ने सीना (अबू अली हुसैन बिन अब्दुल्लाह, जिन्हें शेख़ुर्रईस के नाम से जाना जाता है): 54। स्पेंसर (हर्बर्ट): 26। स्तालिन (जोसेफ़ जुगाश्विली): 28। इक़बाल लाहौरी (मुहम्मद): 24। पुलित्ज़र (जॉर्ज): 31। टॉल्स्टॉय (लियो): 38। जॉनसन: 28। जाफ़र बिन मुहम्मद, इमाम सादिक़: 67। जेम्स (विलियम): 35–37। चर्चिल (विंस्टन): 28। चंगेज़ (तेमुचिन): 28। हव्वा: 20। देकार्त (रेने): 12, 65। ड्यूरांट (विल): 25–27। रसेल (बर्ट्रेंड आर्थर विलियम): 30। सार्टन (जॉर्ज): 31। सादी शीराज़ी (मुशर्रफ़ुद्दीन मुस्लेह बिन अब्दुल्लाह): 26। शैतान: 21। फ़िरऔन: 28। कांट (इम्मानुएल): 73। मुहम्मद बिन अब्दुल्लाह, पैगंबर-ए-अकरम: 62, 71। हाफ़िज़ शीराज़ी (ख़्वाजा शम्सुद्दीन मुहम्मद): 26। मौलवी बल्ख़ी (जलालुद्दीन मुहम्मद): 26। नासिर ख़ुसरो क़ुबादियानी (अबू मुईन): 38। नूह: 53। निक्सन (रिचर्ड): 28। हॉब्स (थॉमस): 12। motahari.ir। इस्लाम में धार्मिक विचार का पुनरुद्धार: 25। दर्शन के प्रारंभिक सिद्धांत: 31। सभ्यता का इतिहास: 25। विज्ञान का इतिहास: 31। तफ़सीर अल-मीज़ान: 53, 68। ख़त्म-ए-नुबूवत (लेख): 62। धर्म और मनोविज्ञान: 36। मनोविश्लेषण और धर्म: 37। विवाह और नैतिकता: 31। पुस्तकों, लेखों और पत्रिकाओं के नामों की सूची: यूरोप में दर्शन का इतिहास: 65। छह पंख: 31, 32। कुरान में ज्ञान (ग्रंथ): 72। पुराना नियम, तौरात: 19, 20। कुरान मजीद: 21, 37, 40, 53, 58, 64, 73, 72, 69। 66। दर्शन के सुख: 25, 27। मुहम्मद, अंतिम पैगंबर: 62। मुक्ति: 54।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